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AC167" w14:textId="77777777" w:rsidR="004312E2" w:rsidRPr="00653E1B" w:rsidRDefault="00AF6A8F" w:rsidP="00653E1B">
      <w:pPr>
        <w:jc w:val="center"/>
        <w:rPr>
          <w:rFonts w:ascii="Times New Roman" w:hAnsi="Times New Roman" w:cs="Times New Roman"/>
          <w:lang w:val="lt-LT"/>
        </w:rPr>
      </w:pPr>
      <w:r w:rsidRPr="00653E1B">
        <w:rPr>
          <w:rFonts w:ascii="Times New Roman" w:hAnsi="Times New Roman" w:cs="Times New Roman"/>
          <w:b/>
          <w:lang w:val="lt-LT"/>
        </w:rPr>
        <w:t>ŠILALĖS RAJONO SAVIVALDYBĖS VIEŠOSIOS BIBLIOTEKOS</w:t>
      </w:r>
      <w:r w:rsidR="00653E1B" w:rsidRPr="00653E1B">
        <w:rPr>
          <w:rFonts w:ascii="Times New Roman" w:hAnsi="Times New Roman" w:cs="Times New Roman"/>
          <w:b/>
          <w:lang w:val="lt-LT"/>
        </w:rPr>
        <w:t xml:space="preserve"> IR FILIALŲ</w:t>
      </w:r>
      <w:r w:rsidR="00653E1B" w:rsidRPr="00653E1B">
        <w:rPr>
          <w:rFonts w:ascii="Times New Roman" w:hAnsi="Times New Roman" w:cs="Times New Roman"/>
          <w:lang w:val="lt-LT"/>
        </w:rPr>
        <w:t xml:space="preserve"> </w:t>
      </w:r>
      <w:r w:rsidRPr="00653E1B">
        <w:rPr>
          <w:rFonts w:ascii="Times New Roman" w:hAnsi="Times New Roman" w:cs="Times New Roman"/>
          <w:b/>
          <w:lang w:val="lt-LT"/>
        </w:rPr>
        <w:t>RENGINIAI 2026 METAIS</w:t>
      </w:r>
    </w:p>
    <w:tbl>
      <w:tblPr>
        <w:tblStyle w:val="Lentelstinklelis"/>
        <w:tblW w:w="1512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296"/>
        <w:gridCol w:w="1296"/>
        <w:gridCol w:w="4608"/>
        <w:gridCol w:w="2930"/>
        <w:gridCol w:w="4270"/>
      </w:tblGrid>
      <w:tr w:rsidR="004312E2" w:rsidRPr="00653E1B" w14:paraId="5B49BCF8" w14:textId="77777777" w:rsidTr="00653E1B">
        <w:trPr>
          <w:jc w:val="center"/>
        </w:trPr>
        <w:tc>
          <w:tcPr>
            <w:tcW w:w="720" w:type="dxa"/>
            <w:vAlign w:val="center"/>
          </w:tcPr>
          <w:p w14:paraId="18E603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Eil.</w:t>
            </w:r>
            <w:r w:rsidRPr="00653E1B">
              <w:rPr>
                <w:rFonts w:ascii="Times New Roman" w:hAnsi="Times New Roman" w:cs="Times New Roman"/>
                <w:b/>
                <w:lang w:val="lt-LT"/>
              </w:rPr>
              <w:br/>
              <w:t>Nr.</w:t>
            </w:r>
          </w:p>
        </w:tc>
        <w:tc>
          <w:tcPr>
            <w:tcW w:w="1296" w:type="dxa"/>
            <w:vAlign w:val="center"/>
          </w:tcPr>
          <w:p w14:paraId="4B2E91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Data</w:t>
            </w:r>
          </w:p>
        </w:tc>
        <w:tc>
          <w:tcPr>
            <w:tcW w:w="1296" w:type="dxa"/>
            <w:vAlign w:val="center"/>
          </w:tcPr>
          <w:p w14:paraId="54A0C8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Laikas</w:t>
            </w:r>
            <w:r w:rsidRPr="00653E1B">
              <w:rPr>
                <w:rFonts w:ascii="Times New Roman" w:hAnsi="Times New Roman" w:cs="Times New Roman"/>
                <w:b/>
                <w:lang w:val="lt-LT"/>
              </w:rPr>
              <w:br/>
              <w:t>val.</w:t>
            </w:r>
          </w:p>
        </w:tc>
        <w:tc>
          <w:tcPr>
            <w:tcW w:w="4608" w:type="dxa"/>
            <w:vAlign w:val="center"/>
          </w:tcPr>
          <w:p w14:paraId="3734DD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Renginio pavadinimas</w:t>
            </w:r>
          </w:p>
        </w:tc>
        <w:tc>
          <w:tcPr>
            <w:tcW w:w="2930" w:type="dxa"/>
            <w:vAlign w:val="center"/>
          </w:tcPr>
          <w:p w14:paraId="022A04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>Renginio vieta</w:t>
            </w:r>
          </w:p>
        </w:tc>
        <w:tc>
          <w:tcPr>
            <w:tcW w:w="4270" w:type="dxa"/>
            <w:vAlign w:val="center"/>
          </w:tcPr>
          <w:p w14:paraId="20F7BE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b/>
                <w:lang w:val="lt-LT"/>
              </w:rPr>
              <w:t xml:space="preserve">Renginio organizatorius; įstaiga; kontaktai </w:t>
            </w:r>
            <w:r w:rsidRPr="00653E1B">
              <w:rPr>
                <w:rFonts w:ascii="Times New Roman" w:hAnsi="Times New Roman" w:cs="Times New Roman"/>
                <w:b/>
                <w:lang w:val="lt-LT"/>
              </w:rPr>
              <w:br/>
              <w:t>(adresas, tel. Nr.; el. p)</w:t>
            </w:r>
          </w:p>
        </w:tc>
      </w:tr>
      <w:tr w:rsidR="004312E2" w:rsidRPr="00C53D73" w14:paraId="521495B9" w14:textId="77777777" w:rsidTr="00653E1B">
        <w:trPr>
          <w:jc w:val="center"/>
        </w:trPr>
        <w:tc>
          <w:tcPr>
            <w:tcW w:w="720" w:type="dxa"/>
          </w:tcPr>
          <w:p w14:paraId="36E357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</w:t>
            </w:r>
          </w:p>
        </w:tc>
        <w:tc>
          <w:tcPr>
            <w:tcW w:w="1296" w:type="dxa"/>
          </w:tcPr>
          <w:p w14:paraId="4A9808D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2026-01-06</w:t>
            </w:r>
          </w:p>
        </w:tc>
        <w:tc>
          <w:tcPr>
            <w:tcW w:w="1296" w:type="dxa"/>
          </w:tcPr>
          <w:p w14:paraId="45974B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584437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Išspręsk kryžiažodį „Iš istorijos mūsų...“, skirta Lietuvos vėliavos dienai paminėti.</w:t>
            </w:r>
          </w:p>
        </w:tc>
        <w:tc>
          <w:tcPr>
            <w:tcW w:w="2930" w:type="dxa"/>
          </w:tcPr>
          <w:p w14:paraId="4C042BF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667476EA" w14:textId="77777777" w:rsidR="00EE5B1E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 sav.; </w:t>
            </w:r>
          </w:p>
          <w:p w14:paraId="57181619" w14:textId="289420FF" w:rsidR="004312E2" w:rsidRPr="00653E1B" w:rsidRDefault="00A445DB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ob. 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C53D73" w14:paraId="07DC4B3D" w14:textId="77777777" w:rsidTr="00653E1B">
        <w:trPr>
          <w:jc w:val="center"/>
        </w:trPr>
        <w:tc>
          <w:tcPr>
            <w:tcW w:w="720" w:type="dxa"/>
          </w:tcPr>
          <w:p w14:paraId="7AC0AF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1296" w:type="dxa"/>
          </w:tcPr>
          <w:p w14:paraId="4D18A9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2026-01-07-2026-02-05</w:t>
            </w:r>
          </w:p>
        </w:tc>
        <w:tc>
          <w:tcPr>
            <w:tcW w:w="1296" w:type="dxa"/>
          </w:tcPr>
          <w:p w14:paraId="463B8B0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551E3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„Kai viltis stipresnė už naktį“</w:t>
            </w:r>
          </w:p>
        </w:tc>
        <w:tc>
          <w:tcPr>
            <w:tcW w:w="2930" w:type="dxa"/>
          </w:tcPr>
          <w:p w14:paraId="618B38E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3E61A69" w14:textId="77777777" w:rsidR="00E268A8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</w:t>
            </w:r>
          </w:p>
          <w:p w14:paraId="3511D31A" w14:textId="0276EC39" w:rsidR="004312E2" w:rsidRPr="00653E1B" w:rsidRDefault="00D11974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 xml:space="preserve">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>
              <w:rPr>
                <w:rFonts w:ascii="Times New Roman" w:hAnsi="Times New Roman" w:cs="Times New Roman"/>
                <w:lang w:val="lt-LT"/>
              </w:rPr>
              <w:t>0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C06675"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ob. 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C53D73" w14:paraId="02468F70" w14:textId="77777777" w:rsidTr="00653E1B">
        <w:trPr>
          <w:jc w:val="center"/>
        </w:trPr>
        <w:tc>
          <w:tcPr>
            <w:tcW w:w="720" w:type="dxa"/>
          </w:tcPr>
          <w:p w14:paraId="293F1E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1296" w:type="dxa"/>
          </w:tcPr>
          <w:p w14:paraId="75906E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2026-01-07-2026-02-05</w:t>
            </w:r>
          </w:p>
        </w:tc>
        <w:tc>
          <w:tcPr>
            <w:tcW w:w="1296" w:type="dxa"/>
          </w:tcPr>
          <w:p w14:paraId="40F229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53B7B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„Plataus talento asmenybė – Balys Sruoga“</w:t>
            </w:r>
          </w:p>
        </w:tc>
        <w:tc>
          <w:tcPr>
            <w:tcW w:w="2930" w:type="dxa"/>
          </w:tcPr>
          <w:p w14:paraId="75F0C9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392DF7E" w14:textId="77777777" w:rsidR="00E268A8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</w:t>
            </w:r>
          </w:p>
          <w:p w14:paraId="3164C782" w14:textId="6997A35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D1197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74302;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C06675"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>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+37062046719; abonementas.silale@gmail.com</w:t>
            </w:r>
          </w:p>
        </w:tc>
      </w:tr>
      <w:tr w:rsidR="004312E2" w:rsidRPr="00C53D73" w14:paraId="71EADF26" w14:textId="77777777" w:rsidTr="00653E1B">
        <w:trPr>
          <w:jc w:val="center"/>
        </w:trPr>
        <w:tc>
          <w:tcPr>
            <w:tcW w:w="720" w:type="dxa"/>
          </w:tcPr>
          <w:p w14:paraId="67F95A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1296" w:type="dxa"/>
          </w:tcPr>
          <w:p w14:paraId="6413F3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2026-01-07-2026-03-05</w:t>
            </w:r>
          </w:p>
        </w:tc>
        <w:tc>
          <w:tcPr>
            <w:tcW w:w="1296" w:type="dxa"/>
          </w:tcPr>
          <w:p w14:paraId="6C712D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4CFB87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„Spalvų ritme“, Marytės Bernotienės kūrybinių darbų paroda</w:t>
            </w:r>
          </w:p>
        </w:tc>
        <w:tc>
          <w:tcPr>
            <w:tcW w:w="2930" w:type="dxa"/>
          </w:tcPr>
          <w:p w14:paraId="689B97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342105DE" w14:textId="6CA1E0A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D1197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C06675"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C53D73" w14:paraId="10DCC4D5" w14:textId="77777777" w:rsidTr="00653E1B">
        <w:trPr>
          <w:jc w:val="center"/>
        </w:trPr>
        <w:tc>
          <w:tcPr>
            <w:tcW w:w="720" w:type="dxa"/>
          </w:tcPr>
          <w:p w14:paraId="5A7FBC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1296" w:type="dxa"/>
          </w:tcPr>
          <w:p w14:paraId="7166B2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2026-01-09-2026-01-30</w:t>
            </w:r>
          </w:p>
        </w:tc>
        <w:tc>
          <w:tcPr>
            <w:tcW w:w="1296" w:type="dxa"/>
          </w:tcPr>
          <w:p w14:paraId="0BE844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8A5B8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„Spalvotas sausis“ Šilalės meno mokyklos mokinių piešinių paroda (mok. S. Dargienė)</w:t>
            </w:r>
          </w:p>
        </w:tc>
        <w:tc>
          <w:tcPr>
            <w:tcW w:w="2930" w:type="dxa"/>
          </w:tcPr>
          <w:p w14:paraId="38A23D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1E5B42BE" w14:textId="7ABCC065" w:rsidR="00EE5B1E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Henrika Jokubauskienė, J. Basanavičiaus 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>15</w:t>
            </w:r>
            <w:r w:rsidR="008C0405">
              <w:rPr>
                <w:rFonts w:ascii="Times New Roman" w:hAnsi="Times New Roman" w:cs="Times New Roman"/>
                <w:lang w:val="lt-LT"/>
              </w:rPr>
              <w:t>,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Šilalė; tel. 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D1197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>;</w:t>
            </w:r>
            <w:r w:rsidR="00D11974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  <w:p w14:paraId="432C2D90" w14:textId="69B2D1F9" w:rsidR="004312E2" w:rsidRPr="00653E1B" w:rsidRDefault="00C0667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ob. </w:t>
            </w:r>
            <w:r w:rsidR="00E268A8" w:rsidRPr="00E268A8">
              <w:rPr>
                <w:rFonts w:ascii="Times New Roman" w:hAnsi="Times New Roman" w:cs="Times New Roman"/>
                <w:lang w:val="lt-LT"/>
              </w:rPr>
              <w:t>+37061595478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; abonementas.silale@gmail.com</w:t>
            </w:r>
          </w:p>
        </w:tc>
      </w:tr>
      <w:tr w:rsidR="004312E2" w:rsidRPr="00653E1B" w14:paraId="1C3A7E2C" w14:textId="77777777" w:rsidTr="00653E1B">
        <w:trPr>
          <w:jc w:val="center"/>
        </w:trPr>
        <w:tc>
          <w:tcPr>
            <w:tcW w:w="720" w:type="dxa"/>
          </w:tcPr>
          <w:p w14:paraId="0077D8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1296" w:type="dxa"/>
          </w:tcPr>
          <w:p w14:paraId="10C6E2E3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38FAE114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08.30</w:t>
            </w:r>
          </w:p>
        </w:tc>
        <w:tc>
          <w:tcPr>
            <w:tcW w:w="4608" w:type="dxa"/>
          </w:tcPr>
          <w:p w14:paraId="0B998D9B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Filmo peržiūra ,, Sausio sniegenos“</w:t>
            </w:r>
          </w:p>
        </w:tc>
        <w:tc>
          <w:tcPr>
            <w:tcW w:w="2930" w:type="dxa"/>
          </w:tcPr>
          <w:p w14:paraId="1CDA1A20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7628F48B" w14:textId="173DF77F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C53D73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C53D73">
              <w:rPr>
                <w:rFonts w:ascii="Times New Roman" w:hAnsi="Times New Roman" w:cs="Times New Roman"/>
                <w:lang w:val="lt-LT"/>
              </w:rPr>
              <w:br/>
              <w:t xml:space="preserve">Liubarto g. 2, Kvėdarnos sen., Pajūralio k., Šilalės r. sav.; </w:t>
            </w:r>
            <w:r w:rsidR="00C06675"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ob. </w:t>
            </w:r>
            <w:r w:rsidRPr="00C53D73">
              <w:rPr>
                <w:rFonts w:ascii="Times New Roman" w:hAnsi="Times New Roman" w:cs="Times New Roman"/>
                <w:lang w:val="lt-LT"/>
              </w:rPr>
              <w:t>+370 614 09234, stase.pudzemiene@silalesbiblioteka.lt</w:t>
            </w:r>
          </w:p>
        </w:tc>
      </w:tr>
      <w:tr w:rsidR="004312E2" w:rsidRPr="00653E1B" w14:paraId="21F3A07A" w14:textId="77777777" w:rsidTr="00653E1B">
        <w:trPr>
          <w:jc w:val="center"/>
        </w:trPr>
        <w:tc>
          <w:tcPr>
            <w:tcW w:w="720" w:type="dxa"/>
          </w:tcPr>
          <w:p w14:paraId="0B07134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1296" w:type="dxa"/>
          </w:tcPr>
          <w:p w14:paraId="297AAA70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61E94DE5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4E5E47C5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Skaitymo valanda „Lietuva žodžiuose“</w:t>
            </w:r>
          </w:p>
        </w:tc>
        <w:tc>
          <w:tcPr>
            <w:tcW w:w="2930" w:type="dxa"/>
          </w:tcPr>
          <w:p w14:paraId="11F43AE5" w14:textId="77777777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1840D00" w14:textId="0E66D30E" w:rsidR="004312E2" w:rsidRPr="00C53D73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C53D73">
              <w:rPr>
                <w:rFonts w:ascii="Times New Roman" w:hAnsi="Times New Roman" w:cs="Times New Roman"/>
                <w:lang w:val="lt-LT"/>
              </w:rPr>
              <w:t>Rūta Vaitkevičienė</w:t>
            </w:r>
            <w:r w:rsidRPr="00C53D73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C53D73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Pr="00C53D73">
              <w:rPr>
                <w:rFonts w:ascii="Times New Roman" w:hAnsi="Times New Roman" w:cs="Times New Roman"/>
                <w:lang w:val="lt-LT"/>
              </w:rPr>
              <w:t>0449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C53D73">
              <w:rPr>
                <w:rFonts w:ascii="Times New Roman" w:hAnsi="Times New Roman" w:cs="Times New Roman"/>
                <w:lang w:val="lt-LT"/>
              </w:rPr>
              <w:t xml:space="preserve">74189, </w:t>
            </w:r>
            <w:r w:rsidR="00653E1B" w:rsidRPr="00C53D73">
              <w:rPr>
                <w:rFonts w:ascii="Times New Roman" w:hAnsi="Times New Roman" w:cs="Times New Roman"/>
                <w:lang w:val="lt-LT"/>
              </w:rPr>
              <w:t xml:space="preserve"> 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Pr="00C53D73">
              <w:rPr>
                <w:rFonts w:ascii="Times New Roman" w:hAnsi="Times New Roman" w:cs="Times New Roman"/>
                <w:lang w:val="lt-LT"/>
              </w:rPr>
              <w:t>0449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C53D73">
              <w:rPr>
                <w:rFonts w:ascii="Times New Roman" w:hAnsi="Times New Roman" w:cs="Times New Roman"/>
                <w:lang w:val="lt-LT"/>
              </w:rPr>
              <w:t xml:space="preserve">74301,; </w:t>
            </w:r>
            <w:proofErr w:type="spellStart"/>
            <w:r w:rsidRPr="00C53D73">
              <w:rPr>
                <w:rFonts w:ascii="Times New Roman" w:hAnsi="Times New Roman" w:cs="Times New Roman"/>
                <w:lang w:val="lt-LT"/>
              </w:rPr>
              <w:t>r</w:t>
            </w:r>
            <w:r w:rsidR="00E268A8">
              <w:rPr>
                <w:rFonts w:ascii="Times New Roman" w:hAnsi="Times New Roman" w:cs="Times New Roman"/>
                <w:lang w:val="lt-LT"/>
              </w:rPr>
              <w:t>u</w:t>
            </w:r>
            <w:r w:rsidRPr="00C53D73">
              <w:rPr>
                <w:rFonts w:ascii="Times New Roman" w:hAnsi="Times New Roman" w:cs="Times New Roman"/>
                <w:lang w:val="lt-LT"/>
              </w:rPr>
              <w:t>ta.vaitkevi</w:t>
            </w:r>
            <w:r w:rsidR="00E268A8">
              <w:rPr>
                <w:rFonts w:ascii="Times New Roman" w:hAnsi="Times New Roman" w:cs="Times New Roman"/>
                <w:lang w:val="lt-LT"/>
              </w:rPr>
              <w:t>c</w:t>
            </w:r>
            <w:r w:rsidRPr="00C53D73">
              <w:rPr>
                <w:rFonts w:ascii="Times New Roman" w:hAnsi="Times New Roman" w:cs="Times New Roman"/>
                <w:lang w:val="lt-LT"/>
              </w:rPr>
              <w:t>ienė@silalesbiblioteka.lt</w:t>
            </w:r>
            <w:proofErr w:type="spellEnd"/>
          </w:p>
        </w:tc>
      </w:tr>
      <w:tr w:rsidR="004312E2" w:rsidRPr="00C53D73" w14:paraId="0B7EE233" w14:textId="77777777" w:rsidTr="00653E1B">
        <w:trPr>
          <w:jc w:val="center"/>
        </w:trPr>
        <w:tc>
          <w:tcPr>
            <w:tcW w:w="720" w:type="dxa"/>
          </w:tcPr>
          <w:p w14:paraId="1A603C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1296" w:type="dxa"/>
          </w:tcPr>
          <w:p w14:paraId="78F3DA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2026-01-13-2026-02-13</w:t>
            </w:r>
          </w:p>
        </w:tc>
        <w:tc>
          <w:tcPr>
            <w:tcW w:w="1296" w:type="dxa"/>
          </w:tcPr>
          <w:p w14:paraId="3E1D16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CFCCE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„Eime į gamtą!“ dokumentų paroda, skirta gamtininko, aplinkosaugininko, rašytojo, fotografo, IBBY Lietuvos skyriaus nario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Selemono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Paltanavičiaus 70-osioms gimimo metinėms paminėti</w:t>
            </w:r>
          </w:p>
        </w:tc>
        <w:tc>
          <w:tcPr>
            <w:tcW w:w="2930" w:type="dxa"/>
          </w:tcPr>
          <w:p w14:paraId="098C1A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B9DC3F6" w14:textId="721CA923" w:rsidR="00E268A8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D1197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>;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E268A8" w:rsidRPr="00E268A8">
              <w:rPr>
                <w:rFonts w:ascii="Times New Roman" w:hAnsi="Times New Roman" w:cs="Times New Roman"/>
                <w:lang w:val="lt-LT"/>
              </w:rPr>
              <w:t>+37061595478;</w:t>
            </w:r>
          </w:p>
          <w:p w14:paraId="5EEB7F48" w14:textId="6B79682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abonementas.silale@gmail.com</w:t>
            </w:r>
          </w:p>
        </w:tc>
      </w:tr>
      <w:tr w:rsidR="004312E2" w:rsidRPr="00653E1B" w14:paraId="30796469" w14:textId="77777777" w:rsidTr="00653E1B">
        <w:trPr>
          <w:jc w:val="center"/>
        </w:trPr>
        <w:tc>
          <w:tcPr>
            <w:tcW w:w="720" w:type="dxa"/>
          </w:tcPr>
          <w:p w14:paraId="1DB867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</w:t>
            </w:r>
          </w:p>
        </w:tc>
        <w:tc>
          <w:tcPr>
            <w:tcW w:w="1296" w:type="dxa"/>
          </w:tcPr>
          <w:p w14:paraId="466234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4081102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3256C0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,,35 Laisvės paukščiai“ kūrybinės dirbtuvės</w:t>
            </w:r>
          </w:p>
        </w:tc>
        <w:tc>
          <w:tcPr>
            <w:tcW w:w="2930" w:type="dxa"/>
          </w:tcPr>
          <w:p w14:paraId="4530521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69CB1F37" w14:textId="249D33E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</w:t>
            </w:r>
            <w:r w:rsidR="008C0405" w:rsidRPr="00653E1B">
              <w:rPr>
                <w:rFonts w:ascii="Times New Roman" w:hAnsi="Times New Roman" w:cs="Times New Roman"/>
                <w:lang w:val="lt-LT"/>
              </w:rPr>
              <w:t>Šilalės r.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48084EAE" w14:textId="77777777" w:rsidTr="00653E1B">
        <w:trPr>
          <w:jc w:val="center"/>
        </w:trPr>
        <w:tc>
          <w:tcPr>
            <w:tcW w:w="720" w:type="dxa"/>
          </w:tcPr>
          <w:p w14:paraId="3C0DEB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10</w:t>
            </w:r>
          </w:p>
        </w:tc>
        <w:tc>
          <w:tcPr>
            <w:tcW w:w="1296" w:type="dxa"/>
          </w:tcPr>
          <w:p w14:paraId="7D0CD7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70BE2BA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A9DA1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,,35 Laisvės paukščiai“ kūrybinės dirbtuvės</w:t>
            </w:r>
          </w:p>
        </w:tc>
        <w:tc>
          <w:tcPr>
            <w:tcW w:w="2930" w:type="dxa"/>
          </w:tcPr>
          <w:p w14:paraId="1C44B5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2F47A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C53D73" w14:paraId="697E1EA8" w14:textId="77777777" w:rsidTr="00653E1B">
        <w:trPr>
          <w:jc w:val="center"/>
        </w:trPr>
        <w:tc>
          <w:tcPr>
            <w:tcW w:w="720" w:type="dxa"/>
          </w:tcPr>
          <w:p w14:paraId="01BF48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</w:t>
            </w:r>
          </w:p>
        </w:tc>
        <w:tc>
          <w:tcPr>
            <w:tcW w:w="1296" w:type="dxa"/>
          </w:tcPr>
          <w:p w14:paraId="225971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5C61A4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11.30</w:t>
            </w:r>
          </w:p>
        </w:tc>
        <w:tc>
          <w:tcPr>
            <w:tcW w:w="4608" w:type="dxa"/>
          </w:tcPr>
          <w:p w14:paraId="28F6E9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,,Ant laisvės sparnų...“</w:t>
            </w:r>
          </w:p>
        </w:tc>
        <w:tc>
          <w:tcPr>
            <w:tcW w:w="2930" w:type="dxa"/>
          </w:tcPr>
          <w:p w14:paraId="2367870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5B3B045" w14:textId="5BFE11E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8C0405">
              <w:rPr>
                <w:rFonts w:ascii="Times New Roman" w:hAnsi="Times New Roman" w:cs="Times New Roman"/>
                <w:lang w:val="lt-LT"/>
              </w:rPr>
              <w:t xml:space="preserve"> sav</w:t>
            </w:r>
            <w:r w:rsidR="00EE5B1E">
              <w:rPr>
                <w:rFonts w:ascii="Times New Roman" w:hAnsi="Times New Roman" w:cs="Times New Roman"/>
                <w:lang w:val="lt-LT"/>
              </w:rPr>
              <w:t>.</w:t>
            </w:r>
            <w:r w:rsidR="00D11974">
              <w:rPr>
                <w:rFonts w:ascii="Times New Roman" w:hAnsi="Times New Roman" w:cs="Times New Roman"/>
                <w:lang w:val="lt-LT"/>
              </w:rPr>
              <w:t xml:space="preserve">,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4432D539" w14:textId="77777777" w:rsidTr="00653E1B">
        <w:trPr>
          <w:jc w:val="center"/>
        </w:trPr>
        <w:tc>
          <w:tcPr>
            <w:tcW w:w="720" w:type="dxa"/>
          </w:tcPr>
          <w:p w14:paraId="266AF9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</w:t>
            </w:r>
          </w:p>
        </w:tc>
        <w:tc>
          <w:tcPr>
            <w:tcW w:w="1296" w:type="dxa"/>
          </w:tcPr>
          <w:p w14:paraId="70FF4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0B9FBA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09B147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„Atmintis sužvarbusiai nakčiai“</w:t>
            </w:r>
          </w:p>
        </w:tc>
        <w:tc>
          <w:tcPr>
            <w:tcW w:w="2930" w:type="dxa"/>
          </w:tcPr>
          <w:p w14:paraId="7104B4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5C870E0C" w14:textId="784C5C6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Šilalės r. </w:t>
            </w:r>
            <w:proofErr w:type="spellStart"/>
            <w:r w:rsidR="00C06675">
              <w:rPr>
                <w:rFonts w:ascii="Times New Roman" w:hAnsi="Times New Roman" w:cs="Times New Roman"/>
                <w:lang w:val="lt-LT"/>
              </w:rPr>
              <w:t>sav</w:t>
            </w:r>
            <w:proofErr w:type="spellEnd"/>
            <w:r w:rsidR="00C06675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C53D73" w14:paraId="53C1CE46" w14:textId="77777777" w:rsidTr="00653E1B">
        <w:trPr>
          <w:jc w:val="center"/>
        </w:trPr>
        <w:tc>
          <w:tcPr>
            <w:tcW w:w="720" w:type="dxa"/>
          </w:tcPr>
          <w:p w14:paraId="6D2AD7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</w:t>
            </w:r>
          </w:p>
        </w:tc>
        <w:tc>
          <w:tcPr>
            <w:tcW w:w="1296" w:type="dxa"/>
          </w:tcPr>
          <w:p w14:paraId="1F871F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2026-01-13</w:t>
            </w:r>
          </w:p>
        </w:tc>
        <w:tc>
          <w:tcPr>
            <w:tcW w:w="1296" w:type="dxa"/>
          </w:tcPr>
          <w:p w14:paraId="1DCC64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453456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Filmo peržiūra ,,Sausio 13-oji– Laisvės gynėjų diena‘‘</w:t>
            </w:r>
          </w:p>
        </w:tc>
        <w:tc>
          <w:tcPr>
            <w:tcW w:w="2930" w:type="dxa"/>
          </w:tcPr>
          <w:p w14:paraId="03E558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08EDD05" w14:textId="6A59F37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D11974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653E1B" w14:paraId="0921E21B" w14:textId="77777777" w:rsidTr="00653E1B">
        <w:trPr>
          <w:jc w:val="center"/>
        </w:trPr>
        <w:tc>
          <w:tcPr>
            <w:tcW w:w="720" w:type="dxa"/>
          </w:tcPr>
          <w:p w14:paraId="4D133B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</w:t>
            </w:r>
          </w:p>
        </w:tc>
        <w:tc>
          <w:tcPr>
            <w:tcW w:w="1296" w:type="dxa"/>
          </w:tcPr>
          <w:p w14:paraId="75ED0884" w14:textId="0EC5C41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2026-01-14</w:t>
            </w:r>
          </w:p>
        </w:tc>
        <w:tc>
          <w:tcPr>
            <w:tcW w:w="1296" w:type="dxa"/>
          </w:tcPr>
          <w:p w14:paraId="216CB1B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1EB1D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Knygos „Gyvas vabzdžių pasaulis“ pristatymas.</w:t>
            </w:r>
          </w:p>
        </w:tc>
        <w:tc>
          <w:tcPr>
            <w:tcW w:w="2930" w:type="dxa"/>
          </w:tcPr>
          <w:p w14:paraId="13D713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3D2680A4" w14:textId="3850FD4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Tvenkinio g. 4, Laukuvos sen., Laukuvos mstl.,  Šilalės r. </w:t>
            </w:r>
            <w:r w:rsidR="00EE5B1E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C53D73" w14:paraId="317F5B89" w14:textId="77777777" w:rsidTr="00653E1B">
        <w:trPr>
          <w:jc w:val="center"/>
        </w:trPr>
        <w:tc>
          <w:tcPr>
            <w:tcW w:w="720" w:type="dxa"/>
          </w:tcPr>
          <w:p w14:paraId="73EBE71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</w:t>
            </w:r>
          </w:p>
        </w:tc>
        <w:tc>
          <w:tcPr>
            <w:tcW w:w="1296" w:type="dxa"/>
          </w:tcPr>
          <w:p w14:paraId="3C0C7F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2026-01-14</w:t>
            </w:r>
          </w:p>
        </w:tc>
        <w:tc>
          <w:tcPr>
            <w:tcW w:w="1296" w:type="dxa"/>
          </w:tcPr>
          <w:p w14:paraId="468028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3D93E7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„Pažink S. Paltanavičių ir jo pasaulį“ skirta S. Paltanavičiaus 70-g m. paminėti.</w:t>
            </w:r>
          </w:p>
        </w:tc>
        <w:tc>
          <w:tcPr>
            <w:tcW w:w="2930" w:type="dxa"/>
          </w:tcPr>
          <w:p w14:paraId="6E14B1F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2AFC70C7" w14:textId="248301F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Jūros g. 12, Pajūrio sen., Žvingių mstl.,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sav.; </w:t>
            </w:r>
            <w:r w:rsidRPr="00653E1B">
              <w:rPr>
                <w:rFonts w:ascii="Times New Roman" w:hAnsi="Times New Roman" w:cs="Times New Roman"/>
                <w:lang w:val="lt-LT"/>
              </w:rPr>
              <w:t>zofija.seputiene@silalesbiblioteka.lt</w:t>
            </w:r>
          </w:p>
        </w:tc>
      </w:tr>
      <w:tr w:rsidR="004312E2" w:rsidRPr="00C53D73" w14:paraId="67F4AA2D" w14:textId="77777777" w:rsidTr="00653E1B">
        <w:trPr>
          <w:jc w:val="center"/>
        </w:trPr>
        <w:tc>
          <w:tcPr>
            <w:tcW w:w="720" w:type="dxa"/>
          </w:tcPr>
          <w:p w14:paraId="7DE757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</w:t>
            </w:r>
          </w:p>
        </w:tc>
        <w:tc>
          <w:tcPr>
            <w:tcW w:w="1296" w:type="dxa"/>
          </w:tcPr>
          <w:p w14:paraId="2F03AE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2026-01-14</w:t>
            </w:r>
          </w:p>
        </w:tc>
        <w:tc>
          <w:tcPr>
            <w:tcW w:w="1296" w:type="dxa"/>
          </w:tcPr>
          <w:p w14:paraId="3B4816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579C59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Svoriomanija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. Mano kelionė iki 100 kg ir atgal“, Aistės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Simėnaitės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pristatymas</w:t>
            </w:r>
          </w:p>
        </w:tc>
        <w:tc>
          <w:tcPr>
            <w:tcW w:w="2930" w:type="dxa"/>
          </w:tcPr>
          <w:p w14:paraId="241D8B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C6EF689" w14:textId="0DAE247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C53D73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653E1B" w14:paraId="5D403957" w14:textId="77777777" w:rsidTr="00653E1B">
        <w:trPr>
          <w:jc w:val="center"/>
        </w:trPr>
        <w:tc>
          <w:tcPr>
            <w:tcW w:w="720" w:type="dxa"/>
          </w:tcPr>
          <w:p w14:paraId="30317A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</w:t>
            </w:r>
          </w:p>
        </w:tc>
        <w:tc>
          <w:tcPr>
            <w:tcW w:w="1296" w:type="dxa"/>
          </w:tcPr>
          <w:p w14:paraId="752EDD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2026-01-15</w:t>
            </w:r>
          </w:p>
        </w:tc>
        <w:tc>
          <w:tcPr>
            <w:tcW w:w="1296" w:type="dxa"/>
          </w:tcPr>
          <w:p w14:paraId="21F93F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720BE5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Dokumentinio filmo peržiūra ir aptarimas „Prisiminkime Steponą Darių“</w:t>
            </w:r>
          </w:p>
        </w:tc>
        <w:tc>
          <w:tcPr>
            <w:tcW w:w="2930" w:type="dxa"/>
          </w:tcPr>
          <w:p w14:paraId="4D76E8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65D2A63C" w14:textId="22CD4E8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="00EE5B1E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C53D73" w14:paraId="58B787C1" w14:textId="77777777" w:rsidTr="00653E1B">
        <w:trPr>
          <w:jc w:val="center"/>
        </w:trPr>
        <w:tc>
          <w:tcPr>
            <w:tcW w:w="720" w:type="dxa"/>
          </w:tcPr>
          <w:p w14:paraId="03E4AD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</w:t>
            </w:r>
          </w:p>
        </w:tc>
        <w:tc>
          <w:tcPr>
            <w:tcW w:w="1296" w:type="dxa"/>
          </w:tcPr>
          <w:p w14:paraId="76EF3A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2026-01-23</w:t>
            </w:r>
          </w:p>
        </w:tc>
        <w:tc>
          <w:tcPr>
            <w:tcW w:w="1296" w:type="dxa"/>
          </w:tcPr>
          <w:p w14:paraId="5294B5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17.00–18.00</w:t>
            </w:r>
          </w:p>
        </w:tc>
        <w:tc>
          <w:tcPr>
            <w:tcW w:w="4608" w:type="dxa"/>
          </w:tcPr>
          <w:p w14:paraId="2DF4DF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Paskaita „Estetikos kryptys: kaip socialiniai tinklai padeda atrasti savąjį stilių“</w:t>
            </w:r>
          </w:p>
        </w:tc>
        <w:tc>
          <w:tcPr>
            <w:tcW w:w="2930" w:type="dxa"/>
          </w:tcPr>
          <w:p w14:paraId="263E1D2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37F1F7AD" w14:textId="20F91E16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 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EE5B1E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09F8D79F" w14:textId="77777777" w:rsidTr="00653E1B">
        <w:trPr>
          <w:jc w:val="center"/>
        </w:trPr>
        <w:tc>
          <w:tcPr>
            <w:tcW w:w="720" w:type="dxa"/>
          </w:tcPr>
          <w:p w14:paraId="13DFE4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</w:t>
            </w:r>
          </w:p>
        </w:tc>
        <w:tc>
          <w:tcPr>
            <w:tcW w:w="1296" w:type="dxa"/>
          </w:tcPr>
          <w:p w14:paraId="0F3FD1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2026-01-27</w:t>
            </w:r>
          </w:p>
        </w:tc>
        <w:tc>
          <w:tcPr>
            <w:tcW w:w="1296" w:type="dxa"/>
          </w:tcPr>
          <w:p w14:paraId="1E49A4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A3724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„Kvapų magijoj“, sausų kvepalų edukacija</w:t>
            </w:r>
          </w:p>
        </w:tc>
        <w:tc>
          <w:tcPr>
            <w:tcW w:w="2930" w:type="dxa"/>
          </w:tcPr>
          <w:p w14:paraId="007770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11E7EF3" w14:textId="40E19BD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="00EE5B1E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653E1B" w14:paraId="05BFA693" w14:textId="77777777" w:rsidTr="00653E1B">
        <w:trPr>
          <w:jc w:val="center"/>
        </w:trPr>
        <w:tc>
          <w:tcPr>
            <w:tcW w:w="720" w:type="dxa"/>
          </w:tcPr>
          <w:p w14:paraId="2A7495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</w:t>
            </w:r>
          </w:p>
        </w:tc>
        <w:tc>
          <w:tcPr>
            <w:tcW w:w="1296" w:type="dxa"/>
          </w:tcPr>
          <w:p w14:paraId="558DFF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2026-01-29</w:t>
            </w:r>
          </w:p>
        </w:tc>
        <w:tc>
          <w:tcPr>
            <w:tcW w:w="1296" w:type="dxa"/>
          </w:tcPr>
          <w:p w14:paraId="4387176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309A28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Integruota anglų kabos pamoka su pradinio ugdymo klase pagal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angliakalbę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Valdo Aušros knygą „Kokios avys skraido?/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What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sheeps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fly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?“</w:t>
            </w:r>
          </w:p>
        </w:tc>
        <w:tc>
          <w:tcPr>
            <w:tcW w:w="2930" w:type="dxa"/>
          </w:tcPr>
          <w:p w14:paraId="250DE5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12AE5D3" w14:textId="504EE7F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  <w:proofErr w:type="spellStart"/>
            <w:r w:rsidR="00E7431C">
              <w:rPr>
                <w:rFonts w:ascii="Times New Roman" w:hAnsi="Times New Roman" w:cs="Times New Roman"/>
                <w:lang w:val="lt-LT"/>
              </w:rPr>
              <w:t>tel</w:t>
            </w:r>
            <w:proofErr w:type="spellEnd"/>
            <w:r w:rsidR="00E7431C">
              <w:rPr>
                <w:rFonts w:ascii="Times New Roman" w:hAnsi="Times New Roman" w:cs="Times New Roman"/>
                <w:lang w:val="lt-LT"/>
              </w:rPr>
              <w:t xml:space="preserve"> (0449)74298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>m</w:t>
            </w:r>
            <w:r w:rsidR="00EE5B1E">
              <w:rPr>
                <w:rFonts w:ascii="Times New Roman" w:hAnsi="Times New Roman" w:cs="Times New Roman"/>
                <w:lang w:val="lt-LT"/>
              </w:rPr>
              <w:t>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 +37061595478; vaiku.sk@silalesbiblioteka.lt</w:t>
            </w:r>
          </w:p>
        </w:tc>
      </w:tr>
      <w:tr w:rsidR="004312E2" w:rsidRPr="00653E1B" w14:paraId="78DFEEF1" w14:textId="77777777" w:rsidTr="00653E1B">
        <w:trPr>
          <w:jc w:val="center"/>
        </w:trPr>
        <w:tc>
          <w:tcPr>
            <w:tcW w:w="720" w:type="dxa"/>
          </w:tcPr>
          <w:p w14:paraId="2465FD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21</w:t>
            </w:r>
          </w:p>
        </w:tc>
        <w:tc>
          <w:tcPr>
            <w:tcW w:w="1296" w:type="dxa"/>
          </w:tcPr>
          <w:p w14:paraId="77BA851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2026-01-29</w:t>
            </w:r>
          </w:p>
        </w:tc>
        <w:tc>
          <w:tcPr>
            <w:tcW w:w="1296" w:type="dxa"/>
          </w:tcPr>
          <w:p w14:paraId="498FC32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2B3E914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Sensoriniai skaitymai: ,,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Skudurinukė</w:t>
            </w:r>
            <w:proofErr w:type="spellEnd"/>
          </w:p>
        </w:tc>
        <w:tc>
          <w:tcPr>
            <w:tcW w:w="2930" w:type="dxa"/>
          </w:tcPr>
          <w:p w14:paraId="1A57152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19D4196B" w14:textId="498A6DD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+37061409234, stase.pudzemiene@silalesbiblioteka.lt</w:t>
            </w:r>
          </w:p>
        </w:tc>
      </w:tr>
      <w:tr w:rsidR="004312E2" w:rsidRPr="00653E1B" w14:paraId="5CFCE43D" w14:textId="77777777" w:rsidTr="00653E1B">
        <w:trPr>
          <w:jc w:val="center"/>
        </w:trPr>
        <w:tc>
          <w:tcPr>
            <w:tcW w:w="720" w:type="dxa"/>
          </w:tcPr>
          <w:p w14:paraId="41DE81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22</w:t>
            </w:r>
          </w:p>
        </w:tc>
        <w:tc>
          <w:tcPr>
            <w:tcW w:w="1296" w:type="dxa"/>
          </w:tcPr>
          <w:p w14:paraId="102B03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2026-01-29</w:t>
            </w:r>
          </w:p>
        </w:tc>
        <w:tc>
          <w:tcPr>
            <w:tcW w:w="1296" w:type="dxa"/>
          </w:tcPr>
          <w:p w14:paraId="5D377A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45BC0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„Pranas Liatukas: Lietuvos karininkas iš Šilalės krašto“</w:t>
            </w:r>
          </w:p>
        </w:tc>
        <w:tc>
          <w:tcPr>
            <w:tcW w:w="2930" w:type="dxa"/>
          </w:tcPr>
          <w:p w14:paraId="3EE1AC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31264DB6" w14:textId="77777777" w:rsidR="00E268A8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Rūta Vaitkevičienė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</w:t>
            </w:r>
          </w:p>
          <w:p w14:paraId="72A91E50" w14:textId="1BE0221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 tel</w:t>
            </w:r>
            <w:r w:rsidR="00E268A8">
              <w:rPr>
                <w:rFonts w:ascii="Times New Roman" w:hAnsi="Times New Roman" w:cs="Times New Roman"/>
                <w:lang w:val="lt-LT"/>
              </w:rPr>
              <w:t>. (</w:t>
            </w:r>
            <w:r w:rsidRPr="00653E1B">
              <w:rPr>
                <w:rFonts w:ascii="Times New Roman" w:hAnsi="Times New Roman" w:cs="Times New Roman"/>
                <w:lang w:val="lt-LT"/>
              </w:rPr>
              <w:t>0449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74189, </w:t>
            </w:r>
            <w:r w:rsidR="00E268A8">
              <w:rPr>
                <w:rFonts w:ascii="Times New Roman" w:hAnsi="Times New Roman" w:cs="Times New Roman"/>
                <w:lang w:val="lt-LT"/>
              </w:rPr>
              <w:t>(</w:t>
            </w:r>
            <w:r w:rsidRPr="00653E1B">
              <w:rPr>
                <w:rFonts w:ascii="Times New Roman" w:hAnsi="Times New Roman" w:cs="Times New Roman"/>
                <w:lang w:val="lt-LT"/>
              </w:rPr>
              <w:t>0</w:t>
            </w:r>
            <w:r w:rsidR="00EE5B1E">
              <w:rPr>
                <w:rFonts w:ascii="Times New Roman" w:hAnsi="Times New Roman" w:cs="Times New Roman"/>
                <w:lang w:val="lt-LT"/>
              </w:rPr>
              <w:t>4</w:t>
            </w:r>
            <w:r w:rsidRPr="00653E1B">
              <w:rPr>
                <w:rFonts w:ascii="Times New Roman" w:hAnsi="Times New Roman" w:cs="Times New Roman"/>
                <w:lang w:val="lt-LT"/>
              </w:rPr>
              <w:t>49</w:t>
            </w:r>
            <w:r w:rsidR="00E268A8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74301,;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</w:t>
            </w:r>
            <w:r w:rsidR="00C350A7">
              <w:rPr>
                <w:rFonts w:ascii="Times New Roman" w:hAnsi="Times New Roman" w:cs="Times New Roman"/>
                <w:lang w:val="lt-LT"/>
              </w:rPr>
              <w:t>u</w:t>
            </w:r>
            <w:r w:rsidRPr="00653E1B">
              <w:rPr>
                <w:rFonts w:ascii="Times New Roman" w:hAnsi="Times New Roman" w:cs="Times New Roman"/>
                <w:lang w:val="lt-LT"/>
              </w:rPr>
              <w:t>ta.vaitkevi</w:t>
            </w:r>
            <w:r w:rsidR="00C350A7">
              <w:rPr>
                <w:rFonts w:ascii="Times New Roman" w:hAnsi="Times New Roman" w:cs="Times New Roman"/>
                <w:lang w:val="lt-LT"/>
              </w:rPr>
              <w:t>c</w:t>
            </w:r>
            <w:r w:rsidRPr="00653E1B">
              <w:rPr>
                <w:rFonts w:ascii="Times New Roman" w:hAnsi="Times New Roman" w:cs="Times New Roman"/>
                <w:lang w:val="lt-LT"/>
              </w:rPr>
              <w:t>ienė@silalesbiblioteka.lt</w:t>
            </w:r>
            <w:proofErr w:type="spellEnd"/>
          </w:p>
        </w:tc>
      </w:tr>
      <w:tr w:rsidR="004312E2" w:rsidRPr="00C53D73" w14:paraId="67DE44B8" w14:textId="77777777" w:rsidTr="00653E1B">
        <w:trPr>
          <w:jc w:val="center"/>
        </w:trPr>
        <w:tc>
          <w:tcPr>
            <w:tcW w:w="720" w:type="dxa"/>
          </w:tcPr>
          <w:p w14:paraId="6CCCD7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23</w:t>
            </w:r>
          </w:p>
        </w:tc>
        <w:tc>
          <w:tcPr>
            <w:tcW w:w="1296" w:type="dxa"/>
          </w:tcPr>
          <w:p w14:paraId="097B91D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2026-02-04</w:t>
            </w:r>
          </w:p>
        </w:tc>
        <w:tc>
          <w:tcPr>
            <w:tcW w:w="1296" w:type="dxa"/>
          </w:tcPr>
          <w:p w14:paraId="6496DE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AEAE4C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„Vėžys 24/7“, Virginijaus Šaulio knygos pristatymas</w:t>
            </w:r>
          </w:p>
        </w:tc>
        <w:tc>
          <w:tcPr>
            <w:tcW w:w="2930" w:type="dxa"/>
          </w:tcPr>
          <w:p w14:paraId="705684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226DC4D" w14:textId="75DE08F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EE5B1E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C53D73" w14:paraId="4CC3B0AA" w14:textId="77777777" w:rsidTr="00653E1B">
        <w:trPr>
          <w:jc w:val="center"/>
        </w:trPr>
        <w:tc>
          <w:tcPr>
            <w:tcW w:w="720" w:type="dxa"/>
          </w:tcPr>
          <w:p w14:paraId="54FF43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24</w:t>
            </w:r>
          </w:p>
        </w:tc>
        <w:tc>
          <w:tcPr>
            <w:tcW w:w="1296" w:type="dxa"/>
          </w:tcPr>
          <w:p w14:paraId="5FC88F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2026-02-05-2026-02-28</w:t>
            </w:r>
          </w:p>
        </w:tc>
        <w:tc>
          <w:tcPr>
            <w:tcW w:w="1296" w:type="dxa"/>
          </w:tcPr>
          <w:p w14:paraId="2C30EC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BF3A4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Augustės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Borkovskajos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personalinė paroda</w:t>
            </w:r>
          </w:p>
        </w:tc>
        <w:tc>
          <w:tcPr>
            <w:tcW w:w="2930" w:type="dxa"/>
          </w:tcPr>
          <w:p w14:paraId="7D09EA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00000913" w14:textId="49FFC69E" w:rsidR="00C06675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EE5B1E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</w:p>
          <w:p w14:paraId="0072BCDA" w14:textId="7884B3B1" w:rsidR="004312E2" w:rsidRPr="00653E1B" w:rsidRDefault="00C0667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="00C350A7" w:rsidRPr="00C350A7">
              <w:rPr>
                <w:rFonts w:ascii="Times New Roman" w:hAnsi="Times New Roman" w:cs="Times New Roman"/>
                <w:lang w:val="lt-LT"/>
              </w:rPr>
              <w:t>+37061595478;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 xml:space="preserve"> abonementas.silale@gmail.com</w:t>
            </w:r>
          </w:p>
        </w:tc>
      </w:tr>
      <w:tr w:rsidR="004312E2" w:rsidRPr="00C53D73" w14:paraId="23AC480D" w14:textId="77777777" w:rsidTr="00653E1B">
        <w:trPr>
          <w:jc w:val="center"/>
        </w:trPr>
        <w:tc>
          <w:tcPr>
            <w:tcW w:w="720" w:type="dxa"/>
          </w:tcPr>
          <w:p w14:paraId="0A5D4F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25</w:t>
            </w:r>
          </w:p>
        </w:tc>
        <w:tc>
          <w:tcPr>
            <w:tcW w:w="1296" w:type="dxa"/>
          </w:tcPr>
          <w:p w14:paraId="38CBAC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2026-02-06-2026-03-05</w:t>
            </w:r>
          </w:p>
        </w:tc>
        <w:tc>
          <w:tcPr>
            <w:tcW w:w="1296" w:type="dxa"/>
          </w:tcPr>
          <w:p w14:paraId="78AACD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4B966F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„Šviesos skleidėjas Žemaitijoje“, skirta M. Valančiaus 225 gimimo metinėms</w:t>
            </w:r>
          </w:p>
        </w:tc>
        <w:tc>
          <w:tcPr>
            <w:tcW w:w="2930" w:type="dxa"/>
          </w:tcPr>
          <w:p w14:paraId="65501D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D9336DB" w14:textId="05FC706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Jolanta Venckienė J. Basanavičiaus 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EE5B1E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74302;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C53D73" w14:paraId="339E8429" w14:textId="77777777" w:rsidTr="00653E1B">
        <w:trPr>
          <w:jc w:val="center"/>
        </w:trPr>
        <w:tc>
          <w:tcPr>
            <w:tcW w:w="720" w:type="dxa"/>
          </w:tcPr>
          <w:p w14:paraId="2354E2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26</w:t>
            </w:r>
          </w:p>
        </w:tc>
        <w:tc>
          <w:tcPr>
            <w:tcW w:w="1296" w:type="dxa"/>
          </w:tcPr>
          <w:p w14:paraId="0A7109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2026-02-06-2026-03-05</w:t>
            </w:r>
          </w:p>
        </w:tc>
        <w:tc>
          <w:tcPr>
            <w:tcW w:w="1296" w:type="dxa"/>
          </w:tcPr>
          <w:p w14:paraId="2D96B6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9F520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„Žingsniai į laisvą Lietuvą“</w:t>
            </w:r>
          </w:p>
        </w:tc>
        <w:tc>
          <w:tcPr>
            <w:tcW w:w="2930" w:type="dxa"/>
          </w:tcPr>
          <w:p w14:paraId="1BE61C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65D1906D" w14:textId="630AA93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EE5B1E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+3706862046719; abonementas.silale@gmail.com</w:t>
            </w:r>
          </w:p>
        </w:tc>
      </w:tr>
      <w:tr w:rsidR="004312E2" w:rsidRPr="00653E1B" w14:paraId="201FBFC0" w14:textId="77777777" w:rsidTr="00653E1B">
        <w:trPr>
          <w:jc w:val="center"/>
        </w:trPr>
        <w:tc>
          <w:tcPr>
            <w:tcW w:w="720" w:type="dxa"/>
          </w:tcPr>
          <w:p w14:paraId="6340D53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27</w:t>
            </w:r>
          </w:p>
        </w:tc>
        <w:tc>
          <w:tcPr>
            <w:tcW w:w="1296" w:type="dxa"/>
          </w:tcPr>
          <w:p w14:paraId="49405A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2026-02-09</w:t>
            </w:r>
          </w:p>
        </w:tc>
        <w:tc>
          <w:tcPr>
            <w:tcW w:w="1296" w:type="dxa"/>
          </w:tcPr>
          <w:p w14:paraId="44ECF5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519569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Kūrybinės dirbtuvės „Kaukių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šėlionės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“</w:t>
            </w:r>
          </w:p>
        </w:tc>
        <w:tc>
          <w:tcPr>
            <w:tcW w:w="2930" w:type="dxa"/>
          </w:tcPr>
          <w:p w14:paraId="6BF8A6C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3D23C3EA" w14:textId="406FB6F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Judita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Vainorienė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="00EE5B1E">
              <w:rPr>
                <w:rFonts w:ascii="Times New Roman" w:hAnsi="Times New Roman" w:cs="Times New Roman"/>
                <w:lang w:val="lt-LT"/>
              </w:rPr>
              <w:t xml:space="preserve">sav.; </w:t>
            </w:r>
            <w:r w:rsidR="00C06675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+370 61819627,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C53D73" w14:paraId="47C6F8BB" w14:textId="77777777" w:rsidTr="00653E1B">
        <w:trPr>
          <w:jc w:val="center"/>
        </w:trPr>
        <w:tc>
          <w:tcPr>
            <w:tcW w:w="720" w:type="dxa"/>
          </w:tcPr>
          <w:p w14:paraId="7D0BF7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28</w:t>
            </w:r>
          </w:p>
        </w:tc>
        <w:tc>
          <w:tcPr>
            <w:tcW w:w="1296" w:type="dxa"/>
          </w:tcPr>
          <w:p w14:paraId="4F146050" w14:textId="63E2CC5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</w:t>
            </w:r>
            <w:r w:rsidR="003C2053">
              <w:rPr>
                <w:rFonts w:ascii="Times New Roman" w:hAnsi="Times New Roman" w:cs="Times New Roman"/>
                <w:lang w:val="lt-LT"/>
              </w:rPr>
              <w:t>-</w:t>
            </w:r>
            <w:r w:rsidRPr="00653E1B">
              <w:rPr>
                <w:rFonts w:ascii="Times New Roman" w:hAnsi="Times New Roman" w:cs="Times New Roman"/>
                <w:lang w:val="lt-LT"/>
              </w:rPr>
              <w:t>11</w:t>
            </w:r>
          </w:p>
        </w:tc>
        <w:tc>
          <w:tcPr>
            <w:tcW w:w="1296" w:type="dxa"/>
          </w:tcPr>
          <w:p w14:paraId="5BBFC7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10.00–12.00</w:t>
            </w:r>
          </w:p>
        </w:tc>
        <w:tc>
          <w:tcPr>
            <w:tcW w:w="4608" w:type="dxa"/>
          </w:tcPr>
          <w:p w14:paraId="674B31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Praktiniai mokymai „Pažangus el. pašto valdymas naudojant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Gmail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įrankius“, skirta Tarptautinei saugesnio interneto dienai.</w:t>
            </w:r>
          </w:p>
        </w:tc>
        <w:tc>
          <w:tcPr>
            <w:tcW w:w="2930" w:type="dxa"/>
          </w:tcPr>
          <w:p w14:paraId="4AB2DF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aukštas)i</w:t>
            </w:r>
          </w:p>
        </w:tc>
        <w:tc>
          <w:tcPr>
            <w:tcW w:w="4270" w:type="dxa"/>
          </w:tcPr>
          <w:p w14:paraId="4B319251" w14:textId="73B0115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C0667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4CA0B6E7" w14:textId="77777777" w:rsidTr="00653E1B">
        <w:trPr>
          <w:jc w:val="center"/>
        </w:trPr>
        <w:tc>
          <w:tcPr>
            <w:tcW w:w="720" w:type="dxa"/>
          </w:tcPr>
          <w:p w14:paraId="3740E6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29</w:t>
            </w:r>
          </w:p>
        </w:tc>
        <w:tc>
          <w:tcPr>
            <w:tcW w:w="1296" w:type="dxa"/>
          </w:tcPr>
          <w:p w14:paraId="4FD636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2026-02-11</w:t>
            </w:r>
          </w:p>
        </w:tc>
        <w:tc>
          <w:tcPr>
            <w:tcW w:w="1296" w:type="dxa"/>
          </w:tcPr>
          <w:p w14:paraId="67F4B8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325A63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„1000 pasaulio stebuklų“, susitikimas su keliautoju Audriumi Sutkumi</w:t>
            </w:r>
          </w:p>
        </w:tc>
        <w:tc>
          <w:tcPr>
            <w:tcW w:w="2930" w:type="dxa"/>
          </w:tcPr>
          <w:p w14:paraId="50ACEB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4C45FED" w14:textId="63CAEFF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C0667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C06675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>+37062046719; abonementas.silale@gmail.com</w:t>
            </w:r>
          </w:p>
        </w:tc>
      </w:tr>
      <w:tr w:rsidR="004312E2" w:rsidRPr="00653E1B" w14:paraId="0FC272E3" w14:textId="77777777" w:rsidTr="00653E1B">
        <w:trPr>
          <w:jc w:val="center"/>
        </w:trPr>
        <w:tc>
          <w:tcPr>
            <w:tcW w:w="720" w:type="dxa"/>
          </w:tcPr>
          <w:p w14:paraId="4C9591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30</w:t>
            </w:r>
          </w:p>
        </w:tc>
        <w:tc>
          <w:tcPr>
            <w:tcW w:w="1296" w:type="dxa"/>
          </w:tcPr>
          <w:p w14:paraId="20F84CA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2026-02-12</w:t>
            </w:r>
          </w:p>
        </w:tc>
        <w:tc>
          <w:tcPr>
            <w:tcW w:w="1296" w:type="dxa"/>
          </w:tcPr>
          <w:p w14:paraId="70A15E8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79B48C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„Mažos istorijos, dideli žodžiai“, kūrybinės dirbtuvės Lietuvių kalbos dienoms su Igne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Zarambaite</w:t>
            </w:r>
            <w:proofErr w:type="spellEnd"/>
          </w:p>
        </w:tc>
        <w:tc>
          <w:tcPr>
            <w:tcW w:w="2930" w:type="dxa"/>
          </w:tcPr>
          <w:p w14:paraId="1E83D4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4288A8D9" w14:textId="043D0A0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="00E7431C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 w:rsidR="00E7431C">
              <w:rPr>
                <w:rFonts w:ascii="Times New Roman" w:hAnsi="Times New Roman" w:cs="Times New Roman"/>
                <w:lang w:val="lt-LT"/>
              </w:rPr>
              <w:t>(0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7431C">
              <w:rPr>
                <w:rFonts w:ascii="Times New Roman" w:hAnsi="Times New Roman" w:cs="Times New Roman"/>
                <w:lang w:val="lt-LT"/>
              </w:rPr>
              <w:t>)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+37061595478; vaiku.sk@silalesbiblioteka.lt</w:t>
            </w:r>
          </w:p>
        </w:tc>
      </w:tr>
      <w:tr w:rsidR="004312E2" w:rsidRPr="00C53D73" w14:paraId="4F8CC7FB" w14:textId="77777777" w:rsidTr="00653E1B">
        <w:trPr>
          <w:jc w:val="center"/>
        </w:trPr>
        <w:tc>
          <w:tcPr>
            <w:tcW w:w="720" w:type="dxa"/>
          </w:tcPr>
          <w:p w14:paraId="31BE31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31</w:t>
            </w:r>
          </w:p>
        </w:tc>
        <w:tc>
          <w:tcPr>
            <w:tcW w:w="1296" w:type="dxa"/>
          </w:tcPr>
          <w:p w14:paraId="686D92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2026-02-12</w:t>
            </w:r>
          </w:p>
        </w:tc>
        <w:tc>
          <w:tcPr>
            <w:tcW w:w="1296" w:type="dxa"/>
          </w:tcPr>
          <w:p w14:paraId="4E8AAE0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394276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„Kuriu Lietuvai“</w:t>
            </w:r>
          </w:p>
        </w:tc>
        <w:tc>
          <w:tcPr>
            <w:tcW w:w="2930" w:type="dxa"/>
          </w:tcPr>
          <w:p w14:paraId="45BFEB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41352DE4" w14:textId="77777777" w:rsidR="00C06675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sav.; </w:t>
            </w:r>
          </w:p>
          <w:p w14:paraId="6ECD2837" w14:textId="302E58B9" w:rsidR="004312E2" w:rsidRPr="00653E1B" w:rsidRDefault="00C0667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4B1E691" w14:textId="77777777" w:rsidTr="00653E1B">
        <w:trPr>
          <w:jc w:val="center"/>
        </w:trPr>
        <w:tc>
          <w:tcPr>
            <w:tcW w:w="720" w:type="dxa"/>
          </w:tcPr>
          <w:p w14:paraId="66E0C7B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32</w:t>
            </w:r>
          </w:p>
        </w:tc>
        <w:tc>
          <w:tcPr>
            <w:tcW w:w="1296" w:type="dxa"/>
          </w:tcPr>
          <w:p w14:paraId="585AA80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2026-02-12</w:t>
            </w:r>
          </w:p>
        </w:tc>
        <w:tc>
          <w:tcPr>
            <w:tcW w:w="1296" w:type="dxa"/>
          </w:tcPr>
          <w:p w14:paraId="28ECC1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DBF85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„Tos spalvos trys“.  Trispalvės sagės kūrimas.</w:t>
            </w:r>
          </w:p>
        </w:tc>
        <w:tc>
          <w:tcPr>
            <w:tcW w:w="2930" w:type="dxa"/>
          </w:tcPr>
          <w:p w14:paraId="57630F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0E5BD974" w14:textId="5E356A6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C53D73" w14:paraId="1BA0B486" w14:textId="77777777" w:rsidTr="00653E1B">
        <w:trPr>
          <w:jc w:val="center"/>
        </w:trPr>
        <w:tc>
          <w:tcPr>
            <w:tcW w:w="720" w:type="dxa"/>
          </w:tcPr>
          <w:p w14:paraId="67E748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33</w:t>
            </w:r>
          </w:p>
        </w:tc>
        <w:tc>
          <w:tcPr>
            <w:tcW w:w="1296" w:type="dxa"/>
          </w:tcPr>
          <w:p w14:paraId="2EC412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2026-02-13</w:t>
            </w:r>
          </w:p>
        </w:tc>
        <w:tc>
          <w:tcPr>
            <w:tcW w:w="1296" w:type="dxa"/>
          </w:tcPr>
          <w:p w14:paraId="331355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19.00–20.30</w:t>
            </w:r>
          </w:p>
        </w:tc>
        <w:tc>
          <w:tcPr>
            <w:tcW w:w="4608" w:type="dxa"/>
          </w:tcPr>
          <w:p w14:paraId="07CCFD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Žinių viktorina „Laisvė mus vienija“ Upynoje, skirta Lietuvos valstybės atkūrimo dienai.</w:t>
            </w:r>
          </w:p>
        </w:tc>
        <w:tc>
          <w:tcPr>
            <w:tcW w:w="2930" w:type="dxa"/>
          </w:tcPr>
          <w:p w14:paraId="5E30145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laisvalaikio salė</w:t>
            </w:r>
          </w:p>
        </w:tc>
        <w:tc>
          <w:tcPr>
            <w:tcW w:w="4270" w:type="dxa"/>
          </w:tcPr>
          <w:p w14:paraId="7588C955" w14:textId="56D8E1D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C0667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04701A23" w14:textId="77777777" w:rsidTr="00653E1B">
        <w:trPr>
          <w:jc w:val="center"/>
        </w:trPr>
        <w:tc>
          <w:tcPr>
            <w:tcW w:w="720" w:type="dxa"/>
          </w:tcPr>
          <w:p w14:paraId="7F3A28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34</w:t>
            </w:r>
          </w:p>
        </w:tc>
        <w:tc>
          <w:tcPr>
            <w:tcW w:w="1296" w:type="dxa"/>
          </w:tcPr>
          <w:p w14:paraId="753E51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2026-02-15</w:t>
            </w:r>
          </w:p>
        </w:tc>
        <w:tc>
          <w:tcPr>
            <w:tcW w:w="1296" w:type="dxa"/>
          </w:tcPr>
          <w:p w14:paraId="72D88D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78AF4F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„Tautos būtis matuojama laisve“</w:t>
            </w:r>
          </w:p>
        </w:tc>
        <w:tc>
          <w:tcPr>
            <w:tcW w:w="2930" w:type="dxa"/>
          </w:tcPr>
          <w:p w14:paraId="788122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0D22A066" w14:textId="2FF6721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653E1B" w14:paraId="684148E9" w14:textId="77777777" w:rsidTr="00653E1B">
        <w:trPr>
          <w:jc w:val="center"/>
        </w:trPr>
        <w:tc>
          <w:tcPr>
            <w:tcW w:w="720" w:type="dxa"/>
          </w:tcPr>
          <w:p w14:paraId="5BA763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35</w:t>
            </w:r>
          </w:p>
        </w:tc>
        <w:tc>
          <w:tcPr>
            <w:tcW w:w="1296" w:type="dxa"/>
          </w:tcPr>
          <w:p w14:paraId="3F961F2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2026-02-17</w:t>
            </w:r>
          </w:p>
        </w:tc>
        <w:tc>
          <w:tcPr>
            <w:tcW w:w="1296" w:type="dxa"/>
          </w:tcPr>
          <w:p w14:paraId="7D3603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1C3B65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 Užgavėnių blynai ir kiti smagumynai“,</w:t>
            </w:r>
          </w:p>
        </w:tc>
        <w:tc>
          <w:tcPr>
            <w:tcW w:w="2930" w:type="dxa"/>
          </w:tcPr>
          <w:p w14:paraId="2DC1E1F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02072C75" w14:textId="05F67B2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+37061409234</w:t>
            </w:r>
            <w:r w:rsidR="00C06675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stase.pudzemiene@silalesbiblioteka.lt</w:t>
            </w:r>
          </w:p>
        </w:tc>
      </w:tr>
      <w:tr w:rsidR="004312E2" w:rsidRPr="00653E1B" w14:paraId="4E891F0B" w14:textId="77777777" w:rsidTr="00653E1B">
        <w:trPr>
          <w:jc w:val="center"/>
        </w:trPr>
        <w:tc>
          <w:tcPr>
            <w:tcW w:w="720" w:type="dxa"/>
          </w:tcPr>
          <w:p w14:paraId="2B970C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36</w:t>
            </w:r>
          </w:p>
        </w:tc>
        <w:tc>
          <w:tcPr>
            <w:tcW w:w="1296" w:type="dxa"/>
          </w:tcPr>
          <w:p w14:paraId="5CCC62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2026-02-17</w:t>
            </w:r>
          </w:p>
        </w:tc>
        <w:tc>
          <w:tcPr>
            <w:tcW w:w="1296" w:type="dxa"/>
          </w:tcPr>
          <w:p w14:paraId="27E1B1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18.00</w:t>
            </w:r>
          </w:p>
        </w:tc>
        <w:tc>
          <w:tcPr>
            <w:tcW w:w="4608" w:type="dxa"/>
          </w:tcPr>
          <w:p w14:paraId="18681D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Kultūrinis vakaras  ,, Lašininio ir Kanapinio ginčas“</w:t>
            </w:r>
          </w:p>
        </w:tc>
        <w:tc>
          <w:tcPr>
            <w:tcW w:w="2930" w:type="dxa"/>
          </w:tcPr>
          <w:p w14:paraId="6D3E5B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C4858F3" w14:textId="7CC586D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sav.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C53D73" w14:paraId="449E1F12" w14:textId="77777777" w:rsidTr="00653E1B">
        <w:trPr>
          <w:jc w:val="center"/>
        </w:trPr>
        <w:tc>
          <w:tcPr>
            <w:tcW w:w="720" w:type="dxa"/>
          </w:tcPr>
          <w:p w14:paraId="7D78CEB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37</w:t>
            </w:r>
          </w:p>
        </w:tc>
        <w:tc>
          <w:tcPr>
            <w:tcW w:w="1296" w:type="dxa"/>
          </w:tcPr>
          <w:p w14:paraId="1EA068DB" w14:textId="0B5D053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2026-02-17</w:t>
            </w:r>
          </w:p>
        </w:tc>
        <w:tc>
          <w:tcPr>
            <w:tcW w:w="1296" w:type="dxa"/>
          </w:tcPr>
          <w:p w14:paraId="0AE349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18.30–20.00</w:t>
            </w:r>
          </w:p>
        </w:tc>
        <w:tc>
          <w:tcPr>
            <w:tcW w:w="4608" w:type="dxa"/>
          </w:tcPr>
          <w:p w14:paraId="4C8AE9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X-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asis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protmūšis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„Nustebink Stulginskį”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Kaltinėnuose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skirtas Lietuvos valstybės atkūrimo dienai.</w:t>
            </w:r>
          </w:p>
        </w:tc>
        <w:tc>
          <w:tcPr>
            <w:tcW w:w="2930" w:type="dxa"/>
          </w:tcPr>
          <w:p w14:paraId="083BA6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laisvalaikio salė</w:t>
            </w:r>
          </w:p>
        </w:tc>
        <w:tc>
          <w:tcPr>
            <w:tcW w:w="4270" w:type="dxa"/>
          </w:tcPr>
          <w:p w14:paraId="73815B72" w14:textId="6A423ED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Rima Norvilienė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C0667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2CF743A4" w14:textId="77777777" w:rsidTr="00653E1B">
        <w:trPr>
          <w:jc w:val="center"/>
        </w:trPr>
        <w:tc>
          <w:tcPr>
            <w:tcW w:w="720" w:type="dxa"/>
          </w:tcPr>
          <w:p w14:paraId="011ADC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38</w:t>
            </w:r>
          </w:p>
        </w:tc>
        <w:tc>
          <w:tcPr>
            <w:tcW w:w="1296" w:type="dxa"/>
          </w:tcPr>
          <w:p w14:paraId="7E9236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2026.02.18</w:t>
            </w:r>
          </w:p>
        </w:tc>
        <w:tc>
          <w:tcPr>
            <w:tcW w:w="1296" w:type="dxa"/>
          </w:tcPr>
          <w:p w14:paraId="4A509D9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1B9E0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 Lietuviškų žodžių medis“</w:t>
            </w:r>
          </w:p>
        </w:tc>
        <w:tc>
          <w:tcPr>
            <w:tcW w:w="2930" w:type="dxa"/>
          </w:tcPr>
          <w:p w14:paraId="22DAEF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4423D034" w14:textId="225A746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sav.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+37061828647</w:t>
            </w:r>
            <w:r w:rsidR="00C06675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C53D73" w14:paraId="7D2F814F" w14:textId="77777777" w:rsidTr="00653E1B">
        <w:trPr>
          <w:jc w:val="center"/>
        </w:trPr>
        <w:tc>
          <w:tcPr>
            <w:tcW w:w="720" w:type="dxa"/>
          </w:tcPr>
          <w:p w14:paraId="24EAC1D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39</w:t>
            </w:r>
          </w:p>
        </w:tc>
        <w:tc>
          <w:tcPr>
            <w:tcW w:w="1296" w:type="dxa"/>
          </w:tcPr>
          <w:p w14:paraId="5D1C52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22A6B3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704502C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„ Suk į kalbos ratą“</w:t>
            </w:r>
          </w:p>
        </w:tc>
        <w:tc>
          <w:tcPr>
            <w:tcW w:w="2930" w:type="dxa"/>
          </w:tcPr>
          <w:p w14:paraId="22891C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1177D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653E1B" w14:paraId="62AE52C3" w14:textId="77777777" w:rsidTr="00653E1B">
        <w:trPr>
          <w:jc w:val="center"/>
        </w:trPr>
        <w:tc>
          <w:tcPr>
            <w:tcW w:w="720" w:type="dxa"/>
          </w:tcPr>
          <w:p w14:paraId="2280C1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40</w:t>
            </w:r>
          </w:p>
        </w:tc>
        <w:tc>
          <w:tcPr>
            <w:tcW w:w="1296" w:type="dxa"/>
          </w:tcPr>
          <w:p w14:paraId="40936A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726600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E1DF97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„Kvapai lietuvių literatūroje“ kūrybinės dirbtuvės</w:t>
            </w:r>
          </w:p>
        </w:tc>
        <w:tc>
          <w:tcPr>
            <w:tcW w:w="2930" w:type="dxa"/>
          </w:tcPr>
          <w:p w14:paraId="6EF87A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Bijotų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biblioteks</w:t>
            </w:r>
            <w:proofErr w:type="spellEnd"/>
          </w:p>
        </w:tc>
        <w:tc>
          <w:tcPr>
            <w:tcW w:w="4270" w:type="dxa"/>
          </w:tcPr>
          <w:p w14:paraId="4D8782B6" w14:textId="156FC1B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Martinkienė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Muziejaus g. 10A, Bijotų sen., Bijotų k., Šilalės r. sav. 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+37061817813,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agne.macijauskaite@silalesbiblioteka.lt</w:t>
            </w:r>
          </w:p>
        </w:tc>
      </w:tr>
      <w:tr w:rsidR="004312E2" w:rsidRPr="00653E1B" w14:paraId="519F50F6" w14:textId="77777777" w:rsidTr="00653E1B">
        <w:trPr>
          <w:jc w:val="center"/>
        </w:trPr>
        <w:tc>
          <w:tcPr>
            <w:tcW w:w="720" w:type="dxa"/>
          </w:tcPr>
          <w:p w14:paraId="54A9EA1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41</w:t>
            </w:r>
          </w:p>
        </w:tc>
        <w:tc>
          <w:tcPr>
            <w:tcW w:w="1296" w:type="dxa"/>
          </w:tcPr>
          <w:p w14:paraId="158659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5E2D51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0BAC8F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,,Auginant mūsų gražią, mylimą lietuvių kalbą...“</w:t>
            </w:r>
          </w:p>
        </w:tc>
        <w:tc>
          <w:tcPr>
            <w:tcW w:w="2930" w:type="dxa"/>
          </w:tcPr>
          <w:p w14:paraId="760211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871D258" w14:textId="52C7C30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Liekienė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Akmenos g. 4,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lina.liekiene@silalesbiblioteka.lt</w:t>
            </w:r>
          </w:p>
        </w:tc>
      </w:tr>
      <w:tr w:rsidR="004312E2" w:rsidRPr="00653E1B" w14:paraId="210B4350" w14:textId="77777777" w:rsidTr="00653E1B">
        <w:trPr>
          <w:jc w:val="center"/>
        </w:trPr>
        <w:tc>
          <w:tcPr>
            <w:tcW w:w="720" w:type="dxa"/>
          </w:tcPr>
          <w:p w14:paraId="67F1C2C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42</w:t>
            </w:r>
          </w:p>
        </w:tc>
        <w:tc>
          <w:tcPr>
            <w:tcW w:w="1296" w:type="dxa"/>
          </w:tcPr>
          <w:p w14:paraId="40CA75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2026-02-19</w:t>
            </w:r>
          </w:p>
        </w:tc>
        <w:tc>
          <w:tcPr>
            <w:tcW w:w="1296" w:type="dxa"/>
          </w:tcPr>
          <w:p w14:paraId="320CAE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2BA00B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„Ar pažįsti Lietuvą?“</w:t>
            </w:r>
          </w:p>
        </w:tc>
        <w:tc>
          <w:tcPr>
            <w:tcW w:w="2930" w:type="dxa"/>
          </w:tcPr>
          <w:p w14:paraId="35ECA13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1F0E197" w14:textId="3B8787E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Andželika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Gečienė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Gardavos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4,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anzelika.geciene@silalesbiblioteka.lt</w:t>
            </w:r>
          </w:p>
        </w:tc>
      </w:tr>
      <w:tr w:rsidR="004312E2" w:rsidRPr="00653E1B" w14:paraId="301633DF" w14:textId="77777777" w:rsidTr="00653E1B">
        <w:trPr>
          <w:jc w:val="center"/>
        </w:trPr>
        <w:tc>
          <w:tcPr>
            <w:tcW w:w="720" w:type="dxa"/>
          </w:tcPr>
          <w:p w14:paraId="4822054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43</w:t>
            </w:r>
          </w:p>
        </w:tc>
        <w:tc>
          <w:tcPr>
            <w:tcW w:w="1296" w:type="dxa"/>
          </w:tcPr>
          <w:p w14:paraId="5C31CE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2026-02-20</w:t>
            </w:r>
          </w:p>
        </w:tc>
        <w:tc>
          <w:tcPr>
            <w:tcW w:w="1296" w:type="dxa"/>
          </w:tcPr>
          <w:p w14:paraId="7DD2F18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2087CB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„Paliesk lietuvių kalbą širdimi“ (Senjoro savos kūrybos skaitymas).</w:t>
            </w:r>
          </w:p>
        </w:tc>
        <w:tc>
          <w:tcPr>
            <w:tcW w:w="2930" w:type="dxa"/>
          </w:tcPr>
          <w:p w14:paraId="148BBF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03C304F" w14:textId="69625A3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653E1B" w14:paraId="2497B4E4" w14:textId="77777777" w:rsidTr="00653E1B">
        <w:trPr>
          <w:jc w:val="center"/>
        </w:trPr>
        <w:tc>
          <w:tcPr>
            <w:tcW w:w="720" w:type="dxa"/>
          </w:tcPr>
          <w:p w14:paraId="5ED0BE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44</w:t>
            </w:r>
          </w:p>
        </w:tc>
        <w:tc>
          <w:tcPr>
            <w:tcW w:w="1296" w:type="dxa"/>
          </w:tcPr>
          <w:p w14:paraId="0926B3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2026-02-20</w:t>
            </w:r>
          </w:p>
        </w:tc>
        <w:tc>
          <w:tcPr>
            <w:tcW w:w="1296" w:type="dxa"/>
          </w:tcPr>
          <w:p w14:paraId="2CAE829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DD572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„Tai gražiai skambėjo žodžiai“</w:t>
            </w:r>
          </w:p>
        </w:tc>
        <w:tc>
          <w:tcPr>
            <w:tcW w:w="2930" w:type="dxa"/>
          </w:tcPr>
          <w:p w14:paraId="4098DA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4307FD92" w14:textId="7BF3621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Judita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Vainorienė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Žalioji g. 7, Kvėdarnos sen., Kvėdarnos mstl., Šilalės r.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Tel. +370 618 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653E1B" w14:paraId="31A5B39C" w14:textId="77777777" w:rsidTr="00653E1B">
        <w:trPr>
          <w:jc w:val="center"/>
        </w:trPr>
        <w:tc>
          <w:tcPr>
            <w:tcW w:w="720" w:type="dxa"/>
          </w:tcPr>
          <w:p w14:paraId="6B0343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45</w:t>
            </w:r>
          </w:p>
        </w:tc>
        <w:tc>
          <w:tcPr>
            <w:tcW w:w="1296" w:type="dxa"/>
          </w:tcPr>
          <w:p w14:paraId="77303A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2026-02-23</w:t>
            </w:r>
          </w:p>
        </w:tc>
        <w:tc>
          <w:tcPr>
            <w:tcW w:w="1296" w:type="dxa"/>
          </w:tcPr>
          <w:p w14:paraId="104955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84F99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Popietė „Raštai, mokantys gyventi: M. Valančiaus palikimas“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skirta Žemaičių vyskupo istoriko prozininko švietėjo  M. Valančiaus 225- gimimo metinėms paminėti.</w:t>
            </w:r>
          </w:p>
        </w:tc>
        <w:tc>
          <w:tcPr>
            <w:tcW w:w="2930" w:type="dxa"/>
          </w:tcPr>
          <w:p w14:paraId="50B61B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755AA62B" w14:textId="01E64CB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Jūros g. 12, Pajūrio sen., Žvingių mstl.,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7C3FEC3F" w14:textId="77777777" w:rsidTr="00653E1B">
        <w:trPr>
          <w:jc w:val="center"/>
        </w:trPr>
        <w:tc>
          <w:tcPr>
            <w:tcW w:w="720" w:type="dxa"/>
          </w:tcPr>
          <w:p w14:paraId="3CE848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46</w:t>
            </w:r>
          </w:p>
        </w:tc>
        <w:tc>
          <w:tcPr>
            <w:tcW w:w="1296" w:type="dxa"/>
          </w:tcPr>
          <w:p w14:paraId="362E84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2026-02-24</w:t>
            </w:r>
          </w:p>
        </w:tc>
        <w:tc>
          <w:tcPr>
            <w:tcW w:w="1296" w:type="dxa"/>
          </w:tcPr>
          <w:p w14:paraId="3198C1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C4AAD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„Palangos Juzės klumpės“ minint 225-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ąsias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M. Valančiaus gimimo metines.</w:t>
            </w:r>
          </w:p>
        </w:tc>
        <w:tc>
          <w:tcPr>
            <w:tcW w:w="2930" w:type="dxa"/>
          </w:tcPr>
          <w:p w14:paraId="67FAE5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1F46DAAD" w14:textId="2580C60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Tvenkinio g. 4, Laukuvos sen., Laukuvos mstl.,  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653E1B" w14:paraId="24C3C29C" w14:textId="77777777" w:rsidTr="00653E1B">
        <w:trPr>
          <w:jc w:val="center"/>
        </w:trPr>
        <w:tc>
          <w:tcPr>
            <w:tcW w:w="720" w:type="dxa"/>
          </w:tcPr>
          <w:p w14:paraId="3B571F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47</w:t>
            </w:r>
          </w:p>
        </w:tc>
        <w:tc>
          <w:tcPr>
            <w:tcW w:w="1296" w:type="dxa"/>
          </w:tcPr>
          <w:p w14:paraId="185015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2026-02-25</w:t>
            </w:r>
          </w:p>
        </w:tc>
        <w:tc>
          <w:tcPr>
            <w:tcW w:w="1296" w:type="dxa"/>
          </w:tcPr>
          <w:p w14:paraId="534A956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F517F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„Martynas Mažvydas, jis parašė pirmąją lietuvišką knygą“</w:t>
            </w:r>
          </w:p>
        </w:tc>
        <w:tc>
          <w:tcPr>
            <w:tcW w:w="2930" w:type="dxa"/>
          </w:tcPr>
          <w:p w14:paraId="24870D7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6C1CB7CA" w14:textId="0021961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Tvenkinio g. 4, Laukuvos sen., Laukuvos mstl.,  Šilalės r. </w:t>
            </w:r>
            <w:r w:rsidR="00C0667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C53D73" w14:paraId="69D0BB09" w14:textId="77777777" w:rsidTr="00653E1B">
        <w:trPr>
          <w:jc w:val="center"/>
        </w:trPr>
        <w:tc>
          <w:tcPr>
            <w:tcW w:w="720" w:type="dxa"/>
          </w:tcPr>
          <w:p w14:paraId="050DA8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48</w:t>
            </w:r>
          </w:p>
        </w:tc>
        <w:tc>
          <w:tcPr>
            <w:tcW w:w="1296" w:type="dxa"/>
          </w:tcPr>
          <w:p w14:paraId="78126B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2026-02-27</w:t>
            </w:r>
          </w:p>
        </w:tc>
        <w:tc>
          <w:tcPr>
            <w:tcW w:w="1296" w:type="dxa"/>
          </w:tcPr>
          <w:p w14:paraId="75B077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0DF03A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„Mažieji kalbos tyrinėtojai: žodžių nuotykiai bibliotekoje“, skirta Lietuvių kalbos dienoms paminėti.</w:t>
            </w:r>
          </w:p>
        </w:tc>
        <w:tc>
          <w:tcPr>
            <w:tcW w:w="2930" w:type="dxa"/>
          </w:tcPr>
          <w:p w14:paraId="540505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5F9ECAA3" w14:textId="02BC580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="00C06675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C53D73" w14:paraId="11A4B74A" w14:textId="77777777" w:rsidTr="00653E1B">
        <w:trPr>
          <w:jc w:val="center"/>
        </w:trPr>
        <w:tc>
          <w:tcPr>
            <w:tcW w:w="720" w:type="dxa"/>
          </w:tcPr>
          <w:p w14:paraId="07A430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49</w:t>
            </w:r>
          </w:p>
        </w:tc>
        <w:tc>
          <w:tcPr>
            <w:tcW w:w="1296" w:type="dxa"/>
          </w:tcPr>
          <w:p w14:paraId="40EDE4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2026-03-04-2026-03-31</w:t>
            </w:r>
          </w:p>
        </w:tc>
        <w:tc>
          <w:tcPr>
            <w:tcW w:w="1296" w:type="dxa"/>
          </w:tcPr>
          <w:p w14:paraId="0168A9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73CDD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„Paukščiai sugrįžo“ Šilalės meno mokyklos mokinių piešinių paroda (mok. I. Venckienė)</w:t>
            </w:r>
          </w:p>
        </w:tc>
        <w:tc>
          <w:tcPr>
            <w:tcW w:w="2930" w:type="dxa"/>
          </w:tcPr>
          <w:p w14:paraId="6511788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A491B2F" w14:textId="76F7B5B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Henrika Jokubauskienė , J. Basanavičiaus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4270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942704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>+37061595478</w:t>
            </w:r>
            <w:r w:rsidRPr="00653E1B">
              <w:rPr>
                <w:rFonts w:ascii="Times New Roman" w:hAnsi="Times New Roman" w:cs="Times New Roman"/>
                <w:lang w:val="lt-LT"/>
              </w:rPr>
              <w:t>; abonementas.silale@gmail.com</w:t>
            </w:r>
          </w:p>
        </w:tc>
      </w:tr>
      <w:tr w:rsidR="004312E2" w:rsidRPr="00653E1B" w14:paraId="51478A28" w14:textId="77777777" w:rsidTr="00653E1B">
        <w:trPr>
          <w:jc w:val="center"/>
        </w:trPr>
        <w:tc>
          <w:tcPr>
            <w:tcW w:w="720" w:type="dxa"/>
          </w:tcPr>
          <w:p w14:paraId="771843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50</w:t>
            </w:r>
          </w:p>
        </w:tc>
        <w:tc>
          <w:tcPr>
            <w:tcW w:w="1296" w:type="dxa"/>
          </w:tcPr>
          <w:p w14:paraId="78F02E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2026-03-05</w:t>
            </w:r>
          </w:p>
        </w:tc>
        <w:tc>
          <w:tcPr>
            <w:tcW w:w="1296" w:type="dxa"/>
          </w:tcPr>
          <w:p w14:paraId="313BA8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58B9F2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Garsinis pasakų skaitymas „Stebuklinga žodžio galia“</w:t>
            </w:r>
          </w:p>
        </w:tc>
        <w:tc>
          <w:tcPr>
            <w:tcW w:w="2930" w:type="dxa"/>
          </w:tcPr>
          <w:p w14:paraId="708BD3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3F2D8B58" w14:textId="4F0E486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+37061409234, stase.pudzemiene@silalesbiblioteka.lt</w:t>
            </w:r>
          </w:p>
        </w:tc>
      </w:tr>
      <w:tr w:rsidR="004312E2" w:rsidRPr="00C53D73" w14:paraId="6F59AC2F" w14:textId="77777777" w:rsidTr="00653E1B">
        <w:trPr>
          <w:jc w:val="center"/>
        </w:trPr>
        <w:tc>
          <w:tcPr>
            <w:tcW w:w="720" w:type="dxa"/>
          </w:tcPr>
          <w:p w14:paraId="408BFC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51</w:t>
            </w:r>
          </w:p>
        </w:tc>
        <w:tc>
          <w:tcPr>
            <w:tcW w:w="1296" w:type="dxa"/>
          </w:tcPr>
          <w:p w14:paraId="55643C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2026-03-06  2026-04-09</w:t>
            </w:r>
          </w:p>
        </w:tc>
        <w:tc>
          <w:tcPr>
            <w:tcW w:w="1296" w:type="dxa"/>
          </w:tcPr>
          <w:p w14:paraId="016F43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4756D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„Kukučio keliu“, skirta M. Martinaičio 90 gimimo metinėms</w:t>
            </w:r>
          </w:p>
        </w:tc>
        <w:tc>
          <w:tcPr>
            <w:tcW w:w="2930" w:type="dxa"/>
          </w:tcPr>
          <w:p w14:paraId="47F054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69F822BD" w14:textId="7D10671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 Jolanta Venckienė,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lastRenderedPageBreak/>
              <w:t>(</w:t>
            </w:r>
            <w:r w:rsidR="0094270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42704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20FCBD23" w14:textId="77777777" w:rsidTr="00653E1B">
        <w:trPr>
          <w:jc w:val="center"/>
        </w:trPr>
        <w:tc>
          <w:tcPr>
            <w:tcW w:w="720" w:type="dxa"/>
          </w:tcPr>
          <w:p w14:paraId="5E2F8D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52</w:t>
            </w:r>
          </w:p>
        </w:tc>
        <w:tc>
          <w:tcPr>
            <w:tcW w:w="1296" w:type="dxa"/>
          </w:tcPr>
          <w:p w14:paraId="6145B6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2026-03-06  2026-04-09</w:t>
            </w:r>
          </w:p>
        </w:tc>
        <w:tc>
          <w:tcPr>
            <w:tcW w:w="1296" w:type="dxa"/>
          </w:tcPr>
          <w:p w14:paraId="4A7551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11D631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„Nepriklausomybės pavasaris“, skirta Lietuvos Nepriklausomybės atkūrimo diena</w:t>
            </w:r>
          </w:p>
        </w:tc>
        <w:tc>
          <w:tcPr>
            <w:tcW w:w="2930" w:type="dxa"/>
          </w:tcPr>
          <w:p w14:paraId="613D3F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5BF8FCF" w14:textId="23310EF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4270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42704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646908D4" w14:textId="77777777" w:rsidTr="00653E1B">
        <w:trPr>
          <w:jc w:val="center"/>
        </w:trPr>
        <w:tc>
          <w:tcPr>
            <w:tcW w:w="720" w:type="dxa"/>
          </w:tcPr>
          <w:p w14:paraId="1AF09F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53</w:t>
            </w:r>
          </w:p>
        </w:tc>
        <w:tc>
          <w:tcPr>
            <w:tcW w:w="1296" w:type="dxa"/>
          </w:tcPr>
          <w:p w14:paraId="1C1F71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2026-03-06</w:t>
            </w:r>
          </w:p>
        </w:tc>
        <w:tc>
          <w:tcPr>
            <w:tcW w:w="1296" w:type="dxa"/>
          </w:tcPr>
          <w:p w14:paraId="7D47BD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443316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Nacionalinio diktanto rašymas „Rašyk. Klysk. Išmok“</w:t>
            </w:r>
          </w:p>
        </w:tc>
        <w:tc>
          <w:tcPr>
            <w:tcW w:w="2930" w:type="dxa"/>
          </w:tcPr>
          <w:p w14:paraId="7702D5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42C04021" w14:textId="27B37FC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653E1B" w14:paraId="24C18CE0" w14:textId="77777777" w:rsidTr="00653E1B">
        <w:trPr>
          <w:jc w:val="center"/>
        </w:trPr>
        <w:tc>
          <w:tcPr>
            <w:tcW w:w="720" w:type="dxa"/>
          </w:tcPr>
          <w:p w14:paraId="2C849A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54</w:t>
            </w:r>
          </w:p>
        </w:tc>
        <w:tc>
          <w:tcPr>
            <w:tcW w:w="1296" w:type="dxa"/>
          </w:tcPr>
          <w:p w14:paraId="7635CE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2026-03-09</w:t>
            </w:r>
          </w:p>
        </w:tc>
        <w:tc>
          <w:tcPr>
            <w:tcW w:w="1296" w:type="dxa"/>
          </w:tcPr>
          <w:p w14:paraId="09478E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19379C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Susitikimas – edukacija su vaikų rašytoja Rebeka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Una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„Atjunk“ pristatymas</w:t>
            </w:r>
          </w:p>
        </w:tc>
        <w:tc>
          <w:tcPr>
            <w:tcW w:w="2930" w:type="dxa"/>
          </w:tcPr>
          <w:p w14:paraId="0569240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52ACA6A" w14:textId="77777777" w:rsidR="00E7431C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</w:t>
            </w:r>
          </w:p>
          <w:p w14:paraId="2D9769C6" w14:textId="0CD51246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 w:rsidR="00E7431C">
              <w:rPr>
                <w:rFonts w:ascii="Times New Roman" w:hAnsi="Times New Roman" w:cs="Times New Roman"/>
                <w:lang w:val="lt-LT"/>
              </w:rPr>
              <w:t>(0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7431C">
              <w:rPr>
                <w:rFonts w:ascii="Times New Roman" w:hAnsi="Times New Roman" w:cs="Times New Roman"/>
                <w:lang w:val="lt-LT"/>
              </w:rPr>
              <w:t>)</w:t>
            </w:r>
            <w:r w:rsidR="00E7431C"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+37061595478; vaiku.sk@silalesbiblioteka.lt</w:t>
            </w:r>
          </w:p>
        </w:tc>
      </w:tr>
      <w:tr w:rsidR="004312E2" w:rsidRPr="00C53D73" w14:paraId="139A561F" w14:textId="77777777" w:rsidTr="00653E1B">
        <w:trPr>
          <w:jc w:val="center"/>
        </w:trPr>
        <w:tc>
          <w:tcPr>
            <w:tcW w:w="720" w:type="dxa"/>
          </w:tcPr>
          <w:p w14:paraId="30462CD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55</w:t>
            </w:r>
          </w:p>
        </w:tc>
        <w:tc>
          <w:tcPr>
            <w:tcW w:w="1296" w:type="dxa"/>
          </w:tcPr>
          <w:p w14:paraId="0F3308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2026-03-09</w:t>
            </w:r>
          </w:p>
        </w:tc>
        <w:tc>
          <w:tcPr>
            <w:tcW w:w="1296" w:type="dxa"/>
          </w:tcPr>
          <w:p w14:paraId="33CD78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19.00–20.30</w:t>
            </w:r>
          </w:p>
        </w:tc>
        <w:tc>
          <w:tcPr>
            <w:tcW w:w="4608" w:type="dxa"/>
          </w:tcPr>
          <w:p w14:paraId="6C9650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Kovo 11-osios intelektinė šventė „Laisvė – mūsų jėga“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Traksėdyje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skirta Lietuvos Nepriklausomybės atkūrimo dienai.</w:t>
            </w:r>
          </w:p>
        </w:tc>
        <w:tc>
          <w:tcPr>
            <w:tcW w:w="2930" w:type="dxa"/>
          </w:tcPr>
          <w:p w14:paraId="5D9371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laisvalaikio salė</w:t>
            </w:r>
          </w:p>
        </w:tc>
        <w:tc>
          <w:tcPr>
            <w:tcW w:w="4270" w:type="dxa"/>
          </w:tcPr>
          <w:p w14:paraId="7C7E47ED" w14:textId="26A6C59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4270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344D6A09" w14:textId="77777777" w:rsidTr="00653E1B">
        <w:trPr>
          <w:jc w:val="center"/>
        </w:trPr>
        <w:tc>
          <w:tcPr>
            <w:tcW w:w="720" w:type="dxa"/>
          </w:tcPr>
          <w:p w14:paraId="22E6A3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56</w:t>
            </w:r>
          </w:p>
        </w:tc>
        <w:tc>
          <w:tcPr>
            <w:tcW w:w="1296" w:type="dxa"/>
          </w:tcPr>
          <w:p w14:paraId="05090D2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2026-03-10</w:t>
            </w:r>
          </w:p>
        </w:tc>
        <w:tc>
          <w:tcPr>
            <w:tcW w:w="1296" w:type="dxa"/>
          </w:tcPr>
          <w:p w14:paraId="474946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11C36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Sublimacijos technika dekoruoti puodeliai „Karščio magijos pakerėti“</w:t>
            </w:r>
          </w:p>
        </w:tc>
        <w:tc>
          <w:tcPr>
            <w:tcW w:w="2930" w:type="dxa"/>
          </w:tcPr>
          <w:p w14:paraId="126562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6812AA2" w14:textId="50E6527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sav.; mob.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33E1763" w14:textId="77777777" w:rsidTr="00653E1B">
        <w:trPr>
          <w:jc w:val="center"/>
        </w:trPr>
        <w:tc>
          <w:tcPr>
            <w:tcW w:w="720" w:type="dxa"/>
          </w:tcPr>
          <w:p w14:paraId="18E9A5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57</w:t>
            </w:r>
          </w:p>
        </w:tc>
        <w:tc>
          <w:tcPr>
            <w:tcW w:w="1296" w:type="dxa"/>
          </w:tcPr>
          <w:p w14:paraId="567740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2026-03-10</w:t>
            </w:r>
          </w:p>
        </w:tc>
        <w:tc>
          <w:tcPr>
            <w:tcW w:w="1296" w:type="dxa"/>
          </w:tcPr>
          <w:p w14:paraId="37E424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6698A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„Lietuva gražiausias žemės paveikslas“.</w:t>
            </w:r>
          </w:p>
        </w:tc>
        <w:tc>
          <w:tcPr>
            <w:tcW w:w="2930" w:type="dxa"/>
          </w:tcPr>
          <w:p w14:paraId="59EDEB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17780AAC" w14:textId="73F5DE9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C53D73" w14:paraId="3F53712F" w14:textId="77777777" w:rsidTr="00653E1B">
        <w:trPr>
          <w:jc w:val="center"/>
        </w:trPr>
        <w:tc>
          <w:tcPr>
            <w:tcW w:w="720" w:type="dxa"/>
          </w:tcPr>
          <w:p w14:paraId="301425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58</w:t>
            </w:r>
          </w:p>
        </w:tc>
        <w:tc>
          <w:tcPr>
            <w:tcW w:w="1296" w:type="dxa"/>
          </w:tcPr>
          <w:p w14:paraId="0FFFE3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2026-03-11</w:t>
            </w:r>
          </w:p>
        </w:tc>
        <w:tc>
          <w:tcPr>
            <w:tcW w:w="1296" w:type="dxa"/>
          </w:tcPr>
          <w:p w14:paraId="66D1BA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6FC34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Žygis „Laisvę nešantys žingsniai“</w:t>
            </w:r>
          </w:p>
        </w:tc>
        <w:tc>
          <w:tcPr>
            <w:tcW w:w="2930" w:type="dxa"/>
          </w:tcPr>
          <w:p w14:paraId="6486DE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518B1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C53D73" w14:paraId="414063AF" w14:textId="77777777" w:rsidTr="00653E1B">
        <w:trPr>
          <w:jc w:val="center"/>
        </w:trPr>
        <w:tc>
          <w:tcPr>
            <w:tcW w:w="720" w:type="dxa"/>
          </w:tcPr>
          <w:p w14:paraId="7F29E8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59</w:t>
            </w:r>
          </w:p>
        </w:tc>
        <w:tc>
          <w:tcPr>
            <w:tcW w:w="1296" w:type="dxa"/>
          </w:tcPr>
          <w:p w14:paraId="05CDFF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2026-03-12</w:t>
            </w:r>
          </w:p>
        </w:tc>
        <w:tc>
          <w:tcPr>
            <w:tcW w:w="1296" w:type="dxa"/>
          </w:tcPr>
          <w:p w14:paraId="4AD7F5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19.00–20.30</w:t>
            </w:r>
          </w:p>
        </w:tc>
        <w:tc>
          <w:tcPr>
            <w:tcW w:w="4608" w:type="dxa"/>
          </w:tcPr>
          <w:p w14:paraId="59EAAB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žinių turnyras „Švęskime laisvę“ Bijotuose, skirtas Lietuvos Nepriklausomybės atkūrimo dienai.</w:t>
            </w:r>
          </w:p>
        </w:tc>
        <w:tc>
          <w:tcPr>
            <w:tcW w:w="2930" w:type="dxa"/>
          </w:tcPr>
          <w:p w14:paraId="1ACC76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Bijotų laisvalaikio salė</w:t>
            </w:r>
          </w:p>
        </w:tc>
        <w:tc>
          <w:tcPr>
            <w:tcW w:w="4270" w:type="dxa"/>
          </w:tcPr>
          <w:p w14:paraId="30F4FAA5" w14:textId="57116A7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4270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49F014B5" w14:textId="77777777" w:rsidTr="00653E1B">
        <w:trPr>
          <w:jc w:val="center"/>
        </w:trPr>
        <w:tc>
          <w:tcPr>
            <w:tcW w:w="720" w:type="dxa"/>
          </w:tcPr>
          <w:p w14:paraId="5E3CFE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60</w:t>
            </w:r>
          </w:p>
        </w:tc>
        <w:tc>
          <w:tcPr>
            <w:tcW w:w="1296" w:type="dxa"/>
          </w:tcPr>
          <w:p w14:paraId="650D89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2026-03-13</w:t>
            </w:r>
          </w:p>
        </w:tc>
        <w:tc>
          <w:tcPr>
            <w:tcW w:w="1296" w:type="dxa"/>
          </w:tcPr>
          <w:p w14:paraId="5372B2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724350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„Lietuviško žodžio sargai“</w:t>
            </w:r>
          </w:p>
        </w:tc>
        <w:tc>
          <w:tcPr>
            <w:tcW w:w="2930" w:type="dxa"/>
          </w:tcPr>
          <w:p w14:paraId="1B79BD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2872749B" w14:textId="1537061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Judita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Vainorienė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Žalioji g. 7, Kvėdarnos sen., Kvėdarnos mstl., Šilalės r.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C53D73" w14:paraId="618ED5AD" w14:textId="77777777" w:rsidTr="00653E1B">
        <w:trPr>
          <w:jc w:val="center"/>
        </w:trPr>
        <w:tc>
          <w:tcPr>
            <w:tcW w:w="720" w:type="dxa"/>
          </w:tcPr>
          <w:p w14:paraId="1A5738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61</w:t>
            </w:r>
          </w:p>
        </w:tc>
        <w:tc>
          <w:tcPr>
            <w:tcW w:w="1296" w:type="dxa"/>
          </w:tcPr>
          <w:p w14:paraId="1F250A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2026-03-16</w:t>
            </w:r>
          </w:p>
        </w:tc>
        <w:tc>
          <w:tcPr>
            <w:tcW w:w="1296" w:type="dxa"/>
          </w:tcPr>
          <w:p w14:paraId="6B0DD4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C9B823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„Pelynų medus“, Editos Mildažytės knygos pristatymas</w:t>
            </w:r>
          </w:p>
        </w:tc>
        <w:tc>
          <w:tcPr>
            <w:tcW w:w="2930" w:type="dxa"/>
          </w:tcPr>
          <w:p w14:paraId="44DE399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C541AA4" w14:textId="79AFC166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42704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42704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2C24B62E" w14:textId="77777777" w:rsidTr="00653E1B">
        <w:trPr>
          <w:jc w:val="center"/>
        </w:trPr>
        <w:tc>
          <w:tcPr>
            <w:tcW w:w="720" w:type="dxa"/>
          </w:tcPr>
          <w:p w14:paraId="3FA82E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62</w:t>
            </w:r>
          </w:p>
        </w:tc>
        <w:tc>
          <w:tcPr>
            <w:tcW w:w="1296" w:type="dxa"/>
          </w:tcPr>
          <w:p w14:paraId="3207311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2026-03-20</w:t>
            </w:r>
          </w:p>
        </w:tc>
        <w:tc>
          <w:tcPr>
            <w:tcW w:w="1296" w:type="dxa"/>
          </w:tcPr>
          <w:p w14:paraId="58F3765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0F0F64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Sensoriniai skaitymai:  ,, Labai alkanas vikšrelis“</w:t>
            </w:r>
          </w:p>
        </w:tc>
        <w:tc>
          <w:tcPr>
            <w:tcW w:w="2930" w:type="dxa"/>
          </w:tcPr>
          <w:p w14:paraId="5C7F65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1E5B359E" w14:textId="694F627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42704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+37061409234, stase.pudzemiene@silalesbiblioteka.lt</w:t>
            </w:r>
          </w:p>
        </w:tc>
      </w:tr>
      <w:tr w:rsidR="004312E2" w:rsidRPr="00653E1B" w14:paraId="0FC9F326" w14:textId="77777777" w:rsidTr="00653E1B">
        <w:trPr>
          <w:jc w:val="center"/>
        </w:trPr>
        <w:tc>
          <w:tcPr>
            <w:tcW w:w="720" w:type="dxa"/>
          </w:tcPr>
          <w:p w14:paraId="176DDD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63</w:t>
            </w:r>
          </w:p>
        </w:tc>
        <w:tc>
          <w:tcPr>
            <w:tcW w:w="1296" w:type="dxa"/>
          </w:tcPr>
          <w:p w14:paraId="6CC41E1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2026-03-20</w:t>
            </w:r>
          </w:p>
        </w:tc>
        <w:tc>
          <w:tcPr>
            <w:tcW w:w="1296" w:type="dxa"/>
          </w:tcPr>
          <w:p w14:paraId="3AC44B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7A193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„Velykų belaukiant“.</w:t>
            </w:r>
          </w:p>
        </w:tc>
        <w:tc>
          <w:tcPr>
            <w:tcW w:w="2930" w:type="dxa"/>
          </w:tcPr>
          <w:p w14:paraId="2CAA04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118AAADF" w14:textId="6750952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sav.;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653E1B" w14:paraId="2918169C" w14:textId="77777777" w:rsidTr="00653E1B">
        <w:trPr>
          <w:jc w:val="center"/>
        </w:trPr>
        <w:tc>
          <w:tcPr>
            <w:tcW w:w="720" w:type="dxa"/>
          </w:tcPr>
          <w:p w14:paraId="5181AC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64</w:t>
            </w:r>
          </w:p>
        </w:tc>
        <w:tc>
          <w:tcPr>
            <w:tcW w:w="1296" w:type="dxa"/>
          </w:tcPr>
          <w:p w14:paraId="76D216C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2026-03-23</w:t>
            </w:r>
          </w:p>
        </w:tc>
        <w:tc>
          <w:tcPr>
            <w:tcW w:w="1296" w:type="dxa"/>
          </w:tcPr>
          <w:p w14:paraId="74C148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36085A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Susitikimas-edukacija „Kas ta Magnetinė sala?“ su autore Viktorija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Butautis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2930" w:type="dxa"/>
          </w:tcPr>
          <w:p w14:paraId="798C88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76663465" w14:textId="77777777" w:rsidR="00E7431C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g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</w:t>
            </w:r>
          </w:p>
          <w:p w14:paraId="1F58B4AD" w14:textId="49F4FC1B" w:rsidR="004312E2" w:rsidRPr="00653E1B" w:rsidRDefault="00E7431C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>
              <w:rPr>
                <w:rFonts w:ascii="Times New Roman" w:hAnsi="Times New Roman" w:cs="Times New Roman"/>
                <w:lang w:val="lt-LT"/>
              </w:rPr>
              <w:t>(0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>
              <w:rPr>
                <w:rFonts w:ascii="Times New Roman" w:hAnsi="Times New Roman" w:cs="Times New Roman"/>
                <w:lang w:val="lt-LT"/>
              </w:rPr>
              <w:t>298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+37061595478; vaiku.sk@silalesbiblioteka.lt</w:t>
            </w:r>
          </w:p>
        </w:tc>
      </w:tr>
      <w:tr w:rsidR="004312E2" w:rsidRPr="00653E1B" w14:paraId="23D6DDA0" w14:textId="77777777" w:rsidTr="00653E1B">
        <w:trPr>
          <w:jc w:val="center"/>
        </w:trPr>
        <w:tc>
          <w:tcPr>
            <w:tcW w:w="720" w:type="dxa"/>
          </w:tcPr>
          <w:p w14:paraId="1C2816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65</w:t>
            </w:r>
          </w:p>
        </w:tc>
        <w:tc>
          <w:tcPr>
            <w:tcW w:w="1296" w:type="dxa"/>
          </w:tcPr>
          <w:p w14:paraId="48EB26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2026-03-25</w:t>
            </w:r>
          </w:p>
        </w:tc>
        <w:tc>
          <w:tcPr>
            <w:tcW w:w="1296" w:type="dxa"/>
          </w:tcPr>
          <w:p w14:paraId="002B9A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23DA81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,,Pažink žodį Lietuvišką“</w:t>
            </w:r>
          </w:p>
        </w:tc>
        <w:tc>
          <w:tcPr>
            <w:tcW w:w="2930" w:type="dxa"/>
          </w:tcPr>
          <w:p w14:paraId="10A6AF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6595186C" w14:textId="7B588A0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rugile.virbasiene@silalesbiblioteka.lt</w:t>
            </w:r>
          </w:p>
        </w:tc>
      </w:tr>
      <w:tr w:rsidR="004312E2" w:rsidRPr="00653E1B" w14:paraId="5AF73CAA" w14:textId="77777777" w:rsidTr="00653E1B">
        <w:trPr>
          <w:jc w:val="center"/>
        </w:trPr>
        <w:tc>
          <w:tcPr>
            <w:tcW w:w="720" w:type="dxa"/>
          </w:tcPr>
          <w:p w14:paraId="0500F6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66</w:t>
            </w:r>
          </w:p>
        </w:tc>
        <w:tc>
          <w:tcPr>
            <w:tcW w:w="1296" w:type="dxa"/>
          </w:tcPr>
          <w:p w14:paraId="10F5C4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2026-03-25</w:t>
            </w:r>
          </w:p>
        </w:tc>
        <w:tc>
          <w:tcPr>
            <w:tcW w:w="1296" w:type="dxa"/>
          </w:tcPr>
          <w:p w14:paraId="3F7236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1B971B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Viktorina ,,Pažink žodį Lietuvišką“</w:t>
            </w:r>
          </w:p>
        </w:tc>
        <w:tc>
          <w:tcPr>
            <w:tcW w:w="2930" w:type="dxa"/>
          </w:tcPr>
          <w:p w14:paraId="0F123AF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96C4DF3" w14:textId="200811B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24FCCF39" w14:textId="77777777" w:rsidTr="00653E1B">
        <w:trPr>
          <w:jc w:val="center"/>
        </w:trPr>
        <w:tc>
          <w:tcPr>
            <w:tcW w:w="720" w:type="dxa"/>
          </w:tcPr>
          <w:p w14:paraId="59DF3A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67</w:t>
            </w:r>
          </w:p>
        </w:tc>
        <w:tc>
          <w:tcPr>
            <w:tcW w:w="1296" w:type="dxa"/>
          </w:tcPr>
          <w:p w14:paraId="63CE341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2026-03-30</w:t>
            </w:r>
          </w:p>
        </w:tc>
        <w:tc>
          <w:tcPr>
            <w:tcW w:w="1296" w:type="dxa"/>
          </w:tcPr>
          <w:p w14:paraId="78B0FB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8BF39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,,Velykinių kepinių ir margučių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dažymo tradicijų puoselėjimas“</w:t>
            </w:r>
          </w:p>
        </w:tc>
        <w:tc>
          <w:tcPr>
            <w:tcW w:w="2930" w:type="dxa"/>
          </w:tcPr>
          <w:p w14:paraId="1B2000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5BCBF1F" w14:textId="23B2B14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Asta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Gestautienė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Rungio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2,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asta.gestautiene@silalesbiblioteka.lt</w:t>
            </w:r>
          </w:p>
        </w:tc>
      </w:tr>
      <w:tr w:rsidR="004312E2" w:rsidRPr="00653E1B" w14:paraId="2E4CF0CF" w14:textId="77777777" w:rsidTr="00653E1B">
        <w:trPr>
          <w:jc w:val="center"/>
        </w:trPr>
        <w:tc>
          <w:tcPr>
            <w:tcW w:w="720" w:type="dxa"/>
          </w:tcPr>
          <w:p w14:paraId="11A671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68</w:t>
            </w:r>
          </w:p>
        </w:tc>
        <w:tc>
          <w:tcPr>
            <w:tcW w:w="1296" w:type="dxa"/>
          </w:tcPr>
          <w:p w14:paraId="396508D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2026-03-30</w:t>
            </w:r>
          </w:p>
        </w:tc>
        <w:tc>
          <w:tcPr>
            <w:tcW w:w="1296" w:type="dxa"/>
          </w:tcPr>
          <w:p w14:paraId="7411030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BAD5A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Popietė „Kaip moterys keitė Lietuvą“-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G.Petkevičaitė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– Bitė .</w:t>
            </w:r>
          </w:p>
        </w:tc>
        <w:tc>
          <w:tcPr>
            <w:tcW w:w="2930" w:type="dxa"/>
          </w:tcPr>
          <w:p w14:paraId="548682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4751F5BB" w14:textId="5CDD495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Jūros g. 12, Pajūrio sen., Žvingių mstl.,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37B64531" w14:textId="77777777" w:rsidTr="00653E1B">
        <w:trPr>
          <w:jc w:val="center"/>
        </w:trPr>
        <w:tc>
          <w:tcPr>
            <w:tcW w:w="720" w:type="dxa"/>
          </w:tcPr>
          <w:p w14:paraId="58BF01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69</w:t>
            </w:r>
          </w:p>
        </w:tc>
        <w:tc>
          <w:tcPr>
            <w:tcW w:w="1296" w:type="dxa"/>
          </w:tcPr>
          <w:p w14:paraId="32B9BA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</w:t>
            </w:r>
          </w:p>
        </w:tc>
        <w:tc>
          <w:tcPr>
            <w:tcW w:w="1296" w:type="dxa"/>
          </w:tcPr>
          <w:p w14:paraId="1A455A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71BB83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,,Tradicijos margučių raštuose“ Velykinių karpinių kūrybinės dirbtuvės.</w:t>
            </w:r>
          </w:p>
        </w:tc>
        <w:tc>
          <w:tcPr>
            <w:tcW w:w="2930" w:type="dxa"/>
          </w:tcPr>
          <w:p w14:paraId="41A9624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A2C7CA3" w14:textId="6E6CD5D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C53D73" w14:paraId="363258C8" w14:textId="77777777" w:rsidTr="00653E1B">
        <w:trPr>
          <w:jc w:val="center"/>
        </w:trPr>
        <w:tc>
          <w:tcPr>
            <w:tcW w:w="720" w:type="dxa"/>
          </w:tcPr>
          <w:p w14:paraId="668949A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70</w:t>
            </w:r>
          </w:p>
        </w:tc>
        <w:tc>
          <w:tcPr>
            <w:tcW w:w="1296" w:type="dxa"/>
          </w:tcPr>
          <w:p w14:paraId="3BDC93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2026-04-01/04-03</w:t>
            </w:r>
          </w:p>
        </w:tc>
        <w:tc>
          <w:tcPr>
            <w:tcW w:w="1296" w:type="dxa"/>
          </w:tcPr>
          <w:p w14:paraId="1803D5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61D1BD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Edukacijų   ciklas „Tradicinis margučių marginimas vašku“, skirta</w:t>
            </w:r>
          </w:p>
        </w:tc>
        <w:tc>
          <w:tcPr>
            <w:tcW w:w="2930" w:type="dxa"/>
          </w:tcPr>
          <w:p w14:paraId="05C2C7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1C63A80A" w14:textId="6EB15D6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sav.; mob.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28C2840" w14:textId="77777777" w:rsidTr="00653E1B">
        <w:trPr>
          <w:jc w:val="center"/>
        </w:trPr>
        <w:tc>
          <w:tcPr>
            <w:tcW w:w="720" w:type="dxa"/>
          </w:tcPr>
          <w:p w14:paraId="4484BF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71</w:t>
            </w:r>
          </w:p>
        </w:tc>
        <w:tc>
          <w:tcPr>
            <w:tcW w:w="1296" w:type="dxa"/>
          </w:tcPr>
          <w:p w14:paraId="33B86E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</w:t>
            </w:r>
          </w:p>
        </w:tc>
        <w:tc>
          <w:tcPr>
            <w:tcW w:w="1296" w:type="dxa"/>
          </w:tcPr>
          <w:p w14:paraId="457653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76BFA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Velykinių karpinių kūrybinės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dirbtuvės.,,Tradicijos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margučių raštuose“</w:t>
            </w:r>
          </w:p>
        </w:tc>
        <w:tc>
          <w:tcPr>
            <w:tcW w:w="2930" w:type="dxa"/>
          </w:tcPr>
          <w:p w14:paraId="347CBCE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3066CB25" w14:textId="3BD5897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7D466F24" w14:textId="77777777" w:rsidTr="00653E1B">
        <w:trPr>
          <w:jc w:val="center"/>
        </w:trPr>
        <w:tc>
          <w:tcPr>
            <w:tcW w:w="720" w:type="dxa"/>
          </w:tcPr>
          <w:p w14:paraId="05F108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72</w:t>
            </w:r>
          </w:p>
        </w:tc>
        <w:tc>
          <w:tcPr>
            <w:tcW w:w="1296" w:type="dxa"/>
          </w:tcPr>
          <w:p w14:paraId="0AF21D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</w:t>
            </w:r>
          </w:p>
        </w:tc>
        <w:tc>
          <w:tcPr>
            <w:tcW w:w="1296" w:type="dxa"/>
          </w:tcPr>
          <w:p w14:paraId="0569AB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1E9E5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„Margutis – mažas Velykų stebuklas“</w:t>
            </w:r>
          </w:p>
        </w:tc>
        <w:tc>
          <w:tcPr>
            <w:tcW w:w="2930" w:type="dxa"/>
          </w:tcPr>
          <w:p w14:paraId="452695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451B2D4" w14:textId="271FD72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="00942704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42704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+37061 09175,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  <w:tr w:rsidR="004312E2" w:rsidRPr="00C53D73" w14:paraId="52D2F50D" w14:textId="77777777" w:rsidTr="00653E1B">
        <w:trPr>
          <w:jc w:val="center"/>
        </w:trPr>
        <w:tc>
          <w:tcPr>
            <w:tcW w:w="720" w:type="dxa"/>
          </w:tcPr>
          <w:p w14:paraId="1222A9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73</w:t>
            </w:r>
          </w:p>
        </w:tc>
        <w:tc>
          <w:tcPr>
            <w:tcW w:w="1296" w:type="dxa"/>
          </w:tcPr>
          <w:p w14:paraId="56C58D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2026-04-01/04-30</w:t>
            </w:r>
          </w:p>
        </w:tc>
        <w:tc>
          <w:tcPr>
            <w:tcW w:w="1296" w:type="dxa"/>
          </w:tcPr>
          <w:p w14:paraId="73DC8B2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6ED2D65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„Labas, aš niekur neskubu ir turiu tau laiko“ Skaitymo skatinimo ir kūrybiškumo ugdymo valandėlės, naujų knygų pristatymai, aptarimai, tradiciniai  žaidimai darželinukams.</w:t>
            </w:r>
          </w:p>
        </w:tc>
        <w:tc>
          <w:tcPr>
            <w:tcW w:w="2930" w:type="dxa"/>
          </w:tcPr>
          <w:p w14:paraId="2975C7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2684E1B0" w14:textId="067161C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sav.; mob.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C53D73" w14:paraId="3807397D" w14:textId="77777777" w:rsidTr="00653E1B">
        <w:trPr>
          <w:jc w:val="center"/>
        </w:trPr>
        <w:tc>
          <w:tcPr>
            <w:tcW w:w="720" w:type="dxa"/>
          </w:tcPr>
          <w:p w14:paraId="020FE4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</w:p>
        </w:tc>
        <w:tc>
          <w:tcPr>
            <w:tcW w:w="1296" w:type="dxa"/>
          </w:tcPr>
          <w:p w14:paraId="36CEB6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2026-04-02-2026-04-24</w:t>
            </w:r>
          </w:p>
        </w:tc>
        <w:tc>
          <w:tcPr>
            <w:tcW w:w="1296" w:type="dxa"/>
          </w:tcPr>
          <w:p w14:paraId="334150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BC695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„Zuikiai puikiai, ilgaausiai....“ Šilalės meno mokyklos mokinių kūrybinių darbų paroda (velykinė tema) (mok. L. Rupšytė)</w:t>
            </w:r>
          </w:p>
        </w:tc>
        <w:tc>
          <w:tcPr>
            <w:tcW w:w="2930" w:type="dxa"/>
          </w:tcPr>
          <w:p w14:paraId="3C6904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3E58AB6" w14:textId="585E872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942704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F12BA6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1BD3905C" w14:textId="77777777" w:rsidTr="00653E1B">
        <w:trPr>
          <w:jc w:val="center"/>
        </w:trPr>
        <w:tc>
          <w:tcPr>
            <w:tcW w:w="720" w:type="dxa"/>
          </w:tcPr>
          <w:p w14:paraId="0835544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75</w:t>
            </w:r>
          </w:p>
        </w:tc>
        <w:tc>
          <w:tcPr>
            <w:tcW w:w="1296" w:type="dxa"/>
          </w:tcPr>
          <w:p w14:paraId="00EF799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7E18867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0DEBAA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Rytmetys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„Knygose gyvena karalystės“</w:t>
            </w:r>
          </w:p>
        </w:tc>
        <w:tc>
          <w:tcPr>
            <w:tcW w:w="2930" w:type="dxa"/>
          </w:tcPr>
          <w:p w14:paraId="24E673E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37FA63CD" w14:textId="5EDC8D6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Judita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Vainorienė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="00F12BA6">
              <w:rPr>
                <w:rFonts w:ascii="Times New Roman" w:hAnsi="Times New Roman" w:cs="Times New Roman"/>
                <w:lang w:val="lt-LT"/>
              </w:rPr>
              <w:t>mob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+37061819627,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653E1B" w14:paraId="716B9FBD" w14:textId="77777777" w:rsidTr="00653E1B">
        <w:trPr>
          <w:jc w:val="center"/>
        </w:trPr>
        <w:tc>
          <w:tcPr>
            <w:tcW w:w="720" w:type="dxa"/>
          </w:tcPr>
          <w:p w14:paraId="1E55C79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76</w:t>
            </w:r>
          </w:p>
        </w:tc>
        <w:tc>
          <w:tcPr>
            <w:tcW w:w="1296" w:type="dxa"/>
          </w:tcPr>
          <w:p w14:paraId="5BD64E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478ADD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555AD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„Močiute, pasek melagių pasaką“</w:t>
            </w:r>
          </w:p>
        </w:tc>
        <w:tc>
          <w:tcPr>
            <w:tcW w:w="2930" w:type="dxa"/>
          </w:tcPr>
          <w:p w14:paraId="32F565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0B3AFF95" w14:textId="003B25F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,Tvenkinio g. 4, Laukuvos sen., Laukuvos mstl., 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C53D73" w14:paraId="4670522D" w14:textId="77777777" w:rsidTr="00653E1B">
        <w:trPr>
          <w:jc w:val="center"/>
        </w:trPr>
        <w:tc>
          <w:tcPr>
            <w:tcW w:w="720" w:type="dxa"/>
          </w:tcPr>
          <w:p w14:paraId="48DC00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77</w:t>
            </w:r>
          </w:p>
        </w:tc>
        <w:tc>
          <w:tcPr>
            <w:tcW w:w="1296" w:type="dxa"/>
          </w:tcPr>
          <w:p w14:paraId="3B14F58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2E1B1B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0EB61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,,Apie ryškiausias vaikystės knygas''</w:t>
            </w:r>
          </w:p>
        </w:tc>
        <w:tc>
          <w:tcPr>
            <w:tcW w:w="2930" w:type="dxa"/>
          </w:tcPr>
          <w:p w14:paraId="410D25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05BA2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653E1B" w14:paraId="1C1CBA1F" w14:textId="77777777" w:rsidTr="00653E1B">
        <w:trPr>
          <w:jc w:val="center"/>
        </w:trPr>
        <w:tc>
          <w:tcPr>
            <w:tcW w:w="720" w:type="dxa"/>
          </w:tcPr>
          <w:p w14:paraId="5E0D6F5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78</w:t>
            </w:r>
          </w:p>
        </w:tc>
        <w:tc>
          <w:tcPr>
            <w:tcW w:w="1296" w:type="dxa"/>
          </w:tcPr>
          <w:p w14:paraId="4476865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2026-04-02</w:t>
            </w:r>
          </w:p>
        </w:tc>
        <w:tc>
          <w:tcPr>
            <w:tcW w:w="1296" w:type="dxa"/>
          </w:tcPr>
          <w:p w14:paraId="120CE1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132CCA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„Margutis iš pasakų šalies “</w:t>
            </w:r>
          </w:p>
        </w:tc>
        <w:tc>
          <w:tcPr>
            <w:tcW w:w="2930" w:type="dxa"/>
          </w:tcPr>
          <w:p w14:paraId="3856D8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6C91AF9" w14:textId="3558324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653E1B" w14:paraId="7BF80B30" w14:textId="77777777" w:rsidTr="00653E1B">
        <w:trPr>
          <w:jc w:val="center"/>
        </w:trPr>
        <w:tc>
          <w:tcPr>
            <w:tcW w:w="720" w:type="dxa"/>
          </w:tcPr>
          <w:p w14:paraId="151CED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79</w:t>
            </w:r>
          </w:p>
        </w:tc>
        <w:tc>
          <w:tcPr>
            <w:tcW w:w="1296" w:type="dxa"/>
          </w:tcPr>
          <w:p w14:paraId="11DEE0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2026-04-05</w:t>
            </w:r>
          </w:p>
        </w:tc>
        <w:tc>
          <w:tcPr>
            <w:tcW w:w="1296" w:type="dxa"/>
          </w:tcPr>
          <w:p w14:paraId="2E66C3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76DA1C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,,Kai Velykinį varpą girdi“</w:t>
            </w:r>
          </w:p>
        </w:tc>
        <w:tc>
          <w:tcPr>
            <w:tcW w:w="2930" w:type="dxa"/>
          </w:tcPr>
          <w:p w14:paraId="03E553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FC10C0D" w14:textId="489F16B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C53D73" w14:paraId="193C848C" w14:textId="77777777" w:rsidTr="00653E1B">
        <w:trPr>
          <w:jc w:val="center"/>
        </w:trPr>
        <w:tc>
          <w:tcPr>
            <w:tcW w:w="720" w:type="dxa"/>
          </w:tcPr>
          <w:p w14:paraId="75D220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80</w:t>
            </w:r>
          </w:p>
        </w:tc>
        <w:tc>
          <w:tcPr>
            <w:tcW w:w="1296" w:type="dxa"/>
          </w:tcPr>
          <w:p w14:paraId="193C90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2026-04-06-2026-05-05</w:t>
            </w:r>
          </w:p>
        </w:tc>
        <w:tc>
          <w:tcPr>
            <w:tcW w:w="1296" w:type="dxa"/>
          </w:tcPr>
          <w:p w14:paraId="439176B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3E8547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„Knygos kelias“, skirta Nacionalinei Lietuvos bibliotekų savaitei</w:t>
            </w:r>
          </w:p>
        </w:tc>
        <w:tc>
          <w:tcPr>
            <w:tcW w:w="2930" w:type="dxa"/>
          </w:tcPr>
          <w:p w14:paraId="1A0BD94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39BC0B3" w14:textId="20067AC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44974302; </w:t>
            </w:r>
            <w:r w:rsidR="00F12BA6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35D71152" w14:textId="77777777" w:rsidTr="00653E1B">
        <w:trPr>
          <w:jc w:val="center"/>
        </w:trPr>
        <w:tc>
          <w:tcPr>
            <w:tcW w:w="720" w:type="dxa"/>
          </w:tcPr>
          <w:p w14:paraId="41B5A97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81</w:t>
            </w:r>
          </w:p>
        </w:tc>
        <w:tc>
          <w:tcPr>
            <w:tcW w:w="1296" w:type="dxa"/>
          </w:tcPr>
          <w:p w14:paraId="7132A2A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2026-04-08</w:t>
            </w:r>
          </w:p>
        </w:tc>
        <w:tc>
          <w:tcPr>
            <w:tcW w:w="1296" w:type="dxa"/>
          </w:tcPr>
          <w:p w14:paraId="3E95CC0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13C05A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„Atvelykio zuikis“</w:t>
            </w:r>
          </w:p>
        </w:tc>
        <w:tc>
          <w:tcPr>
            <w:tcW w:w="2930" w:type="dxa"/>
          </w:tcPr>
          <w:p w14:paraId="555E5C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0213ABC" w14:textId="2D3CEA2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Andželika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Gečienė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Gardavos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4,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anzelika.geciene@silalesbiblioteka.lt</w:t>
            </w:r>
          </w:p>
        </w:tc>
      </w:tr>
      <w:tr w:rsidR="004312E2" w:rsidRPr="00653E1B" w14:paraId="22F57D47" w14:textId="77777777" w:rsidTr="00653E1B">
        <w:trPr>
          <w:jc w:val="center"/>
        </w:trPr>
        <w:tc>
          <w:tcPr>
            <w:tcW w:w="720" w:type="dxa"/>
          </w:tcPr>
          <w:p w14:paraId="16C034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82</w:t>
            </w:r>
          </w:p>
        </w:tc>
        <w:tc>
          <w:tcPr>
            <w:tcW w:w="1296" w:type="dxa"/>
          </w:tcPr>
          <w:p w14:paraId="669DB3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2026-04-09</w:t>
            </w:r>
          </w:p>
        </w:tc>
        <w:tc>
          <w:tcPr>
            <w:tcW w:w="1296" w:type="dxa"/>
          </w:tcPr>
          <w:p w14:paraId="4AF489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225889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Sensoriniai skaitymai pagal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Julios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Donaldson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ir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Axelio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Sckefflerio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knygą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Grufas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“</w:t>
            </w:r>
          </w:p>
        </w:tc>
        <w:tc>
          <w:tcPr>
            <w:tcW w:w="2930" w:type="dxa"/>
          </w:tcPr>
          <w:p w14:paraId="39A738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82B8BD5" w14:textId="77777777" w:rsidR="00E7431C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>15, Šilalė;</w:t>
            </w:r>
          </w:p>
          <w:p w14:paraId="5F3F859B" w14:textId="5788E34B" w:rsidR="004312E2" w:rsidRPr="00653E1B" w:rsidRDefault="00E7431C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lastRenderedPageBreak/>
              <w:t>t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el. </w:t>
            </w:r>
            <w:r>
              <w:rPr>
                <w:rFonts w:ascii="Times New Roman" w:hAnsi="Times New Roman" w:cs="Times New Roman"/>
                <w:lang w:val="lt-LT"/>
              </w:rPr>
              <w:t>(0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>
              <w:rPr>
                <w:rFonts w:ascii="Times New Roman" w:hAnsi="Times New Roman" w:cs="Times New Roman"/>
                <w:lang w:val="lt-LT"/>
              </w:rPr>
              <w:t xml:space="preserve">298 </w:t>
            </w:r>
            <w:r w:rsidR="00F12BA6">
              <w:rPr>
                <w:rFonts w:ascii="Times New Roman" w:hAnsi="Times New Roman" w:cs="Times New Roman"/>
                <w:lang w:val="lt-LT"/>
              </w:rPr>
              <w:t>mob.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 xml:space="preserve"> +37061595478; vaiku.sk@silalesbiblioteka.lt</w:t>
            </w:r>
          </w:p>
        </w:tc>
      </w:tr>
      <w:tr w:rsidR="004312E2" w:rsidRPr="00653E1B" w14:paraId="04FFB4C4" w14:textId="77777777" w:rsidTr="00653E1B">
        <w:trPr>
          <w:jc w:val="center"/>
        </w:trPr>
        <w:tc>
          <w:tcPr>
            <w:tcW w:w="720" w:type="dxa"/>
          </w:tcPr>
          <w:p w14:paraId="3ED3CA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83</w:t>
            </w:r>
          </w:p>
        </w:tc>
        <w:tc>
          <w:tcPr>
            <w:tcW w:w="1296" w:type="dxa"/>
          </w:tcPr>
          <w:p w14:paraId="5E1936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2026-04-09</w:t>
            </w:r>
          </w:p>
        </w:tc>
        <w:tc>
          <w:tcPr>
            <w:tcW w:w="1296" w:type="dxa"/>
          </w:tcPr>
          <w:p w14:paraId="084CC6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046D11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„Maži pavasario stebuklai“</w:t>
            </w:r>
          </w:p>
        </w:tc>
        <w:tc>
          <w:tcPr>
            <w:tcW w:w="2930" w:type="dxa"/>
          </w:tcPr>
          <w:p w14:paraId="6746A9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Bijotų biblioteka</w:t>
            </w:r>
          </w:p>
        </w:tc>
        <w:tc>
          <w:tcPr>
            <w:tcW w:w="4270" w:type="dxa"/>
          </w:tcPr>
          <w:p w14:paraId="1CD07AB2" w14:textId="68975A2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Martinkienė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Muziejaus g. 10A, Bijotų sen., Bijotų k., Šilalės r. sav.</w:t>
            </w:r>
            <w:r w:rsidR="00F12BA6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 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+37061817813, agne.macijauskaite@silalesbiblioteka.lt</w:t>
            </w:r>
          </w:p>
        </w:tc>
      </w:tr>
      <w:tr w:rsidR="004312E2" w:rsidRPr="00653E1B" w14:paraId="44078AAB" w14:textId="77777777" w:rsidTr="00653E1B">
        <w:trPr>
          <w:jc w:val="center"/>
        </w:trPr>
        <w:tc>
          <w:tcPr>
            <w:tcW w:w="720" w:type="dxa"/>
          </w:tcPr>
          <w:p w14:paraId="60C67C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84</w:t>
            </w:r>
          </w:p>
        </w:tc>
        <w:tc>
          <w:tcPr>
            <w:tcW w:w="1296" w:type="dxa"/>
          </w:tcPr>
          <w:p w14:paraId="3998795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2026-04-14</w:t>
            </w:r>
          </w:p>
        </w:tc>
        <w:tc>
          <w:tcPr>
            <w:tcW w:w="1296" w:type="dxa"/>
          </w:tcPr>
          <w:p w14:paraId="2972CD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343EAC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 Marga Velykų bobutės kraitelė“</w:t>
            </w:r>
          </w:p>
        </w:tc>
        <w:tc>
          <w:tcPr>
            <w:tcW w:w="2930" w:type="dxa"/>
          </w:tcPr>
          <w:p w14:paraId="635976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7A12F32A" w14:textId="79CB4FF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+37061409234, stase.pudzemiene@silalesbiblioteka.lt</w:t>
            </w:r>
          </w:p>
        </w:tc>
      </w:tr>
      <w:tr w:rsidR="004312E2" w:rsidRPr="00C53D73" w14:paraId="4C469DC2" w14:textId="77777777" w:rsidTr="00653E1B">
        <w:trPr>
          <w:jc w:val="center"/>
        </w:trPr>
        <w:tc>
          <w:tcPr>
            <w:tcW w:w="720" w:type="dxa"/>
          </w:tcPr>
          <w:p w14:paraId="705F98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85</w:t>
            </w:r>
          </w:p>
        </w:tc>
        <w:tc>
          <w:tcPr>
            <w:tcW w:w="1296" w:type="dxa"/>
          </w:tcPr>
          <w:p w14:paraId="1E5984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2026-04-14</w:t>
            </w:r>
          </w:p>
        </w:tc>
        <w:tc>
          <w:tcPr>
            <w:tcW w:w="1296" w:type="dxa"/>
          </w:tcPr>
          <w:p w14:paraId="6B471C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11.00–12.00</w:t>
            </w:r>
          </w:p>
        </w:tc>
        <w:tc>
          <w:tcPr>
            <w:tcW w:w="4608" w:type="dxa"/>
          </w:tcPr>
          <w:p w14:paraId="222AEC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Netradicinė pamoka „Sek išmaniai savo išlaidas telefone“, skirta Nacionalinei finansinio raštingumo dienai.</w:t>
            </w:r>
          </w:p>
        </w:tc>
        <w:tc>
          <w:tcPr>
            <w:tcW w:w="2930" w:type="dxa"/>
          </w:tcPr>
          <w:p w14:paraId="63C3B1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574C8C2" w14:textId="2D0F3E9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76B6735C" w14:textId="77777777" w:rsidTr="00653E1B">
        <w:trPr>
          <w:jc w:val="center"/>
        </w:trPr>
        <w:tc>
          <w:tcPr>
            <w:tcW w:w="720" w:type="dxa"/>
          </w:tcPr>
          <w:p w14:paraId="4C1EE8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86</w:t>
            </w:r>
          </w:p>
        </w:tc>
        <w:tc>
          <w:tcPr>
            <w:tcW w:w="1296" w:type="dxa"/>
          </w:tcPr>
          <w:p w14:paraId="58D5EB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2026-04-16</w:t>
            </w:r>
          </w:p>
        </w:tc>
        <w:tc>
          <w:tcPr>
            <w:tcW w:w="1296" w:type="dxa"/>
          </w:tcPr>
          <w:p w14:paraId="21BFE2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5969FC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 Pažinkime šio krašto knygnešį Petrą Kavaliauską“</w:t>
            </w:r>
          </w:p>
        </w:tc>
        <w:tc>
          <w:tcPr>
            <w:tcW w:w="2930" w:type="dxa"/>
          </w:tcPr>
          <w:p w14:paraId="5201AE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2584E79F" w14:textId="084E9B7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+37061409234, stase.pudzemiene@silalesbiblioteka.lt</w:t>
            </w:r>
          </w:p>
        </w:tc>
      </w:tr>
      <w:tr w:rsidR="004312E2" w:rsidRPr="00C53D73" w14:paraId="75F9C429" w14:textId="77777777" w:rsidTr="00653E1B">
        <w:trPr>
          <w:jc w:val="center"/>
        </w:trPr>
        <w:tc>
          <w:tcPr>
            <w:tcW w:w="720" w:type="dxa"/>
          </w:tcPr>
          <w:p w14:paraId="50747D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87</w:t>
            </w:r>
          </w:p>
        </w:tc>
        <w:tc>
          <w:tcPr>
            <w:tcW w:w="1296" w:type="dxa"/>
          </w:tcPr>
          <w:p w14:paraId="200E7C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2026-04-21</w:t>
            </w:r>
          </w:p>
        </w:tc>
        <w:tc>
          <w:tcPr>
            <w:tcW w:w="1296" w:type="dxa"/>
          </w:tcPr>
          <w:p w14:paraId="66BFB1B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10.00–11.00</w:t>
            </w:r>
          </w:p>
        </w:tc>
        <w:tc>
          <w:tcPr>
            <w:tcW w:w="4608" w:type="dxa"/>
          </w:tcPr>
          <w:p w14:paraId="631125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Netradicinė pamoka „Inžinerinių modelių kelionė: pagrindiniai inžinerijos dėsniai“, skirta Pasaulinei kūrybiškumo ir inovacijų dienai.</w:t>
            </w:r>
          </w:p>
        </w:tc>
        <w:tc>
          <w:tcPr>
            <w:tcW w:w="2930" w:type="dxa"/>
          </w:tcPr>
          <w:p w14:paraId="23E8BF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32FED9E4" w14:textId="0BB9BB1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Šimutytį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7BEE3368" w14:textId="77777777" w:rsidTr="00653E1B">
        <w:trPr>
          <w:jc w:val="center"/>
        </w:trPr>
        <w:tc>
          <w:tcPr>
            <w:tcW w:w="720" w:type="dxa"/>
          </w:tcPr>
          <w:p w14:paraId="09E74B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88</w:t>
            </w:r>
          </w:p>
        </w:tc>
        <w:tc>
          <w:tcPr>
            <w:tcW w:w="1296" w:type="dxa"/>
          </w:tcPr>
          <w:p w14:paraId="0957FC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2026.04.21</w:t>
            </w:r>
          </w:p>
        </w:tc>
        <w:tc>
          <w:tcPr>
            <w:tcW w:w="1296" w:type="dxa"/>
          </w:tcPr>
          <w:p w14:paraId="0F82099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0AB7C7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„Šiltais raidžių takais“, susitikimas su rašytoja 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Fokiene</w:t>
            </w:r>
            <w:proofErr w:type="spellEnd"/>
          </w:p>
        </w:tc>
        <w:tc>
          <w:tcPr>
            <w:tcW w:w="2930" w:type="dxa"/>
          </w:tcPr>
          <w:p w14:paraId="47655A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3B2707E5" w14:textId="77777777" w:rsidR="00F12BA6" w:rsidRDefault="00F12BA6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  <w:p w14:paraId="1648A4FD" w14:textId="234B089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Nepriklausomybės g. 18, Upynos sen., Upynos mstl., Šilalės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r.</w:t>
            </w:r>
            <w:r w:rsidR="00F12BA6">
              <w:rPr>
                <w:rFonts w:ascii="Times New Roman" w:hAnsi="Times New Roman" w:cs="Times New Roman"/>
                <w:lang w:val="lt-LT"/>
              </w:rPr>
              <w:t>sav</w:t>
            </w:r>
            <w:proofErr w:type="spellEnd"/>
            <w:r w:rsidR="00F12BA6">
              <w:rPr>
                <w:rFonts w:ascii="Times New Roman" w:hAnsi="Times New Roman" w:cs="Times New Roman"/>
                <w:lang w:val="lt-LT"/>
              </w:rPr>
              <w:t>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653E1B" w14:paraId="4BE8FE99" w14:textId="77777777" w:rsidTr="00653E1B">
        <w:trPr>
          <w:jc w:val="center"/>
        </w:trPr>
        <w:tc>
          <w:tcPr>
            <w:tcW w:w="720" w:type="dxa"/>
          </w:tcPr>
          <w:p w14:paraId="7C37112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89</w:t>
            </w:r>
          </w:p>
        </w:tc>
        <w:tc>
          <w:tcPr>
            <w:tcW w:w="1296" w:type="dxa"/>
          </w:tcPr>
          <w:p w14:paraId="679995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2026-04-22</w:t>
            </w:r>
          </w:p>
        </w:tc>
        <w:tc>
          <w:tcPr>
            <w:tcW w:w="1296" w:type="dxa"/>
          </w:tcPr>
          <w:p w14:paraId="0A11DF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AC976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„Kas skaito knygas, tam netrūksta gero draugo“</w:t>
            </w:r>
          </w:p>
        </w:tc>
        <w:tc>
          <w:tcPr>
            <w:tcW w:w="2930" w:type="dxa"/>
          </w:tcPr>
          <w:p w14:paraId="4DCA2A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5FC2B6BB" w14:textId="2808D8E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C53D73" w14:paraId="29965A96" w14:textId="77777777" w:rsidTr="00653E1B">
        <w:trPr>
          <w:jc w:val="center"/>
        </w:trPr>
        <w:tc>
          <w:tcPr>
            <w:tcW w:w="720" w:type="dxa"/>
          </w:tcPr>
          <w:p w14:paraId="447C05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90</w:t>
            </w:r>
          </w:p>
        </w:tc>
        <w:tc>
          <w:tcPr>
            <w:tcW w:w="1296" w:type="dxa"/>
          </w:tcPr>
          <w:p w14:paraId="64DF88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2026-04-23</w:t>
            </w:r>
          </w:p>
        </w:tc>
        <w:tc>
          <w:tcPr>
            <w:tcW w:w="1296" w:type="dxa"/>
          </w:tcPr>
          <w:p w14:paraId="6E7652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9.00 ir 17.00</w:t>
            </w:r>
          </w:p>
        </w:tc>
        <w:tc>
          <w:tcPr>
            <w:tcW w:w="4608" w:type="dxa"/>
          </w:tcPr>
          <w:p w14:paraId="4C4F68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Skaitymai „Susitikimai bibliotekoje su ryto kava, vakaro arbata“</w:t>
            </w:r>
          </w:p>
        </w:tc>
        <w:tc>
          <w:tcPr>
            <w:tcW w:w="2930" w:type="dxa"/>
          </w:tcPr>
          <w:p w14:paraId="1D652D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D8CB2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C53D73" w14:paraId="1D7FA4CE" w14:textId="77777777" w:rsidTr="00653E1B">
        <w:trPr>
          <w:jc w:val="center"/>
        </w:trPr>
        <w:tc>
          <w:tcPr>
            <w:tcW w:w="720" w:type="dxa"/>
          </w:tcPr>
          <w:p w14:paraId="081DEE2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91</w:t>
            </w:r>
          </w:p>
        </w:tc>
        <w:tc>
          <w:tcPr>
            <w:tcW w:w="1296" w:type="dxa"/>
          </w:tcPr>
          <w:p w14:paraId="7F4546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2026-04-24</w:t>
            </w:r>
          </w:p>
        </w:tc>
        <w:tc>
          <w:tcPr>
            <w:tcW w:w="1296" w:type="dxa"/>
          </w:tcPr>
          <w:p w14:paraId="1FA7AB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10.30</w:t>
            </w:r>
          </w:p>
        </w:tc>
        <w:tc>
          <w:tcPr>
            <w:tcW w:w="4608" w:type="dxa"/>
          </w:tcPr>
          <w:p w14:paraId="7E7B91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,,Spalvų žaismas ant tekstilės“</w:t>
            </w:r>
          </w:p>
        </w:tc>
        <w:tc>
          <w:tcPr>
            <w:tcW w:w="2930" w:type="dxa"/>
          </w:tcPr>
          <w:p w14:paraId="6599B0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41AA6D9" w14:textId="5277B77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 mob.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C53D73" w14:paraId="44447E97" w14:textId="77777777" w:rsidTr="00653E1B">
        <w:trPr>
          <w:jc w:val="center"/>
        </w:trPr>
        <w:tc>
          <w:tcPr>
            <w:tcW w:w="720" w:type="dxa"/>
          </w:tcPr>
          <w:p w14:paraId="44E241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92</w:t>
            </w:r>
          </w:p>
        </w:tc>
        <w:tc>
          <w:tcPr>
            <w:tcW w:w="1296" w:type="dxa"/>
          </w:tcPr>
          <w:p w14:paraId="3700AD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2026-04-24</w:t>
            </w:r>
          </w:p>
        </w:tc>
        <w:tc>
          <w:tcPr>
            <w:tcW w:w="1296" w:type="dxa"/>
          </w:tcPr>
          <w:p w14:paraId="300915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679125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,,Aš skaitau bibliotekoje''</w:t>
            </w:r>
          </w:p>
        </w:tc>
        <w:tc>
          <w:tcPr>
            <w:tcW w:w="2930" w:type="dxa"/>
          </w:tcPr>
          <w:p w14:paraId="4653AF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36FD4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C53D73" w14:paraId="38B02F97" w14:textId="77777777" w:rsidTr="00653E1B">
        <w:trPr>
          <w:jc w:val="center"/>
        </w:trPr>
        <w:tc>
          <w:tcPr>
            <w:tcW w:w="720" w:type="dxa"/>
          </w:tcPr>
          <w:p w14:paraId="12B93B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93</w:t>
            </w:r>
          </w:p>
        </w:tc>
        <w:tc>
          <w:tcPr>
            <w:tcW w:w="1296" w:type="dxa"/>
          </w:tcPr>
          <w:p w14:paraId="6738E6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2026-04-27</w:t>
            </w:r>
          </w:p>
        </w:tc>
        <w:tc>
          <w:tcPr>
            <w:tcW w:w="1296" w:type="dxa"/>
          </w:tcPr>
          <w:p w14:paraId="0CF8DF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42AC31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„Mamos širdyje auga gėlės“</w:t>
            </w:r>
          </w:p>
        </w:tc>
        <w:tc>
          <w:tcPr>
            <w:tcW w:w="2930" w:type="dxa"/>
          </w:tcPr>
          <w:p w14:paraId="63030F0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076494E1" w14:textId="2667D21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="00F12BA6">
              <w:rPr>
                <w:rFonts w:ascii="Times New Roman" w:hAnsi="Times New Roman" w:cs="Times New Roman"/>
                <w:lang w:val="lt-LT"/>
              </w:rPr>
              <w:t>sav</w:t>
            </w:r>
            <w:proofErr w:type="spellEnd"/>
            <w:r w:rsidR="00F12BA6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C53D73" w14:paraId="40C46689" w14:textId="77777777" w:rsidTr="00653E1B">
        <w:trPr>
          <w:jc w:val="center"/>
        </w:trPr>
        <w:tc>
          <w:tcPr>
            <w:tcW w:w="720" w:type="dxa"/>
          </w:tcPr>
          <w:p w14:paraId="5A1E82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94</w:t>
            </w:r>
          </w:p>
        </w:tc>
        <w:tc>
          <w:tcPr>
            <w:tcW w:w="1296" w:type="dxa"/>
          </w:tcPr>
          <w:p w14:paraId="5F6E4B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</w:t>
            </w:r>
          </w:p>
        </w:tc>
        <w:tc>
          <w:tcPr>
            <w:tcW w:w="1296" w:type="dxa"/>
          </w:tcPr>
          <w:p w14:paraId="2553B0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10.00–11.00</w:t>
            </w:r>
          </w:p>
        </w:tc>
        <w:tc>
          <w:tcPr>
            <w:tcW w:w="4608" w:type="dxa"/>
          </w:tcPr>
          <w:p w14:paraId="16AE307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Bibliotekininko profesijos pristatymas „Informacijos mada: komunikacija, inovacijos ir karjera bibliotekoje. Koks yra šiuolaikinis bibliotekininkas?“</w:t>
            </w:r>
          </w:p>
        </w:tc>
        <w:tc>
          <w:tcPr>
            <w:tcW w:w="2930" w:type="dxa"/>
          </w:tcPr>
          <w:p w14:paraId="33855D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E5F1564" w14:textId="3BF884F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-Balčiūnienė, Aistė 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 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1A02ADE6" w14:textId="77777777" w:rsidTr="00653E1B">
        <w:trPr>
          <w:jc w:val="center"/>
        </w:trPr>
        <w:tc>
          <w:tcPr>
            <w:tcW w:w="720" w:type="dxa"/>
          </w:tcPr>
          <w:p w14:paraId="499E5B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95</w:t>
            </w:r>
          </w:p>
        </w:tc>
        <w:tc>
          <w:tcPr>
            <w:tcW w:w="1296" w:type="dxa"/>
          </w:tcPr>
          <w:p w14:paraId="5B1608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2026-04-28-30</w:t>
            </w:r>
          </w:p>
        </w:tc>
        <w:tc>
          <w:tcPr>
            <w:tcW w:w="1296" w:type="dxa"/>
          </w:tcPr>
          <w:p w14:paraId="77609A6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501121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„Mano mamytei“</w:t>
            </w:r>
          </w:p>
        </w:tc>
        <w:tc>
          <w:tcPr>
            <w:tcW w:w="2930" w:type="dxa"/>
          </w:tcPr>
          <w:p w14:paraId="3C4DD6A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1130D907" w14:textId="0BCDF92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Kairienė ,Tvenkinio g. 4, Laukuvos sen., Laukuvos mstl., 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jolanta.kairiene@silalesbiblioteka.lt</w:t>
            </w:r>
          </w:p>
        </w:tc>
      </w:tr>
      <w:tr w:rsidR="004312E2" w:rsidRPr="00653E1B" w14:paraId="79E45BDB" w14:textId="77777777" w:rsidTr="00653E1B">
        <w:trPr>
          <w:jc w:val="center"/>
        </w:trPr>
        <w:tc>
          <w:tcPr>
            <w:tcW w:w="720" w:type="dxa"/>
          </w:tcPr>
          <w:p w14:paraId="73D6078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96</w:t>
            </w:r>
          </w:p>
        </w:tc>
        <w:tc>
          <w:tcPr>
            <w:tcW w:w="1296" w:type="dxa"/>
          </w:tcPr>
          <w:p w14:paraId="74EC92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</w:t>
            </w:r>
          </w:p>
        </w:tc>
        <w:tc>
          <w:tcPr>
            <w:tcW w:w="1296" w:type="dxa"/>
          </w:tcPr>
          <w:p w14:paraId="32BD10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1A1F29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„Esi tik viena“,  Kūrybinės dirbtuvės skirtos Motinos dienai.</w:t>
            </w:r>
          </w:p>
        </w:tc>
        <w:tc>
          <w:tcPr>
            <w:tcW w:w="2930" w:type="dxa"/>
          </w:tcPr>
          <w:p w14:paraId="387DA5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73C931B" w14:textId="4B7E6B0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C53D73" w14:paraId="04261353" w14:textId="77777777" w:rsidTr="00653E1B">
        <w:trPr>
          <w:jc w:val="center"/>
        </w:trPr>
        <w:tc>
          <w:tcPr>
            <w:tcW w:w="720" w:type="dxa"/>
          </w:tcPr>
          <w:p w14:paraId="48A4D3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97</w:t>
            </w:r>
          </w:p>
        </w:tc>
        <w:tc>
          <w:tcPr>
            <w:tcW w:w="1296" w:type="dxa"/>
          </w:tcPr>
          <w:p w14:paraId="765B41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2026-04-28</w:t>
            </w:r>
          </w:p>
        </w:tc>
        <w:tc>
          <w:tcPr>
            <w:tcW w:w="1296" w:type="dxa"/>
          </w:tcPr>
          <w:p w14:paraId="25DCE3E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261EDE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„Esamoji“, Birutės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Jonuškaitės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pristatymas</w:t>
            </w:r>
          </w:p>
        </w:tc>
        <w:tc>
          <w:tcPr>
            <w:tcW w:w="2930" w:type="dxa"/>
          </w:tcPr>
          <w:p w14:paraId="093830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BB89B2E" w14:textId="4797929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F12BA6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5E74DB97" w14:textId="77777777" w:rsidTr="00653E1B">
        <w:trPr>
          <w:jc w:val="center"/>
        </w:trPr>
        <w:tc>
          <w:tcPr>
            <w:tcW w:w="720" w:type="dxa"/>
          </w:tcPr>
          <w:p w14:paraId="43C001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98</w:t>
            </w:r>
          </w:p>
        </w:tc>
        <w:tc>
          <w:tcPr>
            <w:tcW w:w="1296" w:type="dxa"/>
          </w:tcPr>
          <w:p w14:paraId="381723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2026-05-01-2026-06-01</w:t>
            </w:r>
          </w:p>
        </w:tc>
        <w:tc>
          <w:tcPr>
            <w:tcW w:w="1296" w:type="dxa"/>
          </w:tcPr>
          <w:p w14:paraId="6AACC6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159E1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„Spalva ir forma“ Šilalės meno mokyklos 3-5 kl. mokinių piešinių ir 4-7 kl. skulptūros kūrybinių darbų paroda (mok. A. Zaikauskas)</w:t>
            </w:r>
          </w:p>
        </w:tc>
        <w:tc>
          <w:tcPr>
            <w:tcW w:w="2930" w:type="dxa"/>
          </w:tcPr>
          <w:p w14:paraId="70222C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A0BB6E8" w14:textId="4B7B929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7431C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7431C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</w:t>
            </w:r>
            <w:r w:rsidR="00E7431C">
              <w:rPr>
                <w:rFonts w:ascii="Times New Roman" w:hAnsi="Times New Roman" w:cs="Times New Roman"/>
                <w:lang w:val="lt-LT"/>
              </w:rPr>
              <w:t>4298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F12BA6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4BC8E0A7" w14:textId="77777777" w:rsidTr="00653E1B">
        <w:trPr>
          <w:jc w:val="center"/>
        </w:trPr>
        <w:tc>
          <w:tcPr>
            <w:tcW w:w="720" w:type="dxa"/>
          </w:tcPr>
          <w:p w14:paraId="44190C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99</w:t>
            </w:r>
          </w:p>
        </w:tc>
        <w:tc>
          <w:tcPr>
            <w:tcW w:w="1296" w:type="dxa"/>
          </w:tcPr>
          <w:p w14:paraId="1005DE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2026-05-01</w:t>
            </w:r>
          </w:p>
        </w:tc>
        <w:tc>
          <w:tcPr>
            <w:tcW w:w="1296" w:type="dxa"/>
          </w:tcPr>
          <w:p w14:paraId="4C2DB5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1093B3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,,Branginu Tave Mamą“</w:t>
            </w:r>
          </w:p>
        </w:tc>
        <w:tc>
          <w:tcPr>
            <w:tcW w:w="2930" w:type="dxa"/>
          </w:tcPr>
          <w:p w14:paraId="0D6CA66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C38D82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C53D73" w14:paraId="78B6A096" w14:textId="77777777" w:rsidTr="00653E1B">
        <w:trPr>
          <w:jc w:val="center"/>
        </w:trPr>
        <w:tc>
          <w:tcPr>
            <w:tcW w:w="720" w:type="dxa"/>
          </w:tcPr>
          <w:p w14:paraId="745F3F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100</w:t>
            </w:r>
          </w:p>
        </w:tc>
        <w:tc>
          <w:tcPr>
            <w:tcW w:w="1296" w:type="dxa"/>
          </w:tcPr>
          <w:p w14:paraId="05010F7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2026-05-02</w:t>
            </w:r>
          </w:p>
        </w:tc>
        <w:tc>
          <w:tcPr>
            <w:tcW w:w="1296" w:type="dxa"/>
          </w:tcPr>
          <w:p w14:paraId="14BBE74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07A489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Literatūrinė valandėlė ,,Žodis, kalba ir knyga- visada greta‘‘</w:t>
            </w:r>
          </w:p>
        </w:tc>
        <w:tc>
          <w:tcPr>
            <w:tcW w:w="2930" w:type="dxa"/>
          </w:tcPr>
          <w:p w14:paraId="4E4847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5E18B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C53D73" w14:paraId="5181F0B5" w14:textId="77777777" w:rsidTr="00653E1B">
        <w:trPr>
          <w:jc w:val="center"/>
        </w:trPr>
        <w:tc>
          <w:tcPr>
            <w:tcW w:w="720" w:type="dxa"/>
          </w:tcPr>
          <w:p w14:paraId="113B996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101</w:t>
            </w:r>
          </w:p>
        </w:tc>
        <w:tc>
          <w:tcPr>
            <w:tcW w:w="1296" w:type="dxa"/>
          </w:tcPr>
          <w:p w14:paraId="367992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2026-05-06-2026-06-10</w:t>
            </w:r>
          </w:p>
        </w:tc>
        <w:tc>
          <w:tcPr>
            <w:tcW w:w="1296" w:type="dxa"/>
          </w:tcPr>
          <w:p w14:paraId="70FD24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3A63D1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„Aplenkęs laikmetį“, skirta V. Mačernio 105 gimimo metinėms</w:t>
            </w:r>
          </w:p>
        </w:tc>
        <w:tc>
          <w:tcPr>
            <w:tcW w:w="2930" w:type="dxa"/>
          </w:tcPr>
          <w:p w14:paraId="22658B3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2C9B00FF" w14:textId="16E2570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Venckienė,Vilma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>15, Šilalė; tel.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F12BA6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74302; Mob.+37062046719; abonementas.silale@gmail.com</w:t>
            </w:r>
          </w:p>
        </w:tc>
      </w:tr>
      <w:tr w:rsidR="004312E2" w:rsidRPr="00653E1B" w14:paraId="1A56B50B" w14:textId="77777777" w:rsidTr="00653E1B">
        <w:trPr>
          <w:jc w:val="center"/>
        </w:trPr>
        <w:tc>
          <w:tcPr>
            <w:tcW w:w="720" w:type="dxa"/>
          </w:tcPr>
          <w:p w14:paraId="00FC20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102</w:t>
            </w:r>
          </w:p>
        </w:tc>
        <w:tc>
          <w:tcPr>
            <w:tcW w:w="1296" w:type="dxa"/>
          </w:tcPr>
          <w:p w14:paraId="63842D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2026-05-06</w:t>
            </w:r>
          </w:p>
        </w:tc>
        <w:tc>
          <w:tcPr>
            <w:tcW w:w="1296" w:type="dxa"/>
          </w:tcPr>
          <w:p w14:paraId="60C0080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2002F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,,Karoliukų magija‘</w:t>
            </w:r>
          </w:p>
        </w:tc>
        <w:tc>
          <w:tcPr>
            <w:tcW w:w="2930" w:type="dxa"/>
          </w:tcPr>
          <w:p w14:paraId="1C23C9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402CBF1" w14:textId="55BE4DD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C53D73" w14:paraId="343BD6FF" w14:textId="77777777" w:rsidTr="00653E1B">
        <w:trPr>
          <w:jc w:val="center"/>
        </w:trPr>
        <w:tc>
          <w:tcPr>
            <w:tcW w:w="720" w:type="dxa"/>
          </w:tcPr>
          <w:p w14:paraId="0B6C2E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103</w:t>
            </w:r>
          </w:p>
        </w:tc>
        <w:tc>
          <w:tcPr>
            <w:tcW w:w="1296" w:type="dxa"/>
          </w:tcPr>
          <w:p w14:paraId="503A23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2026-05-07</w:t>
            </w:r>
          </w:p>
        </w:tc>
        <w:tc>
          <w:tcPr>
            <w:tcW w:w="1296" w:type="dxa"/>
          </w:tcPr>
          <w:p w14:paraId="616B47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BB24D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Skaitymas po atviru dangumi „Skaitymo piknikas“</w:t>
            </w:r>
          </w:p>
        </w:tc>
        <w:tc>
          <w:tcPr>
            <w:tcW w:w="2930" w:type="dxa"/>
          </w:tcPr>
          <w:p w14:paraId="325B8B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7CFA953A" w14:textId="0F88D73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 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6E05A438" w14:textId="77777777" w:rsidTr="00653E1B">
        <w:trPr>
          <w:jc w:val="center"/>
        </w:trPr>
        <w:tc>
          <w:tcPr>
            <w:tcW w:w="720" w:type="dxa"/>
          </w:tcPr>
          <w:p w14:paraId="76B3B11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104</w:t>
            </w:r>
          </w:p>
        </w:tc>
        <w:tc>
          <w:tcPr>
            <w:tcW w:w="1296" w:type="dxa"/>
          </w:tcPr>
          <w:p w14:paraId="669E22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2026-05-08</w:t>
            </w:r>
          </w:p>
        </w:tc>
        <w:tc>
          <w:tcPr>
            <w:tcW w:w="1296" w:type="dxa"/>
          </w:tcPr>
          <w:p w14:paraId="5BA597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7AB8843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Edukacinis rytmetys15 žingsnių po Europą“.</w:t>
            </w:r>
          </w:p>
        </w:tc>
        <w:tc>
          <w:tcPr>
            <w:tcW w:w="2930" w:type="dxa"/>
          </w:tcPr>
          <w:p w14:paraId="13B601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4BD3CCF4" w14:textId="77777777" w:rsidR="00E7431C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</w:p>
          <w:p w14:paraId="4861E11B" w14:textId="176A831C" w:rsidR="004312E2" w:rsidRPr="00653E1B" w:rsidRDefault="00E7431C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>
              <w:rPr>
                <w:rFonts w:ascii="Times New Roman" w:hAnsi="Times New Roman" w:cs="Times New Roman"/>
                <w:lang w:val="lt-LT"/>
              </w:rPr>
              <w:t>(0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>
              <w:rPr>
                <w:rFonts w:ascii="Times New Roman" w:hAnsi="Times New Roman" w:cs="Times New Roman"/>
                <w:lang w:val="lt-LT"/>
              </w:rPr>
              <w:t>298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+37061595478; vaiku.sk@silalesbiblioteka.lt</w:t>
            </w:r>
          </w:p>
        </w:tc>
      </w:tr>
      <w:tr w:rsidR="004312E2" w:rsidRPr="00C53D73" w14:paraId="658D9B35" w14:textId="77777777" w:rsidTr="00653E1B">
        <w:trPr>
          <w:jc w:val="center"/>
        </w:trPr>
        <w:tc>
          <w:tcPr>
            <w:tcW w:w="720" w:type="dxa"/>
          </w:tcPr>
          <w:p w14:paraId="6979E94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105</w:t>
            </w:r>
          </w:p>
        </w:tc>
        <w:tc>
          <w:tcPr>
            <w:tcW w:w="1296" w:type="dxa"/>
          </w:tcPr>
          <w:p w14:paraId="04F67EF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2026-05-14</w:t>
            </w:r>
          </w:p>
        </w:tc>
        <w:tc>
          <w:tcPr>
            <w:tcW w:w="1296" w:type="dxa"/>
          </w:tcPr>
          <w:p w14:paraId="7F728CF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6896F6D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Akmenukų kūrimo edukacija ,,Akmenukų pynė“</w:t>
            </w:r>
          </w:p>
        </w:tc>
        <w:tc>
          <w:tcPr>
            <w:tcW w:w="2930" w:type="dxa"/>
          </w:tcPr>
          <w:p w14:paraId="02893E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661C44F0" w14:textId="4A8E2F2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 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C53D73" w14:paraId="6467F0D6" w14:textId="77777777" w:rsidTr="00653E1B">
        <w:trPr>
          <w:jc w:val="center"/>
        </w:trPr>
        <w:tc>
          <w:tcPr>
            <w:tcW w:w="720" w:type="dxa"/>
          </w:tcPr>
          <w:p w14:paraId="04881F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106</w:t>
            </w:r>
          </w:p>
        </w:tc>
        <w:tc>
          <w:tcPr>
            <w:tcW w:w="1296" w:type="dxa"/>
          </w:tcPr>
          <w:p w14:paraId="753E12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-2026-05-22</w:t>
            </w:r>
          </w:p>
        </w:tc>
        <w:tc>
          <w:tcPr>
            <w:tcW w:w="1296" w:type="dxa"/>
          </w:tcPr>
          <w:p w14:paraId="695105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6440EDF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Pažintinių ekskursijų ciklas su bibliotekos lankytojais į Pajūrio miestelio bendruomenės muziejų „Mūsų krašto istorija“</w:t>
            </w:r>
          </w:p>
        </w:tc>
        <w:tc>
          <w:tcPr>
            <w:tcW w:w="2930" w:type="dxa"/>
          </w:tcPr>
          <w:p w14:paraId="29F5C2F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544489D1" w14:textId="38291C3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 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2F5744A8" w14:textId="77777777" w:rsidTr="00653E1B">
        <w:trPr>
          <w:jc w:val="center"/>
        </w:trPr>
        <w:tc>
          <w:tcPr>
            <w:tcW w:w="720" w:type="dxa"/>
          </w:tcPr>
          <w:p w14:paraId="028F40C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107</w:t>
            </w:r>
          </w:p>
        </w:tc>
        <w:tc>
          <w:tcPr>
            <w:tcW w:w="1296" w:type="dxa"/>
          </w:tcPr>
          <w:p w14:paraId="4CB3B4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2026.05.15</w:t>
            </w:r>
          </w:p>
        </w:tc>
        <w:tc>
          <w:tcPr>
            <w:tcW w:w="1296" w:type="dxa"/>
          </w:tcPr>
          <w:p w14:paraId="25265F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4C2FA9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„Žaidimų knyga“</w:t>
            </w:r>
          </w:p>
        </w:tc>
        <w:tc>
          <w:tcPr>
            <w:tcW w:w="2930" w:type="dxa"/>
          </w:tcPr>
          <w:p w14:paraId="5B7685A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6CF287F9" w14:textId="19C62C0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="00F12BA6">
              <w:rPr>
                <w:rFonts w:ascii="Times New Roman" w:hAnsi="Times New Roman" w:cs="Times New Roman"/>
                <w:lang w:val="lt-LT"/>
              </w:rPr>
              <w:t>mob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653E1B" w14:paraId="1663CA15" w14:textId="77777777" w:rsidTr="00653E1B">
        <w:trPr>
          <w:jc w:val="center"/>
        </w:trPr>
        <w:tc>
          <w:tcPr>
            <w:tcW w:w="720" w:type="dxa"/>
          </w:tcPr>
          <w:p w14:paraId="41F1BB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108</w:t>
            </w:r>
          </w:p>
        </w:tc>
        <w:tc>
          <w:tcPr>
            <w:tcW w:w="1296" w:type="dxa"/>
          </w:tcPr>
          <w:p w14:paraId="71BD4D2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</w:p>
        </w:tc>
        <w:tc>
          <w:tcPr>
            <w:tcW w:w="1296" w:type="dxa"/>
          </w:tcPr>
          <w:p w14:paraId="0644DF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1B44DC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„Pasakėlės ant pievelės“</w:t>
            </w:r>
          </w:p>
        </w:tc>
        <w:tc>
          <w:tcPr>
            <w:tcW w:w="2930" w:type="dxa"/>
          </w:tcPr>
          <w:p w14:paraId="3BCA900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65054638" w14:textId="0F56DBA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="00F12BA6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653E1B" w14:paraId="0E2E5295" w14:textId="77777777" w:rsidTr="00653E1B">
        <w:trPr>
          <w:jc w:val="center"/>
        </w:trPr>
        <w:tc>
          <w:tcPr>
            <w:tcW w:w="720" w:type="dxa"/>
          </w:tcPr>
          <w:p w14:paraId="0D4C452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109</w:t>
            </w:r>
          </w:p>
        </w:tc>
        <w:tc>
          <w:tcPr>
            <w:tcW w:w="1296" w:type="dxa"/>
          </w:tcPr>
          <w:p w14:paraId="42057B2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</w:p>
        </w:tc>
        <w:tc>
          <w:tcPr>
            <w:tcW w:w="1296" w:type="dxa"/>
          </w:tcPr>
          <w:p w14:paraId="675251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5C0A76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,,Vaikai – gyvenimo šviesa“</w:t>
            </w:r>
          </w:p>
        </w:tc>
        <w:tc>
          <w:tcPr>
            <w:tcW w:w="2930" w:type="dxa"/>
          </w:tcPr>
          <w:p w14:paraId="186928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5378677" w14:textId="2AF1402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Liekienė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Akmenos g. 4,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lina.liekiene@silalesbiblioteka.lt</w:t>
            </w:r>
          </w:p>
        </w:tc>
      </w:tr>
      <w:tr w:rsidR="004312E2" w:rsidRPr="00C53D73" w14:paraId="30E3CCA6" w14:textId="77777777" w:rsidTr="00653E1B">
        <w:trPr>
          <w:jc w:val="center"/>
        </w:trPr>
        <w:tc>
          <w:tcPr>
            <w:tcW w:w="720" w:type="dxa"/>
          </w:tcPr>
          <w:p w14:paraId="2222DF5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110</w:t>
            </w:r>
          </w:p>
        </w:tc>
        <w:tc>
          <w:tcPr>
            <w:tcW w:w="1296" w:type="dxa"/>
          </w:tcPr>
          <w:p w14:paraId="2EDE015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2026-05-15</w:t>
            </w:r>
          </w:p>
        </w:tc>
        <w:tc>
          <w:tcPr>
            <w:tcW w:w="1296" w:type="dxa"/>
          </w:tcPr>
          <w:p w14:paraId="15E5409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16.00–17.30</w:t>
            </w:r>
          </w:p>
        </w:tc>
        <w:tc>
          <w:tcPr>
            <w:tcW w:w="4608" w:type="dxa"/>
          </w:tcPr>
          <w:p w14:paraId="16EAC0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Kino seansas šeimai, skirtas Tarptautinei šeimos dienai.</w:t>
            </w:r>
          </w:p>
        </w:tc>
        <w:tc>
          <w:tcPr>
            <w:tcW w:w="2930" w:type="dxa"/>
          </w:tcPr>
          <w:p w14:paraId="46F0BF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CF9A962" w14:textId="5D552EF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J. Basanavičiaus</w:t>
            </w:r>
            <w:r w:rsidR="00F12BA6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731788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4819F75B" w14:textId="77777777" w:rsidTr="00653E1B">
        <w:trPr>
          <w:jc w:val="center"/>
        </w:trPr>
        <w:tc>
          <w:tcPr>
            <w:tcW w:w="720" w:type="dxa"/>
          </w:tcPr>
          <w:p w14:paraId="2E2ED10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111</w:t>
            </w:r>
          </w:p>
        </w:tc>
        <w:tc>
          <w:tcPr>
            <w:tcW w:w="1296" w:type="dxa"/>
          </w:tcPr>
          <w:p w14:paraId="5516A3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2026-05-18</w:t>
            </w:r>
          </w:p>
        </w:tc>
        <w:tc>
          <w:tcPr>
            <w:tcW w:w="1296" w:type="dxa"/>
          </w:tcPr>
          <w:p w14:paraId="609AE0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309E04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,,Žiūrėkite, tai mano vaikystė''</w:t>
            </w:r>
          </w:p>
        </w:tc>
        <w:tc>
          <w:tcPr>
            <w:tcW w:w="2930" w:type="dxa"/>
          </w:tcPr>
          <w:p w14:paraId="3920D0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AF79B9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653E1B" w14:paraId="405A8392" w14:textId="77777777" w:rsidTr="00653E1B">
        <w:trPr>
          <w:jc w:val="center"/>
        </w:trPr>
        <w:tc>
          <w:tcPr>
            <w:tcW w:w="720" w:type="dxa"/>
          </w:tcPr>
          <w:p w14:paraId="27333AA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112</w:t>
            </w:r>
          </w:p>
        </w:tc>
        <w:tc>
          <w:tcPr>
            <w:tcW w:w="1296" w:type="dxa"/>
          </w:tcPr>
          <w:p w14:paraId="735E9F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2026-05.19</w:t>
            </w:r>
          </w:p>
        </w:tc>
        <w:tc>
          <w:tcPr>
            <w:tcW w:w="1296" w:type="dxa"/>
          </w:tcPr>
          <w:p w14:paraId="10178C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72729A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„Nijolės eilės“</w:t>
            </w:r>
          </w:p>
        </w:tc>
        <w:tc>
          <w:tcPr>
            <w:tcW w:w="2930" w:type="dxa"/>
          </w:tcPr>
          <w:p w14:paraId="31A75B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Girdiškės biblioteka</w:t>
            </w:r>
          </w:p>
        </w:tc>
        <w:tc>
          <w:tcPr>
            <w:tcW w:w="4270" w:type="dxa"/>
          </w:tcPr>
          <w:p w14:paraId="7C7C1C67" w14:textId="4115B31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K. Andriukaičio g. 4–2, Bijotų sen., Girdiškės k., Šilalės r. </w:t>
            </w:r>
            <w:r w:rsidR="00731788">
              <w:rPr>
                <w:rFonts w:ascii="Times New Roman" w:hAnsi="Times New Roman" w:cs="Times New Roman"/>
                <w:lang w:val="lt-LT"/>
              </w:rPr>
              <w:t>sav.;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575865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+370 618 28647,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el. p. giedre.leskiene@silalesbiblioteka.lt</w:t>
            </w:r>
          </w:p>
        </w:tc>
      </w:tr>
      <w:tr w:rsidR="004312E2" w:rsidRPr="00C53D73" w14:paraId="42A868A5" w14:textId="77777777" w:rsidTr="00653E1B">
        <w:trPr>
          <w:jc w:val="center"/>
        </w:trPr>
        <w:tc>
          <w:tcPr>
            <w:tcW w:w="720" w:type="dxa"/>
          </w:tcPr>
          <w:p w14:paraId="6B763E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113</w:t>
            </w:r>
          </w:p>
        </w:tc>
        <w:tc>
          <w:tcPr>
            <w:tcW w:w="1296" w:type="dxa"/>
          </w:tcPr>
          <w:p w14:paraId="323918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 01 – 06 31</w:t>
            </w:r>
          </w:p>
        </w:tc>
        <w:tc>
          <w:tcPr>
            <w:tcW w:w="1296" w:type="dxa"/>
          </w:tcPr>
          <w:p w14:paraId="536FC0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13AA73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„Šimtas metų su radiju: Lietuvos balso istorija“</w:t>
            </w:r>
          </w:p>
        </w:tc>
        <w:tc>
          <w:tcPr>
            <w:tcW w:w="2930" w:type="dxa"/>
          </w:tcPr>
          <w:p w14:paraId="422D68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63189F69" w14:textId="686DB76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6A73E34D" w14:textId="77777777" w:rsidTr="00653E1B">
        <w:trPr>
          <w:jc w:val="center"/>
        </w:trPr>
        <w:tc>
          <w:tcPr>
            <w:tcW w:w="720" w:type="dxa"/>
          </w:tcPr>
          <w:p w14:paraId="51C352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114</w:t>
            </w:r>
          </w:p>
        </w:tc>
        <w:tc>
          <w:tcPr>
            <w:tcW w:w="1296" w:type="dxa"/>
          </w:tcPr>
          <w:p w14:paraId="4D34E9E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2026-06-05-2026-08-28</w:t>
            </w:r>
          </w:p>
        </w:tc>
        <w:tc>
          <w:tcPr>
            <w:tcW w:w="1296" w:type="dxa"/>
          </w:tcPr>
          <w:p w14:paraId="01FD52E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E622C8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„Žydėjimas“ Šilalės meno mokyklos mokinių kūrybinių darbų paroda (mok. L. Rupšytė)</w:t>
            </w:r>
          </w:p>
        </w:tc>
        <w:tc>
          <w:tcPr>
            <w:tcW w:w="2930" w:type="dxa"/>
          </w:tcPr>
          <w:p w14:paraId="475405C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2423078" w14:textId="77777777" w:rsidR="00E82496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Henrika Jokubauskienė, J. Basanavičiaus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7431C">
              <w:rPr>
                <w:rFonts w:ascii="Times New Roman" w:hAnsi="Times New Roman" w:cs="Times New Roman"/>
                <w:lang w:val="lt-LT"/>
              </w:rPr>
              <w:t>)74298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</w:p>
          <w:p w14:paraId="7D6D7023" w14:textId="23D0F48B" w:rsidR="004312E2" w:rsidRPr="00653E1B" w:rsidRDefault="0057586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m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ob.</w:t>
            </w:r>
            <w:r w:rsidR="00E82496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E82496" w:rsidRPr="00653E1B">
              <w:rPr>
                <w:rFonts w:ascii="Times New Roman" w:hAnsi="Times New Roman" w:cs="Times New Roman"/>
                <w:lang w:val="lt-LT"/>
              </w:rPr>
              <w:t>+37061595478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; abonementas.silale@gmail.com</w:t>
            </w:r>
          </w:p>
        </w:tc>
      </w:tr>
      <w:tr w:rsidR="004312E2" w:rsidRPr="00C53D73" w14:paraId="6BFE1B1E" w14:textId="77777777" w:rsidTr="00653E1B">
        <w:trPr>
          <w:jc w:val="center"/>
        </w:trPr>
        <w:tc>
          <w:tcPr>
            <w:tcW w:w="720" w:type="dxa"/>
          </w:tcPr>
          <w:p w14:paraId="7AE3F3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115</w:t>
            </w:r>
          </w:p>
        </w:tc>
        <w:tc>
          <w:tcPr>
            <w:tcW w:w="1296" w:type="dxa"/>
          </w:tcPr>
          <w:p w14:paraId="15F185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2026-06-10-2026-08-15</w:t>
            </w:r>
          </w:p>
        </w:tc>
        <w:tc>
          <w:tcPr>
            <w:tcW w:w="1296" w:type="dxa"/>
          </w:tcPr>
          <w:p w14:paraId="6D94EE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59E431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„Istorijos ir gyvenimo tiesos mokytoja – Teresė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Ūksienė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“ dokumentų paroda, skirta poetės, pedagogės, Lietuvos ir Šilalės rajono savivaldybės politinės bei visuomenės veikėjos Teresės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Ūksienės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atminimui</w:t>
            </w:r>
          </w:p>
        </w:tc>
        <w:tc>
          <w:tcPr>
            <w:tcW w:w="2930" w:type="dxa"/>
          </w:tcPr>
          <w:p w14:paraId="23810A0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5BD2212" w14:textId="77777777" w:rsidR="00E82496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</w:p>
          <w:p w14:paraId="28695567" w14:textId="34BD85A7" w:rsidR="004312E2" w:rsidRPr="00653E1B" w:rsidRDefault="0057586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m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ob.</w:t>
            </w:r>
            <w:r w:rsidR="00E82496"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E82496" w:rsidRPr="00653E1B">
              <w:rPr>
                <w:rFonts w:ascii="Times New Roman" w:hAnsi="Times New Roman" w:cs="Times New Roman"/>
                <w:lang w:val="lt-LT"/>
              </w:rPr>
              <w:t>+37061595478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; abonementas.silale@gmail.com</w:t>
            </w:r>
          </w:p>
        </w:tc>
      </w:tr>
      <w:tr w:rsidR="004312E2" w:rsidRPr="00653E1B" w14:paraId="1D75905B" w14:textId="77777777" w:rsidTr="00653E1B">
        <w:trPr>
          <w:jc w:val="center"/>
        </w:trPr>
        <w:tc>
          <w:tcPr>
            <w:tcW w:w="720" w:type="dxa"/>
          </w:tcPr>
          <w:p w14:paraId="0E6351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116</w:t>
            </w:r>
          </w:p>
        </w:tc>
        <w:tc>
          <w:tcPr>
            <w:tcW w:w="1296" w:type="dxa"/>
          </w:tcPr>
          <w:p w14:paraId="1344E6C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2026-06-10</w:t>
            </w:r>
          </w:p>
        </w:tc>
        <w:tc>
          <w:tcPr>
            <w:tcW w:w="1296" w:type="dxa"/>
          </w:tcPr>
          <w:p w14:paraId="555655E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6C2B6C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,,Prisiminimai sudėti į filmą“ istorinio filmo apie tremtį peržiūra.</w:t>
            </w:r>
          </w:p>
        </w:tc>
        <w:tc>
          <w:tcPr>
            <w:tcW w:w="2930" w:type="dxa"/>
          </w:tcPr>
          <w:p w14:paraId="58DCC1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7E5297E" w14:textId="7FD745F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57586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C53D73" w14:paraId="646018D7" w14:textId="77777777" w:rsidTr="00653E1B">
        <w:trPr>
          <w:jc w:val="center"/>
        </w:trPr>
        <w:tc>
          <w:tcPr>
            <w:tcW w:w="720" w:type="dxa"/>
          </w:tcPr>
          <w:p w14:paraId="422FB4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117</w:t>
            </w:r>
          </w:p>
        </w:tc>
        <w:tc>
          <w:tcPr>
            <w:tcW w:w="1296" w:type="dxa"/>
          </w:tcPr>
          <w:p w14:paraId="3B36CED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2026-06-11-   2026-07-10</w:t>
            </w:r>
          </w:p>
        </w:tc>
        <w:tc>
          <w:tcPr>
            <w:tcW w:w="1296" w:type="dxa"/>
          </w:tcPr>
          <w:p w14:paraId="40AB0AA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CC50AC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„Golgotos keliu“, skirta Gedulo ir vilties dienai</w:t>
            </w:r>
          </w:p>
        </w:tc>
        <w:tc>
          <w:tcPr>
            <w:tcW w:w="2930" w:type="dxa"/>
          </w:tcPr>
          <w:p w14:paraId="2E3C3BA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7C96622" w14:textId="1A87B9D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575865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1E876C00" w14:textId="77777777" w:rsidTr="00653E1B">
        <w:trPr>
          <w:jc w:val="center"/>
        </w:trPr>
        <w:tc>
          <w:tcPr>
            <w:tcW w:w="720" w:type="dxa"/>
          </w:tcPr>
          <w:p w14:paraId="55A5DEE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118</w:t>
            </w:r>
          </w:p>
        </w:tc>
        <w:tc>
          <w:tcPr>
            <w:tcW w:w="1296" w:type="dxa"/>
          </w:tcPr>
          <w:p w14:paraId="5765F6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2026-06-15-   2026-07-17</w:t>
            </w:r>
          </w:p>
        </w:tc>
        <w:tc>
          <w:tcPr>
            <w:tcW w:w="1296" w:type="dxa"/>
          </w:tcPr>
          <w:p w14:paraId="7DA997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E1CF6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„Saviraiškos paletė“, kūrybinių darbų parodos atidarymas</w:t>
            </w:r>
          </w:p>
        </w:tc>
        <w:tc>
          <w:tcPr>
            <w:tcW w:w="2930" w:type="dxa"/>
          </w:tcPr>
          <w:p w14:paraId="681A1A9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4C7ACFEC" w14:textId="195DDE2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575865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0B991E02" w14:textId="77777777" w:rsidTr="00653E1B">
        <w:trPr>
          <w:jc w:val="center"/>
        </w:trPr>
        <w:tc>
          <w:tcPr>
            <w:tcW w:w="720" w:type="dxa"/>
          </w:tcPr>
          <w:p w14:paraId="4C46F8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119</w:t>
            </w:r>
          </w:p>
        </w:tc>
        <w:tc>
          <w:tcPr>
            <w:tcW w:w="1296" w:type="dxa"/>
          </w:tcPr>
          <w:p w14:paraId="59BC9D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2026-06-15</w:t>
            </w:r>
          </w:p>
        </w:tc>
        <w:tc>
          <w:tcPr>
            <w:tcW w:w="1296" w:type="dxa"/>
          </w:tcPr>
          <w:p w14:paraId="33E81C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17.30</w:t>
            </w:r>
          </w:p>
        </w:tc>
        <w:tc>
          <w:tcPr>
            <w:tcW w:w="4608" w:type="dxa"/>
          </w:tcPr>
          <w:p w14:paraId="6A9371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„Saviraiškos paletė“, kūrybinių darbų parodos atidarymas</w:t>
            </w:r>
          </w:p>
        </w:tc>
        <w:tc>
          <w:tcPr>
            <w:tcW w:w="2930" w:type="dxa"/>
          </w:tcPr>
          <w:p w14:paraId="357E8A5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28D2389" w14:textId="653DACD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575865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727FF8AA" w14:textId="77777777" w:rsidTr="00653E1B">
        <w:trPr>
          <w:jc w:val="center"/>
        </w:trPr>
        <w:tc>
          <w:tcPr>
            <w:tcW w:w="720" w:type="dxa"/>
          </w:tcPr>
          <w:p w14:paraId="0C20E10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120</w:t>
            </w:r>
          </w:p>
        </w:tc>
        <w:tc>
          <w:tcPr>
            <w:tcW w:w="1296" w:type="dxa"/>
          </w:tcPr>
          <w:p w14:paraId="6465D3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2026-07-02</w:t>
            </w:r>
          </w:p>
        </w:tc>
        <w:tc>
          <w:tcPr>
            <w:tcW w:w="1296" w:type="dxa"/>
          </w:tcPr>
          <w:p w14:paraId="316F253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0FF4BC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„Vaikeli, džiaugsmo vyturėli“, skirta Dalios Kudžmaitės 70-osioms gimimo metinėms paminėti.</w:t>
            </w:r>
          </w:p>
        </w:tc>
        <w:tc>
          <w:tcPr>
            <w:tcW w:w="2930" w:type="dxa"/>
          </w:tcPr>
          <w:p w14:paraId="3AF51E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68A73A99" w14:textId="22B525F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="0057586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575865">
              <w:rPr>
                <w:rFonts w:ascii="Times New Roman" w:hAnsi="Times New Roman" w:cs="Times New Roman"/>
                <w:lang w:val="lt-LT"/>
              </w:rPr>
              <w:t>mob</w:t>
            </w:r>
            <w:r w:rsidRPr="00653E1B">
              <w:rPr>
                <w:rFonts w:ascii="Times New Roman" w:hAnsi="Times New Roman" w:cs="Times New Roman"/>
                <w:lang w:val="lt-LT"/>
              </w:rPr>
              <w:t>. +37</w:t>
            </w:r>
            <w:r w:rsidR="00C350A7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61409175,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  <w:tr w:rsidR="004312E2" w:rsidRPr="00653E1B" w14:paraId="4174471B" w14:textId="77777777" w:rsidTr="00653E1B">
        <w:trPr>
          <w:jc w:val="center"/>
        </w:trPr>
        <w:tc>
          <w:tcPr>
            <w:tcW w:w="720" w:type="dxa"/>
          </w:tcPr>
          <w:p w14:paraId="32737F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121</w:t>
            </w:r>
          </w:p>
        </w:tc>
        <w:tc>
          <w:tcPr>
            <w:tcW w:w="1296" w:type="dxa"/>
          </w:tcPr>
          <w:p w14:paraId="14017B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2026-07-03</w:t>
            </w:r>
          </w:p>
        </w:tc>
        <w:tc>
          <w:tcPr>
            <w:tcW w:w="1296" w:type="dxa"/>
          </w:tcPr>
          <w:p w14:paraId="17DE5F2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8F47E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Popietė „Eilėraštis mano širdyje“ skirta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R.Skučaitės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95- gimimo metinėms paminėti</w:t>
            </w:r>
          </w:p>
        </w:tc>
        <w:tc>
          <w:tcPr>
            <w:tcW w:w="2930" w:type="dxa"/>
          </w:tcPr>
          <w:p w14:paraId="66AADA2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4380DB92" w14:textId="64AA98D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Jūros g. 12, Pajūrio sen., Žvingių mstl.,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r w:rsidR="0057586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180F817E" w14:textId="77777777" w:rsidTr="00653E1B">
        <w:trPr>
          <w:jc w:val="center"/>
        </w:trPr>
        <w:tc>
          <w:tcPr>
            <w:tcW w:w="720" w:type="dxa"/>
          </w:tcPr>
          <w:p w14:paraId="24D8B33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122</w:t>
            </w:r>
          </w:p>
        </w:tc>
        <w:tc>
          <w:tcPr>
            <w:tcW w:w="1296" w:type="dxa"/>
          </w:tcPr>
          <w:p w14:paraId="285F5D9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2026-07-07</w:t>
            </w:r>
          </w:p>
        </w:tc>
        <w:tc>
          <w:tcPr>
            <w:tcW w:w="1296" w:type="dxa"/>
          </w:tcPr>
          <w:p w14:paraId="6D95DD7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295F05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,,Trispalvė kūryba“</w:t>
            </w:r>
          </w:p>
        </w:tc>
        <w:tc>
          <w:tcPr>
            <w:tcW w:w="2930" w:type="dxa"/>
          </w:tcPr>
          <w:p w14:paraId="3D6BEAE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020093E" w14:textId="46CDBF0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57586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C53D73" w14:paraId="0D03C66F" w14:textId="77777777" w:rsidTr="00653E1B">
        <w:trPr>
          <w:jc w:val="center"/>
        </w:trPr>
        <w:tc>
          <w:tcPr>
            <w:tcW w:w="720" w:type="dxa"/>
          </w:tcPr>
          <w:p w14:paraId="25E77C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123</w:t>
            </w:r>
          </w:p>
        </w:tc>
        <w:tc>
          <w:tcPr>
            <w:tcW w:w="1296" w:type="dxa"/>
          </w:tcPr>
          <w:p w14:paraId="3CAF008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2026-07-10-2026-09-10</w:t>
            </w:r>
          </w:p>
        </w:tc>
        <w:tc>
          <w:tcPr>
            <w:tcW w:w="1296" w:type="dxa"/>
          </w:tcPr>
          <w:p w14:paraId="20B53D9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408F3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„Knyga – kūrybiškos išminties versmė“</w:t>
            </w:r>
          </w:p>
        </w:tc>
        <w:tc>
          <w:tcPr>
            <w:tcW w:w="2930" w:type="dxa"/>
          </w:tcPr>
          <w:p w14:paraId="4677CB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7CC0D6F7" w14:textId="75195FE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Jolanta Venckienė         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575865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655BFE6C" w14:textId="77777777" w:rsidTr="00653E1B">
        <w:trPr>
          <w:jc w:val="center"/>
        </w:trPr>
        <w:tc>
          <w:tcPr>
            <w:tcW w:w="720" w:type="dxa"/>
          </w:tcPr>
          <w:p w14:paraId="64E037C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124</w:t>
            </w:r>
          </w:p>
        </w:tc>
        <w:tc>
          <w:tcPr>
            <w:tcW w:w="1296" w:type="dxa"/>
          </w:tcPr>
          <w:p w14:paraId="08C9F5D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2026-07-31</w:t>
            </w:r>
          </w:p>
        </w:tc>
        <w:tc>
          <w:tcPr>
            <w:tcW w:w="1296" w:type="dxa"/>
          </w:tcPr>
          <w:p w14:paraId="46E8F353" w14:textId="77777777" w:rsidR="004312E2" w:rsidRPr="00653E1B" w:rsidRDefault="004312E2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08" w:type="dxa"/>
          </w:tcPr>
          <w:p w14:paraId="71CB962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Virtualus Šilalės miesto gimtadienio žinių iššūkis „Ar pažįsti Šilalę?“, skirtas Šilalės miesto 493 metų gimtadieniui.</w:t>
            </w:r>
          </w:p>
        </w:tc>
        <w:tc>
          <w:tcPr>
            <w:tcW w:w="2930" w:type="dxa"/>
          </w:tcPr>
          <w:p w14:paraId="2A4C890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553174D5" w14:textId="6A092CB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15C6C03E" w14:textId="77777777" w:rsidTr="00653E1B">
        <w:trPr>
          <w:jc w:val="center"/>
        </w:trPr>
        <w:tc>
          <w:tcPr>
            <w:tcW w:w="720" w:type="dxa"/>
          </w:tcPr>
          <w:p w14:paraId="153C566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125</w:t>
            </w:r>
          </w:p>
        </w:tc>
        <w:tc>
          <w:tcPr>
            <w:tcW w:w="1296" w:type="dxa"/>
          </w:tcPr>
          <w:p w14:paraId="46CC10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2026- 08 17 – 09 17</w:t>
            </w:r>
          </w:p>
        </w:tc>
        <w:tc>
          <w:tcPr>
            <w:tcW w:w="1296" w:type="dxa"/>
          </w:tcPr>
          <w:p w14:paraId="1DB133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320152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Fotografės Gintarės Žaltauskaitės eksperimentinė fotografijų paroda „Būtis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promočiutės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kambaryje“</w:t>
            </w:r>
          </w:p>
        </w:tc>
        <w:tc>
          <w:tcPr>
            <w:tcW w:w="2930" w:type="dxa"/>
          </w:tcPr>
          <w:p w14:paraId="77D3F4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952BA6E" w14:textId="7520908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6FF4CCD2" w14:textId="77777777" w:rsidTr="00653E1B">
        <w:trPr>
          <w:jc w:val="center"/>
        </w:trPr>
        <w:tc>
          <w:tcPr>
            <w:tcW w:w="720" w:type="dxa"/>
          </w:tcPr>
          <w:p w14:paraId="04C9B9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126</w:t>
            </w:r>
          </w:p>
        </w:tc>
        <w:tc>
          <w:tcPr>
            <w:tcW w:w="1296" w:type="dxa"/>
          </w:tcPr>
          <w:p w14:paraId="49DB7F8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2026-08-11</w:t>
            </w:r>
          </w:p>
        </w:tc>
        <w:tc>
          <w:tcPr>
            <w:tcW w:w="1296" w:type="dxa"/>
          </w:tcPr>
          <w:p w14:paraId="04B97F8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19.00</w:t>
            </w:r>
          </w:p>
        </w:tc>
        <w:tc>
          <w:tcPr>
            <w:tcW w:w="4608" w:type="dxa"/>
          </w:tcPr>
          <w:p w14:paraId="5B5ED53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Lauko kino vakaras „Jungiam vasaros filmą“</w:t>
            </w:r>
          </w:p>
        </w:tc>
        <w:tc>
          <w:tcPr>
            <w:tcW w:w="2930" w:type="dxa"/>
          </w:tcPr>
          <w:p w14:paraId="60271B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74AE9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C53D73" w14:paraId="49668A3A" w14:textId="77777777" w:rsidTr="00653E1B">
        <w:trPr>
          <w:jc w:val="center"/>
        </w:trPr>
        <w:tc>
          <w:tcPr>
            <w:tcW w:w="720" w:type="dxa"/>
          </w:tcPr>
          <w:p w14:paraId="1D628F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127</w:t>
            </w:r>
          </w:p>
        </w:tc>
        <w:tc>
          <w:tcPr>
            <w:tcW w:w="1296" w:type="dxa"/>
          </w:tcPr>
          <w:p w14:paraId="691880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2026-08-12</w:t>
            </w:r>
          </w:p>
        </w:tc>
        <w:tc>
          <w:tcPr>
            <w:tcW w:w="1296" w:type="dxa"/>
          </w:tcPr>
          <w:p w14:paraId="6C1341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9C66D5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,,Žolynų spaudas: Gamtos pėdsakai ant popieriaus‘‘</w:t>
            </w:r>
          </w:p>
        </w:tc>
        <w:tc>
          <w:tcPr>
            <w:tcW w:w="2930" w:type="dxa"/>
          </w:tcPr>
          <w:p w14:paraId="0C5DF94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C30DB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15 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danute.venckuviene@silalesbiblioteka.lt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val.</w:t>
            </w:r>
          </w:p>
        </w:tc>
      </w:tr>
      <w:tr w:rsidR="004312E2" w:rsidRPr="00653E1B" w14:paraId="30639FF2" w14:textId="77777777" w:rsidTr="00653E1B">
        <w:trPr>
          <w:jc w:val="center"/>
        </w:trPr>
        <w:tc>
          <w:tcPr>
            <w:tcW w:w="720" w:type="dxa"/>
          </w:tcPr>
          <w:p w14:paraId="7DD1AB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128</w:t>
            </w:r>
          </w:p>
        </w:tc>
        <w:tc>
          <w:tcPr>
            <w:tcW w:w="1296" w:type="dxa"/>
          </w:tcPr>
          <w:p w14:paraId="6FB25A8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2026-08-13</w:t>
            </w:r>
          </w:p>
        </w:tc>
        <w:tc>
          <w:tcPr>
            <w:tcW w:w="1296" w:type="dxa"/>
          </w:tcPr>
          <w:p w14:paraId="28474CC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525830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„Protėvių pėdomis: Žolinės papročiai ir prasmės“</w:t>
            </w:r>
          </w:p>
        </w:tc>
        <w:tc>
          <w:tcPr>
            <w:tcW w:w="2930" w:type="dxa"/>
          </w:tcPr>
          <w:p w14:paraId="1C4F34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59A6D66" w14:textId="42354D2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Andželika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Gečienė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Gardavos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4,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Tūbinių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="00575865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anzelika.geciene@silalesbiblioteka.lt</w:t>
            </w:r>
          </w:p>
        </w:tc>
      </w:tr>
      <w:tr w:rsidR="004312E2" w:rsidRPr="00C53D73" w14:paraId="4C56136E" w14:textId="77777777" w:rsidTr="00653E1B">
        <w:trPr>
          <w:jc w:val="center"/>
        </w:trPr>
        <w:tc>
          <w:tcPr>
            <w:tcW w:w="720" w:type="dxa"/>
          </w:tcPr>
          <w:p w14:paraId="78FBE2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129</w:t>
            </w:r>
          </w:p>
        </w:tc>
        <w:tc>
          <w:tcPr>
            <w:tcW w:w="1296" w:type="dxa"/>
          </w:tcPr>
          <w:p w14:paraId="721DDB7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2026- 09 21 – 10 09</w:t>
            </w:r>
          </w:p>
        </w:tc>
        <w:tc>
          <w:tcPr>
            <w:tcW w:w="1296" w:type="dxa"/>
          </w:tcPr>
          <w:p w14:paraId="7E78F3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1200B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Šilalės krašto piliakalnių 3D miniatiūrų paroda.</w:t>
            </w:r>
          </w:p>
        </w:tc>
        <w:tc>
          <w:tcPr>
            <w:tcW w:w="2930" w:type="dxa"/>
          </w:tcPr>
          <w:p w14:paraId="455677D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2140C1C3" w14:textId="029EBD5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Norvilienė, 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63F5309D" w14:textId="77777777" w:rsidTr="00653E1B">
        <w:trPr>
          <w:jc w:val="center"/>
        </w:trPr>
        <w:tc>
          <w:tcPr>
            <w:tcW w:w="720" w:type="dxa"/>
          </w:tcPr>
          <w:p w14:paraId="1D3448A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130</w:t>
            </w:r>
          </w:p>
        </w:tc>
        <w:tc>
          <w:tcPr>
            <w:tcW w:w="1296" w:type="dxa"/>
          </w:tcPr>
          <w:p w14:paraId="79D381B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2026-09-01-2026-09-30</w:t>
            </w:r>
          </w:p>
        </w:tc>
        <w:tc>
          <w:tcPr>
            <w:tcW w:w="1296" w:type="dxa"/>
          </w:tcPr>
          <w:p w14:paraId="4223FD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79C313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Edukacinis užsiėmimas pirmokams „Knyga – vienas iš kelių pažinti save ir aplinkinį pasaulį“: pirmoji pažintis su biblioteka ir knygutėmis.</w:t>
            </w:r>
          </w:p>
        </w:tc>
        <w:tc>
          <w:tcPr>
            <w:tcW w:w="2930" w:type="dxa"/>
          </w:tcPr>
          <w:p w14:paraId="4BD839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4118800C" w14:textId="5424EC2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sav.; 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1665C4AF" w14:textId="77777777" w:rsidTr="00653E1B">
        <w:trPr>
          <w:jc w:val="center"/>
        </w:trPr>
        <w:tc>
          <w:tcPr>
            <w:tcW w:w="720" w:type="dxa"/>
          </w:tcPr>
          <w:p w14:paraId="5056D23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131</w:t>
            </w:r>
          </w:p>
        </w:tc>
        <w:tc>
          <w:tcPr>
            <w:tcW w:w="1296" w:type="dxa"/>
          </w:tcPr>
          <w:p w14:paraId="2DCBB0B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2026.09.04</w:t>
            </w:r>
          </w:p>
        </w:tc>
        <w:tc>
          <w:tcPr>
            <w:tcW w:w="1296" w:type="dxa"/>
          </w:tcPr>
          <w:p w14:paraId="7A475E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1F0BF3A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„Knyga tau dovanoja išmintį“</w:t>
            </w:r>
          </w:p>
        </w:tc>
        <w:tc>
          <w:tcPr>
            <w:tcW w:w="2930" w:type="dxa"/>
          </w:tcPr>
          <w:p w14:paraId="288E1A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6E96486F" w14:textId="168462E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575865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+37061828647,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C53D73" w14:paraId="75245769" w14:textId="77777777" w:rsidTr="00653E1B">
        <w:trPr>
          <w:jc w:val="center"/>
        </w:trPr>
        <w:tc>
          <w:tcPr>
            <w:tcW w:w="720" w:type="dxa"/>
          </w:tcPr>
          <w:p w14:paraId="593738E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132</w:t>
            </w:r>
          </w:p>
        </w:tc>
        <w:tc>
          <w:tcPr>
            <w:tcW w:w="1296" w:type="dxa"/>
          </w:tcPr>
          <w:p w14:paraId="368DD8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2026-09-08</w:t>
            </w:r>
          </w:p>
        </w:tc>
        <w:tc>
          <w:tcPr>
            <w:tcW w:w="1296" w:type="dxa"/>
          </w:tcPr>
          <w:p w14:paraId="7AAEA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10.00–12.00</w:t>
            </w:r>
          </w:p>
        </w:tc>
        <w:tc>
          <w:tcPr>
            <w:tcW w:w="4608" w:type="dxa"/>
          </w:tcPr>
          <w:p w14:paraId="1895A95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Praktiniai mokymai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Gmail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aplinkos optimizavimas kasdieniams darbo procesams“, skirta Tarptautinei raštingumo dienai.</w:t>
            </w:r>
          </w:p>
        </w:tc>
        <w:tc>
          <w:tcPr>
            <w:tcW w:w="2930" w:type="dxa"/>
          </w:tcPr>
          <w:p w14:paraId="408E0CC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248DF608" w14:textId="32DB1F0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-Balčiūnienė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0A2A3A53" w14:textId="77777777" w:rsidTr="00653E1B">
        <w:trPr>
          <w:jc w:val="center"/>
        </w:trPr>
        <w:tc>
          <w:tcPr>
            <w:tcW w:w="720" w:type="dxa"/>
          </w:tcPr>
          <w:p w14:paraId="0E3A54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133</w:t>
            </w:r>
          </w:p>
        </w:tc>
        <w:tc>
          <w:tcPr>
            <w:tcW w:w="1296" w:type="dxa"/>
          </w:tcPr>
          <w:p w14:paraId="6EC5A8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2026-09-10-2026-10-09</w:t>
            </w:r>
          </w:p>
        </w:tc>
        <w:tc>
          <w:tcPr>
            <w:tcW w:w="1296" w:type="dxa"/>
          </w:tcPr>
          <w:p w14:paraId="2FCCB5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5B49409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„Istorijos keliu“, skirta Lietuvos žydų genocido dienai</w:t>
            </w:r>
          </w:p>
        </w:tc>
        <w:tc>
          <w:tcPr>
            <w:tcW w:w="2930" w:type="dxa"/>
          </w:tcPr>
          <w:p w14:paraId="243F5D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2DFAD0D5" w14:textId="04658B7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575865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>15, Šilalė; tel.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575865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575865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10B9F3C2" w14:textId="77777777" w:rsidTr="00653E1B">
        <w:trPr>
          <w:jc w:val="center"/>
        </w:trPr>
        <w:tc>
          <w:tcPr>
            <w:tcW w:w="720" w:type="dxa"/>
          </w:tcPr>
          <w:p w14:paraId="110C25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134</w:t>
            </w:r>
          </w:p>
        </w:tc>
        <w:tc>
          <w:tcPr>
            <w:tcW w:w="1296" w:type="dxa"/>
          </w:tcPr>
          <w:p w14:paraId="1A054F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2026-09-10-2026-10-09</w:t>
            </w:r>
          </w:p>
        </w:tc>
        <w:tc>
          <w:tcPr>
            <w:tcW w:w="1296" w:type="dxa"/>
          </w:tcPr>
          <w:p w14:paraId="58B82C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2C9F63F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„Lietuvos takais, takeliais...“, skirta Pasaulinei turizmo dienai</w:t>
            </w:r>
          </w:p>
        </w:tc>
        <w:tc>
          <w:tcPr>
            <w:tcW w:w="2930" w:type="dxa"/>
          </w:tcPr>
          <w:p w14:paraId="79CA26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B316343" w14:textId="3F69991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E7431C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E7431C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34E7E8F5" w14:textId="77777777" w:rsidTr="00653E1B">
        <w:trPr>
          <w:jc w:val="center"/>
        </w:trPr>
        <w:tc>
          <w:tcPr>
            <w:tcW w:w="720" w:type="dxa"/>
          </w:tcPr>
          <w:p w14:paraId="48C91A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135</w:t>
            </w:r>
          </w:p>
        </w:tc>
        <w:tc>
          <w:tcPr>
            <w:tcW w:w="1296" w:type="dxa"/>
          </w:tcPr>
          <w:p w14:paraId="661C462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 – 12 mėn.</w:t>
            </w:r>
          </w:p>
        </w:tc>
        <w:tc>
          <w:tcPr>
            <w:tcW w:w="1296" w:type="dxa"/>
          </w:tcPr>
          <w:p w14:paraId="65BB3601" w14:textId="77777777" w:rsidR="004312E2" w:rsidRPr="00653E1B" w:rsidRDefault="004312E2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4608" w:type="dxa"/>
          </w:tcPr>
          <w:p w14:paraId="5A13B24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Nacionalinio intelektinio žaidimo „Auksinis protas“ gyvi turnyrai Šilalėje.</w:t>
            </w:r>
          </w:p>
        </w:tc>
        <w:tc>
          <w:tcPr>
            <w:tcW w:w="2930" w:type="dxa"/>
          </w:tcPr>
          <w:p w14:paraId="40AB5F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Restoranas „Meldai“</w:t>
            </w:r>
          </w:p>
        </w:tc>
        <w:tc>
          <w:tcPr>
            <w:tcW w:w="4270" w:type="dxa"/>
          </w:tcPr>
          <w:p w14:paraId="098B0267" w14:textId="72DCC0E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Rima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norvilienė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127BB7F7" w14:textId="77777777" w:rsidTr="00653E1B">
        <w:trPr>
          <w:jc w:val="center"/>
        </w:trPr>
        <w:tc>
          <w:tcPr>
            <w:tcW w:w="720" w:type="dxa"/>
          </w:tcPr>
          <w:p w14:paraId="3FE0DA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136</w:t>
            </w:r>
          </w:p>
        </w:tc>
        <w:tc>
          <w:tcPr>
            <w:tcW w:w="1296" w:type="dxa"/>
          </w:tcPr>
          <w:p w14:paraId="3019A61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2026-09-18</w:t>
            </w:r>
          </w:p>
        </w:tc>
        <w:tc>
          <w:tcPr>
            <w:tcW w:w="1296" w:type="dxa"/>
          </w:tcPr>
          <w:p w14:paraId="6304E4B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DC73B1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„Sukasi metų ratas“ susitikimas-edukacija su rašytoju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Selemonu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Paltanavičiumi bei knygos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iliustratore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Valužiene</w:t>
            </w:r>
            <w:proofErr w:type="spellEnd"/>
          </w:p>
        </w:tc>
        <w:tc>
          <w:tcPr>
            <w:tcW w:w="2930" w:type="dxa"/>
          </w:tcPr>
          <w:p w14:paraId="6F31B4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60F7837A" w14:textId="6729443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+3706159 478; vaiku.sk@silalesbiblioteka.lt</w:t>
            </w:r>
          </w:p>
        </w:tc>
      </w:tr>
      <w:tr w:rsidR="004312E2" w:rsidRPr="00653E1B" w14:paraId="00BF3601" w14:textId="77777777" w:rsidTr="00653E1B">
        <w:trPr>
          <w:jc w:val="center"/>
        </w:trPr>
        <w:tc>
          <w:tcPr>
            <w:tcW w:w="720" w:type="dxa"/>
          </w:tcPr>
          <w:p w14:paraId="2F4D2DA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137</w:t>
            </w:r>
          </w:p>
        </w:tc>
        <w:tc>
          <w:tcPr>
            <w:tcW w:w="1296" w:type="dxa"/>
          </w:tcPr>
          <w:p w14:paraId="3EDC94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2026-09-24</w:t>
            </w:r>
          </w:p>
        </w:tc>
        <w:tc>
          <w:tcPr>
            <w:tcW w:w="1296" w:type="dxa"/>
          </w:tcPr>
          <w:p w14:paraId="2F45DE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266882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Pažintinė popietė su biblioteka ir edukacinės – kūrybinės dirbtuvėlės pagal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Lorenz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Pauli,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Kathrin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Schärer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knygą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Piplioteka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??? Lapė bibliotekoje“</w:t>
            </w:r>
          </w:p>
        </w:tc>
        <w:tc>
          <w:tcPr>
            <w:tcW w:w="2930" w:type="dxa"/>
          </w:tcPr>
          <w:p w14:paraId="125A4D7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2D5A6AC8" w14:textId="3047DE9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+37061595478; vaiku.sk@silalesbiblioteka.lt</w:t>
            </w:r>
          </w:p>
        </w:tc>
      </w:tr>
      <w:tr w:rsidR="004312E2" w:rsidRPr="00653E1B" w14:paraId="2B6A1894" w14:textId="77777777" w:rsidTr="00653E1B">
        <w:trPr>
          <w:jc w:val="center"/>
        </w:trPr>
        <w:tc>
          <w:tcPr>
            <w:tcW w:w="720" w:type="dxa"/>
          </w:tcPr>
          <w:p w14:paraId="4287727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138</w:t>
            </w:r>
          </w:p>
        </w:tc>
        <w:tc>
          <w:tcPr>
            <w:tcW w:w="1296" w:type="dxa"/>
          </w:tcPr>
          <w:p w14:paraId="613E4E1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 – 10-31</w:t>
            </w:r>
          </w:p>
        </w:tc>
        <w:tc>
          <w:tcPr>
            <w:tcW w:w="1296" w:type="dxa"/>
          </w:tcPr>
          <w:p w14:paraId="2E46A3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9.00 – 18.00</w:t>
            </w:r>
          </w:p>
        </w:tc>
        <w:tc>
          <w:tcPr>
            <w:tcW w:w="4608" w:type="dxa"/>
          </w:tcPr>
          <w:p w14:paraId="66E8C8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Paroda – interaktyvi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diorama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„Maironio namai – pasauliui“.</w:t>
            </w:r>
          </w:p>
        </w:tc>
        <w:tc>
          <w:tcPr>
            <w:tcW w:w="2930" w:type="dxa"/>
          </w:tcPr>
          <w:p w14:paraId="0B5D5CE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Viešosios bibliotekos Skaitytojų aptarnavimo skyriaus Abonementas</w:t>
            </w:r>
          </w:p>
        </w:tc>
        <w:tc>
          <w:tcPr>
            <w:tcW w:w="4270" w:type="dxa"/>
          </w:tcPr>
          <w:p w14:paraId="17C2E8CF" w14:textId="7735400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Rūta Vaitkevičienė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Pr="00653E1B">
              <w:rPr>
                <w:rFonts w:ascii="Times New Roman" w:hAnsi="Times New Roman" w:cs="Times New Roman"/>
                <w:lang w:val="lt-LT"/>
              </w:rPr>
              <w:t>0449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74189,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Pr="00653E1B">
              <w:rPr>
                <w:rFonts w:ascii="Times New Roman" w:hAnsi="Times New Roman" w:cs="Times New Roman"/>
                <w:lang w:val="lt-LT"/>
              </w:rPr>
              <w:t>0449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74301,;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rūta.vaitkevičienė@silalesbiblioteka.lt</w:t>
            </w:r>
            <w:proofErr w:type="spellEnd"/>
          </w:p>
        </w:tc>
      </w:tr>
      <w:tr w:rsidR="004312E2" w:rsidRPr="00C53D73" w14:paraId="372C6946" w14:textId="77777777" w:rsidTr="00653E1B">
        <w:trPr>
          <w:jc w:val="center"/>
        </w:trPr>
        <w:tc>
          <w:tcPr>
            <w:tcW w:w="720" w:type="dxa"/>
          </w:tcPr>
          <w:p w14:paraId="203DB5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139</w:t>
            </w:r>
          </w:p>
        </w:tc>
        <w:tc>
          <w:tcPr>
            <w:tcW w:w="1296" w:type="dxa"/>
          </w:tcPr>
          <w:p w14:paraId="7A5FC0D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2026-10-01-2026-10-28</w:t>
            </w:r>
          </w:p>
        </w:tc>
        <w:tc>
          <w:tcPr>
            <w:tcW w:w="1296" w:type="dxa"/>
          </w:tcPr>
          <w:p w14:paraId="467557A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1EB0D5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„Neribota fantazija“ Šilalės Dariaus ir Girėno progimnazijos 6 kl. mokinių piešinių paroda (mok. I. Venckienė)</w:t>
            </w:r>
          </w:p>
        </w:tc>
        <w:tc>
          <w:tcPr>
            <w:tcW w:w="2930" w:type="dxa"/>
          </w:tcPr>
          <w:p w14:paraId="0103E03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0CBC844E" w14:textId="04DEC14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J. Basanavičiaus 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 </w:t>
            </w:r>
            <w:r w:rsidR="00C350A7">
              <w:rPr>
                <w:rFonts w:ascii="Times New Roman" w:hAnsi="Times New Roman" w:cs="Times New Roman"/>
                <w:lang w:val="lt-LT"/>
              </w:rPr>
              <w:t>(0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>;</w:t>
            </w:r>
            <w:r w:rsidR="00C350A7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</w:t>
            </w:r>
            <w:r w:rsidR="00C350A7">
              <w:t xml:space="preserve"> </w:t>
            </w:r>
            <w:r w:rsidR="00C350A7" w:rsidRPr="00C350A7">
              <w:rPr>
                <w:rFonts w:ascii="Times New Roman" w:hAnsi="Times New Roman" w:cs="Times New Roman"/>
                <w:lang w:val="lt-LT"/>
              </w:rPr>
              <w:t>+37061595478;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abonementas.silale@gmail.com</w:t>
            </w:r>
          </w:p>
        </w:tc>
      </w:tr>
      <w:tr w:rsidR="004312E2" w:rsidRPr="00653E1B" w14:paraId="0A154DB8" w14:textId="77777777" w:rsidTr="00653E1B">
        <w:trPr>
          <w:jc w:val="center"/>
        </w:trPr>
        <w:tc>
          <w:tcPr>
            <w:tcW w:w="720" w:type="dxa"/>
          </w:tcPr>
          <w:p w14:paraId="3DCF659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140</w:t>
            </w:r>
          </w:p>
        </w:tc>
        <w:tc>
          <w:tcPr>
            <w:tcW w:w="1296" w:type="dxa"/>
          </w:tcPr>
          <w:p w14:paraId="5879AB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</w:t>
            </w:r>
          </w:p>
        </w:tc>
        <w:tc>
          <w:tcPr>
            <w:tcW w:w="1296" w:type="dxa"/>
          </w:tcPr>
          <w:p w14:paraId="4EC4600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5EA600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,,Vaistažolių arbatėlė ir kiti močiutės patarimai“</w:t>
            </w:r>
          </w:p>
        </w:tc>
        <w:tc>
          <w:tcPr>
            <w:tcW w:w="2930" w:type="dxa"/>
          </w:tcPr>
          <w:p w14:paraId="2170310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Pajūralio biblioteka</w:t>
            </w:r>
          </w:p>
        </w:tc>
        <w:tc>
          <w:tcPr>
            <w:tcW w:w="4270" w:type="dxa"/>
          </w:tcPr>
          <w:p w14:paraId="6815095E" w14:textId="4F89F99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Stasė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Pudžemienė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Liubarto g. 2, Kvėdarnos sen., Pajūralio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+37061409234, stase.pudzemiene@silalesbiblioteka.lt</w:t>
            </w:r>
          </w:p>
        </w:tc>
      </w:tr>
      <w:tr w:rsidR="004312E2" w:rsidRPr="00653E1B" w14:paraId="055D5928" w14:textId="77777777" w:rsidTr="00653E1B">
        <w:trPr>
          <w:jc w:val="center"/>
        </w:trPr>
        <w:tc>
          <w:tcPr>
            <w:tcW w:w="720" w:type="dxa"/>
          </w:tcPr>
          <w:p w14:paraId="6E5334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141</w:t>
            </w:r>
          </w:p>
        </w:tc>
        <w:tc>
          <w:tcPr>
            <w:tcW w:w="1296" w:type="dxa"/>
          </w:tcPr>
          <w:p w14:paraId="092170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</w:t>
            </w:r>
          </w:p>
        </w:tc>
        <w:tc>
          <w:tcPr>
            <w:tcW w:w="1296" w:type="dxa"/>
          </w:tcPr>
          <w:p w14:paraId="62E34F8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456EDBE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Rankdarbių parodos pristatymas „Laiko skrynios paslaptys‘‘</w:t>
            </w:r>
          </w:p>
        </w:tc>
        <w:tc>
          <w:tcPr>
            <w:tcW w:w="2930" w:type="dxa"/>
          </w:tcPr>
          <w:p w14:paraId="48F678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26FC821" w14:textId="08B15AD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C53D73" w14:paraId="1D8CA12D" w14:textId="77777777" w:rsidTr="00653E1B">
        <w:trPr>
          <w:jc w:val="center"/>
        </w:trPr>
        <w:tc>
          <w:tcPr>
            <w:tcW w:w="720" w:type="dxa"/>
          </w:tcPr>
          <w:p w14:paraId="69320B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142</w:t>
            </w:r>
          </w:p>
        </w:tc>
        <w:tc>
          <w:tcPr>
            <w:tcW w:w="1296" w:type="dxa"/>
          </w:tcPr>
          <w:p w14:paraId="3FF8C14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2026-10-01</w:t>
            </w:r>
          </w:p>
        </w:tc>
        <w:tc>
          <w:tcPr>
            <w:tcW w:w="1296" w:type="dxa"/>
          </w:tcPr>
          <w:p w14:paraId="451A96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280EAB6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,,Nuo grūdo iki duonos kepaliuko‘‘</w:t>
            </w:r>
          </w:p>
        </w:tc>
        <w:tc>
          <w:tcPr>
            <w:tcW w:w="2930" w:type="dxa"/>
          </w:tcPr>
          <w:p w14:paraId="55D2D59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45860F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C53D73" w14:paraId="431316BB" w14:textId="77777777" w:rsidTr="00653E1B">
        <w:trPr>
          <w:jc w:val="center"/>
        </w:trPr>
        <w:tc>
          <w:tcPr>
            <w:tcW w:w="720" w:type="dxa"/>
          </w:tcPr>
          <w:p w14:paraId="370FEC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143</w:t>
            </w:r>
          </w:p>
        </w:tc>
        <w:tc>
          <w:tcPr>
            <w:tcW w:w="1296" w:type="dxa"/>
          </w:tcPr>
          <w:p w14:paraId="78F969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2026-10-02</w:t>
            </w:r>
          </w:p>
        </w:tc>
        <w:tc>
          <w:tcPr>
            <w:tcW w:w="1296" w:type="dxa"/>
          </w:tcPr>
          <w:p w14:paraId="136242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BA1F8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„Kas gera – prisiminkime, kas bloga – tegul išblės“</w:t>
            </w:r>
          </w:p>
        </w:tc>
        <w:tc>
          <w:tcPr>
            <w:tcW w:w="2930" w:type="dxa"/>
          </w:tcPr>
          <w:p w14:paraId="4FB87F7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74001ADA" w14:textId="35EF116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  mob</w:t>
            </w:r>
            <w:r w:rsidRPr="00653E1B">
              <w:rPr>
                <w:rFonts w:ascii="Times New Roman" w:hAnsi="Times New Roman" w:cs="Times New Roman"/>
                <w:lang w:val="lt-LT"/>
              </w:rPr>
              <w:t>.+37061817924,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274A72ED" w14:textId="77777777" w:rsidTr="00653E1B">
        <w:trPr>
          <w:jc w:val="center"/>
        </w:trPr>
        <w:tc>
          <w:tcPr>
            <w:tcW w:w="720" w:type="dxa"/>
          </w:tcPr>
          <w:p w14:paraId="4E5BCF6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144</w:t>
            </w:r>
          </w:p>
        </w:tc>
        <w:tc>
          <w:tcPr>
            <w:tcW w:w="1296" w:type="dxa"/>
          </w:tcPr>
          <w:p w14:paraId="332FDF6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2026-10-07</w:t>
            </w:r>
          </w:p>
        </w:tc>
        <w:tc>
          <w:tcPr>
            <w:tcW w:w="1296" w:type="dxa"/>
          </w:tcPr>
          <w:p w14:paraId="4E9B705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C3119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,,Gėlių vazonų dekoravimas“</w:t>
            </w:r>
          </w:p>
        </w:tc>
        <w:tc>
          <w:tcPr>
            <w:tcW w:w="2930" w:type="dxa"/>
          </w:tcPr>
          <w:p w14:paraId="42AD80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5277F47" w14:textId="5ADD4A7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Salomėja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Aurilienė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Trako g. 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Traksėdžio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 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+37061819168,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salomeja.auriliene@silalesbiblioteka.lt</w:t>
            </w:r>
          </w:p>
        </w:tc>
      </w:tr>
      <w:tr w:rsidR="004312E2" w:rsidRPr="00C53D73" w14:paraId="08E824F9" w14:textId="77777777" w:rsidTr="00653E1B">
        <w:trPr>
          <w:jc w:val="center"/>
        </w:trPr>
        <w:tc>
          <w:tcPr>
            <w:tcW w:w="720" w:type="dxa"/>
          </w:tcPr>
          <w:p w14:paraId="6E27C7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145</w:t>
            </w:r>
          </w:p>
        </w:tc>
        <w:tc>
          <w:tcPr>
            <w:tcW w:w="1296" w:type="dxa"/>
          </w:tcPr>
          <w:p w14:paraId="0719F4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2026-10-09-2026-11-26</w:t>
            </w:r>
          </w:p>
        </w:tc>
        <w:tc>
          <w:tcPr>
            <w:tcW w:w="1296" w:type="dxa"/>
          </w:tcPr>
          <w:p w14:paraId="09CFD3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04E451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”Viršvalandžiai pakalnučių metuose“, skirta J. Ivanauskaitės 65 gimimo metinėms</w:t>
            </w:r>
          </w:p>
        </w:tc>
        <w:tc>
          <w:tcPr>
            <w:tcW w:w="2930" w:type="dxa"/>
          </w:tcPr>
          <w:p w14:paraId="46209F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6CA4CA0C" w14:textId="4964196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0698B938" w14:textId="77777777" w:rsidTr="00653E1B">
        <w:trPr>
          <w:jc w:val="center"/>
        </w:trPr>
        <w:tc>
          <w:tcPr>
            <w:tcW w:w="720" w:type="dxa"/>
          </w:tcPr>
          <w:p w14:paraId="4CDF2C9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146</w:t>
            </w:r>
          </w:p>
        </w:tc>
        <w:tc>
          <w:tcPr>
            <w:tcW w:w="1296" w:type="dxa"/>
          </w:tcPr>
          <w:p w14:paraId="28BF59C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2026-10-09-2026-10-28</w:t>
            </w:r>
          </w:p>
        </w:tc>
        <w:tc>
          <w:tcPr>
            <w:tcW w:w="1296" w:type="dxa"/>
          </w:tcPr>
          <w:p w14:paraId="4FE4F45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1D7EE3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„Faktai ir šypsenos“, skirta A. Čekuolio 95 gimimo metinėms</w:t>
            </w:r>
          </w:p>
        </w:tc>
        <w:tc>
          <w:tcPr>
            <w:tcW w:w="2930" w:type="dxa"/>
          </w:tcPr>
          <w:p w14:paraId="27E033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5F2AC371" w14:textId="6F46C45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0E7EF71F" w14:textId="77777777" w:rsidTr="00653E1B">
        <w:trPr>
          <w:jc w:val="center"/>
        </w:trPr>
        <w:tc>
          <w:tcPr>
            <w:tcW w:w="720" w:type="dxa"/>
          </w:tcPr>
          <w:p w14:paraId="2C0653C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147</w:t>
            </w:r>
          </w:p>
        </w:tc>
        <w:tc>
          <w:tcPr>
            <w:tcW w:w="1296" w:type="dxa"/>
          </w:tcPr>
          <w:p w14:paraId="09C939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2026-10-14</w:t>
            </w:r>
          </w:p>
        </w:tc>
        <w:tc>
          <w:tcPr>
            <w:tcW w:w="1296" w:type="dxa"/>
          </w:tcPr>
          <w:p w14:paraId="07C05F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7A1FEE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„Knygų kelias: skaitytojas - knyga -  biblioteka“ geriausių šių metų skaitytojų apdovanojimų šventė su rašytoju Virgiu Šidlausku</w:t>
            </w:r>
          </w:p>
        </w:tc>
        <w:tc>
          <w:tcPr>
            <w:tcW w:w="2930" w:type="dxa"/>
          </w:tcPr>
          <w:p w14:paraId="360FC17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157D99B8" w14:textId="17E7D89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Henrika Jokubauskienė;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>mob.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+37061595478; vaiku.sk@silalesbiblioteka.lt</w:t>
            </w:r>
          </w:p>
        </w:tc>
      </w:tr>
      <w:tr w:rsidR="004312E2" w:rsidRPr="00C53D73" w14:paraId="460A63CE" w14:textId="77777777" w:rsidTr="00653E1B">
        <w:trPr>
          <w:jc w:val="center"/>
        </w:trPr>
        <w:tc>
          <w:tcPr>
            <w:tcW w:w="720" w:type="dxa"/>
          </w:tcPr>
          <w:p w14:paraId="37DB1A7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148</w:t>
            </w:r>
          </w:p>
        </w:tc>
        <w:tc>
          <w:tcPr>
            <w:tcW w:w="1296" w:type="dxa"/>
          </w:tcPr>
          <w:p w14:paraId="6B93BF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2026-10-15</w:t>
            </w:r>
          </w:p>
        </w:tc>
        <w:tc>
          <w:tcPr>
            <w:tcW w:w="1296" w:type="dxa"/>
          </w:tcPr>
          <w:p w14:paraId="1E2DCF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5E7B789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„Kasdienės  kūrybos žiedai“</w:t>
            </w:r>
          </w:p>
        </w:tc>
        <w:tc>
          <w:tcPr>
            <w:tcW w:w="2930" w:type="dxa"/>
          </w:tcPr>
          <w:p w14:paraId="41CF0E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3F5BF673" w14:textId="43A9BAF3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Jolanta Venckienė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465D4F99" w14:textId="77777777" w:rsidTr="00653E1B">
        <w:trPr>
          <w:jc w:val="center"/>
        </w:trPr>
        <w:tc>
          <w:tcPr>
            <w:tcW w:w="720" w:type="dxa"/>
          </w:tcPr>
          <w:p w14:paraId="17A3C1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149</w:t>
            </w:r>
          </w:p>
        </w:tc>
        <w:tc>
          <w:tcPr>
            <w:tcW w:w="1296" w:type="dxa"/>
          </w:tcPr>
          <w:p w14:paraId="003DB30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2026-10-15</w:t>
            </w:r>
          </w:p>
        </w:tc>
        <w:tc>
          <w:tcPr>
            <w:tcW w:w="1296" w:type="dxa"/>
          </w:tcPr>
          <w:p w14:paraId="5A08D2E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1F8FC1D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"Dūžtančios formos", Aldonos Ruseckaitės knygos pristatymas</w:t>
            </w:r>
          </w:p>
        </w:tc>
        <w:tc>
          <w:tcPr>
            <w:tcW w:w="2930" w:type="dxa"/>
          </w:tcPr>
          <w:p w14:paraId="690BEF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09EC3942" w14:textId="7EC9C3E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C53D73" w14:paraId="08C19DB2" w14:textId="77777777" w:rsidTr="00653E1B">
        <w:trPr>
          <w:jc w:val="center"/>
        </w:trPr>
        <w:tc>
          <w:tcPr>
            <w:tcW w:w="720" w:type="dxa"/>
          </w:tcPr>
          <w:p w14:paraId="04C38A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150</w:t>
            </w:r>
          </w:p>
        </w:tc>
        <w:tc>
          <w:tcPr>
            <w:tcW w:w="1296" w:type="dxa"/>
          </w:tcPr>
          <w:p w14:paraId="5CA097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2026-10-21</w:t>
            </w:r>
          </w:p>
        </w:tc>
        <w:tc>
          <w:tcPr>
            <w:tcW w:w="1296" w:type="dxa"/>
          </w:tcPr>
          <w:p w14:paraId="17DB826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5B25BAE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„Obuolio diena“. Skirta Pasaulinei obuolio dienai.</w:t>
            </w:r>
          </w:p>
        </w:tc>
        <w:tc>
          <w:tcPr>
            <w:tcW w:w="2930" w:type="dxa"/>
          </w:tcPr>
          <w:p w14:paraId="517FE67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32B94610" w14:textId="05892B8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 mob.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C53D73" w14:paraId="74DF147B" w14:textId="77777777" w:rsidTr="00653E1B">
        <w:trPr>
          <w:jc w:val="center"/>
        </w:trPr>
        <w:tc>
          <w:tcPr>
            <w:tcW w:w="720" w:type="dxa"/>
          </w:tcPr>
          <w:p w14:paraId="06CB6CE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151</w:t>
            </w:r>
          </w:p>
        </w:tc>
        <w:tc>
          <w:tcPr>
            <w:tcW w:w="1296" w:type="dxa"/>
          </w:tcPr>
          <w:p w14:paraId="451D154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2026-10-22</w:t>
            </w:r>
          </w:p>
        </w:tc>
        <w:tc>
          <w:tcPr>
            <w:tcW w:w="1296" w:type="dxa"/>
          </w:tcPr>
          <w:p w14:paraId="07C65CA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13.00–15.00</w:t>
            </w:r>
          </w:p>
        </w:tc>
        <w:tc>
          <w:tcPr>
            <w:tcW w:w="4608" w:type="dxa"/>
          </w:tcPr>
          <w:p w14:paraId="5FDE137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Praktiniai mokymai „Skaitmeninė knygos reklama: sukurk savo versiją su išmaniomis priemonėmis“, skirta Pasaulinei informacinių technologijų plėtros dienai.</w:t>
            </w:r>
          </w:p>
        </w:tc>
        <w:tc>
          <w:tcPr>
            <w:tcW w:w="2930" w:type="dxa"/>
          </w:tcPr>
          <w:p w14:paraId="659CB1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4753CCA8" w14:textId="00CB8E26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C53D73" w14:paraId="6C5B1A5B" w14:textId="77777777" w:rsidTr="00653E1B">
        <w:trPr>
          <w:jc w:val="center"/>
        </w:trPr>
        <w:tc>
          <w:tcPr>
            <w:tcW w:w="720" w:type="dxa"/>
          </w:tcPr>
          <w:p w14:paraId="2D21AF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152</w:t>
            </w:r>
          </w:p>
        </w:tc>
        <w:tc>
          <w:tcPr>
            <w:tcW w:w="1296" w:type="dxa"/>
          </w:tcPr>
          <w:p w14:paraId="005726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2026-10-23-2026-11-23</w:t>
            </w:r>
          </w:p>
        </w:tc>
        <w:tc>
          <w:tcPr>
            <w:tcW w:w="1296" w:type="dxa"/>
          </w:tcPr>
          <w:p w14:paraId="2A5DBA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8D2CCB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„Jei nereikėtų skubėti!“ dokumentų paroda, skirta poetės, dramaturgės Ramutės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Skučaitės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95-osioms gimimo metinėms paminėti</w:t>
            </w:r>
          </w:p>
        </w:tc>
        <w:tc>
          <w:tcPr>
            <w:tcW w:w="2930" w:type="dxa"/>
          </w:tcPr>
          <w:p w14:paraId="7A03823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73A71846" w14:textId="0F4C28B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Henrika Jokubauskienė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926DD1">
              <w:rPr>
                <w:rFonts w:ascii="Times New Roman" w:hAnsi="Times New Roman" w:cs="Times New Roman"/>
                <w:lang w:val="lt-LT"/>
              </w:rPr>
              <w:lastRenderedPageBreak/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35CA8C1E" w14:textId="77777777" w:rsidTr="00653E1B">
        <w:trPr>
          <w:jc w:val="center"/>
        </w:trPr>
        <w:tc>
          <w:tcPr>
            <w:tcW w:w="720" w:type="dxa"/>
          </w:tcPr>
          <w:p w14:paraId="7E0F08A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153</w:t>
            </w:r>
          </w:p>
        </w:tc>
        <w:tc>
          <w:tcPr>
            <w:tcW w:w="1296" w:type="dxa"/>
          </w:tcPr>
          <w:p w14:paraId="21CC92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2026.10.28</w:t>
            </w:r>
          </w:p>
        </w:tc>
        <w:tc>
          <w:tcPr>
            <w:tcW w:w="1296" w:type="dxa"/>
          </w:tcPr>
          <w:p w14:paraId="402917C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0382A59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„Mažiau yra daugiau“, Paskaita, skirta Vėlinėms, kapų puošimo tendencijos</w:t>
            </w:r>
          </w:p>
        </w:tc>
        <w:tc>
          <w:tcPr>
            <w:tcW w:w="2930" w:type="dxa"/>
          </w:tcPr>
          <w:p w14:paraId="4618038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Upynos biblioteka</w:t>
            </w:r>
          </w:p>
        </w:tc>
        <w:tc>
          <w:tcPr>
            <w:tcW w:w="4270" w:type="dxa"/>
          </w:tcPr>
          <w:p w14:paraId="79F71372" w14:textId="77777777" w:rsidR="00926DD1" w:rsidRDefault="00926DD1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Giedrė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Leškienė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  <w:p w14:paraId="224B1753" w14:textId="233514F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Nepriklausomybės g. 18, Upynos sen., Upynos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+37061828647</w:t>
            </w:r>
            <w:r w:rsidR="00926DD1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giedre.leskiene@silalesbiblioteka.lt</w:t>
            </w:r>
          </w:p>
        </w:tc>
      </w:tr>
      <w:tr w:rsidR="004312E2" w:rsidRPr="00C53D73" w14:paraId="2125D5C6" w14:textId="77777777" w:rsidTr="00653E1B">
        <w:trPr>
          <w:jc w:val="center"/>
        </w:trPr>
        <w:tc>
          <w:tcPr>
            <w:tcW w:w="720" w:type="dxa"/>
          </w:tcPr>
          <w:p w14:paraId="366E20E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154</w:t>
            </w:r>
          </w:p>
        </w:tc>
        <w:tc>
          <w:tcPr>
            <w:tcW w:w="1296" w:type="dxa"/>
          </w:tcPr>
          <w:p w14:paraId="39F04A9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2026-11-05-2026-11-30</w:t>
            </w:r>
          </w:p>
        </w:tc>
        <w:tc>
          <w:tcPr>
            <w:tcW w:w="1296" w:type="dxa"/>
          </w:tcPr>
          <w:p w14:paraId="526AE13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694FE58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„Rudens spalvų kelionė“ Šilalės meno mokyklos mokinių piešinių paroda (mok. S. Dargienė)</w:t>
            </w:r>
          </w:p>
        </w:tc>
        <w:tc>
          <w:tcPr>
            <w:tcW w:w="2930" w:type="dxa"/>
          </w:tcPr>
          <w:p w14:paraId="3926773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13B851C6" w14:textId="1D2C173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3EC57954" w14:textId="77777777" w:rsidTr="00653E1B">
        <w:trPr>
          <w:jc w:val="center"/>
        </w:trPr>
        <w:tc>
          <w:tcPr>
            <w:tcW w:w="720" w:type="dxa"/>
          </w:tcPr>
          <w:p w14:paraId="4386D34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155</w:t>
            </w:r>
          </w:p>
        </w:tc>
        <w:tc>
          <w:tcPr>
            <w:tcW w:w="1296" w:type="dxa"/>
          </w:tcPr>
          <w:p w14:paraId="266486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2026-11-06</w:t>
            </w:r>
          </w:p>
        </w:tc>
        <w:tc>
          <w:tcPr>
            <w:tcW w:w="1296" w:type="dxa"/>
          </w:tcPr>
          <w:p w14:paraId="7996A2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22F730B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Dokumentinio filmo peržiūra ir aptarimas „Prezidento vienatvė“</w:t>
            </w:r>
          </w:p>
        </w:tc>
        <w:tc>
          <w:tcPr>
            <w:tcW w:w="2930" w:type="dxa"/>
          </w:tcPr>
          <w:p w14:paraId="00153C9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49C251B5" w14:textId="63C583E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C53D73" w14:paraId="5CDFBA80" w14:textId="77777777" w:rsidTr="00653E1B">
        <w:trPr>
          <w:jc w:val="center"/>
        </w:trPr>
        <w:tc>
          <w:tcPr>
            <w:tcW w:w="720" w:type="dxa"/>
          </w:tcPr>
          <w:p w14:paraId="38CC543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156</w:t>
            </w:r>
          </w:p>
        </w:tc>
        <w:tc>
          <w:tcPr>
            <w:tcW w:w="1296" w:type="dxa"/>
          </w:tcPr>
          <w:p w14:paraId="11C6E35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2026-11-06</w:t>
            </w:r>
          </w:p>
        </w:tc>
        <w:tc>
          <w:tcPr>
            <w:tcW w:w="1296" w:type="dxa"/>
          </w:tcPr>
          <w:p w14:paraId="160C975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7C178F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„Draugystės su gyvūnais laboratorija“</w:t>
            </w:r>
          </w:p>
        </w:tc>
        <w:tc>
          <w:tcPr>
            <w:tcW w:w="2930" w:type="dxa"/>
          </w:tcPr>
          <w:p w14:paraId="2EFA03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4864C4D3" w14:textId="7B78A4F4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C53D73" w14:paraId="3FF7865D" w14:textId="77777777" w:rsidTr="00653E1B">
        <w:trPr>
          <w:jc w:val="center"/>
        </w:trPr>
        <w:tc>
          <w:tcPr>
            <w:tcW w:w="720" w:type="dxa"/>
          </w:tcPr>
          <w:p w14:paraId="0E02B7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157</w:t>
            </w:r>
          </w:p>
        </w:tc>
        <w:tc>
          <w:tcPr>
            <w:tcW w:w="1296" w:type="dxa"/>
          </w:tcPr>
          <w:p w14:paraId="193D5B5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2026-11-06</w:t>
            </w:r>
          </w:p>
        </w:tc>
        <w:tc>
          <w:tcPr>
            <w:tcW w:w="1296" w:type="dxa"/>
          </w:tcPr>
          <w:p w14:paraId="61E69FF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794259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„Paslaptingasis Šiaurės vėjas“</w:t>
            </w:r>
          </w:p>
        </w:tc>
        <w:tc>
          <w:tcPr>
            <w:tcW w:w="2930" w:type="dxa"/>
          </w:tcPr>
          <w:p w14:paraId="39720D2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676F9D6F" w14:textId="355C08B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C53D73" w14:paraId="7B50DE9E" w14:textId="77777777" w:rsidTr="00653E1B">
        <w:trPr>
          <w:jc w:val="center"/>
        </w:trPr>
        <w:tc>
          <w:tcPr>
            <w:tcW w:w="720" w:type="dxa"/>
          </w:tcPr>
          <w:p w14:paraId="15EA6BD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158</w:t>
            </w:r>
          </w:p>
        </w:tc>
        <w:tc>
          <w:tcPr>
            <w:tcW w:w="1296" w:type="dxa"/>
          </w:tcPr>
          <w:p w14:paraId="5D38BB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2026-11-11</w:t>
            </w:r>
          </w:p>
        </w:tc>
        <w:tc>
          <w:tcPr>
            <w:tcW w:w="1296" w:type="dxa"/>
          </w:tcPr>
          <w:p w14:paraId="646EA8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9.00 ir 19.00</w:t>
            </w:r>
          </w:p>
        </w:tc>
        <w:tc>
          <w:tcPr>
            <w:tcW w:w="4608" w:type="dxa"/>
          </w:tcPr>
          <w:p w14:paraId="044961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„Auštant“ ir „Sutemų valanda“, skirta Šiaurės šalių literatūros savaitei“</w:t>
            </w:r>
          </w:p>
        </w:tc>
        <w:tc>
          <w:tcPr>
            <w:tcW w:w="2930" w:type="dxa"/>
          </w:tcPr>
          <w:p w14:paraId="0E3D43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F4F2B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653E1B" w14:paraId="27C38F04" w14:textId="77777777" w:rsidTr="00653E1B">
        <w:trPr>
          <w:jc w:val="center"/>
        </w:trPr>
        <w:tc>
          <w:tcPr>
            <w:tcW w:w="720" w:type="dxa"/>
          </w:tcPr>
          <w:p w14:paraId="6879509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159</w:t>
            </w:r>
          </w:p>
        </w:tc>
        <w:tc>
          <w:tcPr>
            <w:tcW w:w="1296" w:type="dxa"/>
          </w:tcPr>
          <w:p w14:paraId="111611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2026-11-17</w:t>
            </w:r>
          </w:p>
        </w:tc>
        <w:tc>
          <w:tcPr>
            <w:tcW w:w="1296" w:type="dxa"/>
          </w:tcPr>
          <w:p w14:paraId="16B8370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34240F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Sensoriniai skaitymai su 2-3 metų vaikais „Pasidalytas meškutės gerumas“</w:t>
            </w:r>
          </w:p>
        </w:tc>
        <w:tc>
          <w:tcPr>
            <w:tcW w:w="2930" w:type="dxa"/>
          </w:tcPr>
          <w:p w14:paraId="666F2ED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5265D5AF" w14:textId="7F2A2CB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+37061595478; vaiku.sk@silalesbiblioteka.lt</w:t>
            </w:r>
          </w:p>
        </w:tc>
      </w:tr>
      <w:tr w:rsidR="004312E2" w:rsidRPr="00C53D73" w14:paraId="33A23BCE" w14:textId="77777777" w:rsidTr="00653E1B">
        <w:trPr>
          <w:jc w:val="center"/>
        </w:trPr>
        <w:tc>
          <w:tcPr>
            <w:tcW w:w="720" w:type="dxa"/>
          </w:tcPr>
          <w:p w14:paraId="14524A4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160</w:t>
            </w:r>
          </w:p>
        </w:tc>
        <w:tc>
          <w:tcPr>
            <w:tcW w:w="1296" w:type="dxa"/>
          </w:tcPr>
          <w:p w14:paraId="33F80D4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2026-11-17</w:t>
            </w:r>
          </w:p>
        </w:tc>
        <w:tc>
          <w:tcPr>
            <w:tcW w:w="1296" w:type="dxa"/>
          </w:tcPr>
          <w:p w14:paraId="4E2289A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13.00–14.00</w:t>
            </w:r>
          </w:p>
        </w:tc>
        <w:tc>
          <w:tcPr>
            <w:tcW w:w="4608" w:type="dxa"/>
          </w:tcPr>
          <w:p w14:paraId="1E07A73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Festivalio „Nepatogus kinas“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bendrakūrystės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projekto NK-DOKU filmo „Nulaužti neapykantą“ peržiūra ir aptarimas, skirta Tarptautinei tolerancijos dienai.</w:t>
            </w:r>
          </w:p>
        </w:tc>
        <w:tc>
          <w:tcPr>
            <w:tcW w:w="2930" w:type="dxa"/>
          </w:tcPr>
          <w:p w14:paraId="26A75AE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7D57FD6D" w14:textId="473C341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-Balčiūnienė, J. Basanavičiaus 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31040CB1" w14:textId="77777777" w:rsidTr="00653E1B">
        <w:trPr>
          <w:jc w:val="center"/>
        </w:trPr>
        <w:tc>
          <w:tcPr>
            <w:tcW w:w="720" w:type="dxa"/>
          </w:tcPr>
          <w:p w14:paraId="71DD15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161</w:t>
            </w:r>
          </w:p>
        </w:tc>
        <w:tc>
          <w:tcPr>
            <w:tcW w:w="1296" w:type="dxa"/>
          </w:tcPr>
          <w:p w14:paraId="498A891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2026-11-18</w:t>
            </w:r>
          </w:p>
        </w:tc>
        <w:tc>
          <w:tcPr>
            <w:tcW w:w="1296" w:type="dxa"/>
          </w:tcPr>
          <w:p w14:paraId="62B97F8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015E784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,,Žiemos pasaka languose“ Karpinių ir langų dekoravimo jais popietė.</w:t>
            </w:r>
          </w:p>
        </w:tc>
        <w:tc>
          <w:tcPr>
            <w:tcW w:w="2930" w:type="dxa"/>
          </w:tcPr>
          <w:p w14:paraId="2037DBA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19F39767" w14:textId="44DF7DC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210F6C68" w14:textId="77777777" w:rsidTr="00653E1B">
        <w:trPr>
          <w:jc w:val="center"/>
        </w:trPr>
        <w:tc>
          <w:tcPr>
            <w:tcW w:w="720" w:type="dxa"/>
          </w:tcPr>
          <w:p w14:paraId="0367C2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162</w:t>
            </w:r>
          </w:p>
        </w:tc>
        <w:tc>
          <w:tcPr>
            <w:tcW w:w="1296" w:type="dxa"/>
          </w:tcPr>
          <w:p w14:paraId="3E96A81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2026-11-18</w:t>
            </w:r>
          </w:p>
        </w:tc>
        <w:tc>
          <w:tcPr>
            <w:tcW w:w="1296" w:type="dxa"/>
          </w:tcPr>
          <w:p w14:paraId="34BAF91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03F3E0F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,,Žiemos pasaka languose“</w:t>
            </w:r>
          </w:p>
        </w:tc>
        <w:tc>
          <w:tcPr>
            <w:tcW w:w="2930" w:type="dxa"/>
          </w:tcPr>
          <w:p w14:paraId="3E0B5C1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54D8ED2B" w14:textId="27A19B88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Tvenkinio g. 4, Laukuvos sen., Laukuvos mstl., 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C53D73" w14:paraId="05B16F03" w14:textId="77777777" w:rsidTr="00653E1B">
        <w:trPr>
          <w:jc w:val="center"/>
        </w:trPr>
        <w:tc>
          <w:tcPr>
            <w:tcW w:w="720" w:type="dxa"/>
          </w:tcPr>
          <w:p w14:paraId="67BE86D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163</w:t>
            </w:r>
          </w:p>
        </w:tc>
        <w:tc>
          <w:tcPr>
            <w:tcW w:w="1296" w:type="dxa"/>
          </w:tcPr>
          <w:p w14:paraId="134763F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2026-11-18</w:t>
            </w:r>
          </w:p>
        </w:tc>
        <w:tc>
          <w:tcPr>
            <w:tcW w:w="1296" w:type="dxa"/>
          </w:tcPr>
          <w:p w14:paraId="34D1976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67A9FA2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„Dvidešimt vakarų“, Ivetos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Skurvydienės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knygos pristatymas</w:t>
            </w:r>
          </w:p>
        </w:tc>
        <w:tc>
          <w:tcPr>
            <w:tcW w:w="2930" w:type="dxa"/>
          </w:tcPr>
          <w:p w14:paraId="7EEE525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7D94825" w14:textId="31966B6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 J. Basanavičiaus 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ob.+37062046719; abonementas.silale@gmail.com</w:t>
            </w:r>
          </w:p>
        </w:tc>
      </w:tr>
      <w:tr w:rsidR="004312E2" w:rsidRPr="00653E1B" w14:paraId="47E145A1" w14:textId="77777777" w:rsidTr="00653E1B">
        <w:trPr>
          <w:jc w:val="center"/>
        </w:trPr>
        <w:tc>
          <w:tcPr>
            <w:tcW w:w="720" w:type="dxa"/>
          </w:tcPr>
          <w:p w14:paraId="02FC89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164</w:t>
            </w:r>
          </w:p>
        </w:tc>
        <w:tc>
          <w:tcPr>
            <w:tcW w:w="1296" w:type="dxa"/>
          </w:tcPr>
          <w:p w14:paraId="2D23869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2026-11-23</w:t>
            </w:r>
          </w:p>
        </w:tc>
        <w:tc>
          <w:tcPr>
            <w:tcW w:w="1296" w:type="dxa"/>
          </w:tcPr>
          <w:p w14:paraId="46EEAC1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D4CD46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,,Žiba Advento žvakutės“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Adventinių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vainikų gaminimo edukacija.</w:t>
            </w:r>
          </w:p>
        </w:tc>
        <w:tc>
          <w:tcPr>
            <w:tcW w:w="2930" w:type="dxa"/>
          </w:tcPr>
          <w:p w14:paraId="177D82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50E124F" w14:textId="693A9BC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Šventupio g. 3, Laukuvos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Šiauduvos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048A896D" w14:textId="77777777" w:rsidTr="00653E1B">
        <w:trPr>
          <w:jc w:val="center"/>
        </w:trPr>
        <w:tc>
          <w:tcPr>
            <w:tcW w:w="720" w:type="dxa"/>
          </w:tcPr>
          <w:p w14:paraId="2838FEA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165</w:t>
            </w:r>
          </w:p>
        </w:tc>
        <w:tc>
          <w:tcPr>
            <w:tcW w:w="1296" w:type="dxa"/>
          </w:tcPr>
          <w:p w14:paraId="2D8E9D0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2026-11-23</w:t>
            </w:r>
          </w:p>
        </w:tc>
        <w:tc>
          <w:tcPr>
            <w:tcW w:w="1296" w:type="dxa"/>
          </w:tcPr>
          <w:p w14:paraId="532B8E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10.00</w:t>
            </w:r>
          </w:p>
        </w:tc>
        <w:tc>
          <w:tcPr>
            <w:tcW w:w="4608" w:type="dxa"/>
          </w:tcPr>
          <w:p w14:paraId="48FF21F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,,Žiba Advento žvakutės“</w:t>
            </w:r>
          </w:p>
        </w:tc>
        <w:tc>
          <w:tcPr>
            <w:tcW w:w="2930" w:type="dxa"/>
          </w:tcPr>
          <w:p w14:paraId="7EC72C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Laukuvos biblioteka</w:t>
            </w:r>
          </w:p>
        </w:tc>
        <w:tc>
          <w:tcPr>
            <w:tcW w:w="4270" w:type="dxa"/>
          </w:tcPr>
          <w:p w14:paraId="3A12F695" w14:textId="786439C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Rugilė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Virbašienė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Tvenkinio g. 4, Laukuvos sen., Laukuvos mstl., 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rugile.virbasiene@silalesbiblioteka.lt</w:t>
            </w:r>
          </w:p>
        </w:tc>
      </w:tr>
      <w:tr w:rsidR="004312E2" w:rsidRPr="00653E1B" w14:paraId="366A395D" w14:textId="77777777" w:rsidTr="00653E1B">
        <w:trPr>
          <w:jc w:val="center"/>
        </w:trPr>
        <w:tc>
          <w:tcPr>
            <w:tcW w:w="720" w:type="dxa"/>
          </w:tcPr>
          <w:p w14:paraId="51C6BF2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166</w:t>
            </w:r>
          </w:p>
        </w:tc>
        <w:tc>
          <w:tcPr>
            <w:tcW w:w="1296" w:type="dxa"/>
          </w:tcPr>
          <w:p w14:paraId="50A07A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2026-11-23</w:t>
            </w:r>
          </w:p>
        </w:tc>
        <w:tc>
          <w:tcPr>
            <w:tcW w:w="1296" w:type="dxa"/>
          </w:tcPr>
          <w:p w14:paraId="3781108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6D64C19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,,Gražiausias ir sakraliausias Advento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vainikas - sukurtas savo rankomis“</w:t>
            </w:r>
          </w:p>
        </w:tc>
        <w:tc>
          <w:tcPr>
            <w:tcW w:w="2930" w:type="dxa"/>
          </w:tcPr>
          <w:p w14:paraId="4D64C6C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E2AAE37" w14:textId="61AE0D6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Asta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Gestautienė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Rungio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2,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asta.gestautiene@silalesbiblioteka.lt</w:t>
            </w:r>
          </w:p>
        </w:tc>
      </w:tr>
      <w:tr w:rsidR="004312E2" w:rsidRPr="00653E1B" w14:paraId="1DF4F5A1" w14:textId="77777777" w:rsidTr="00653E1B">
        <w:trPr>
          <w:jc w:val="center"/>
        </w:trPr>
        <w:tc>
          <w:tcPr>
            <w:tcW w:w="720" w:type="dxa"/>
          </w:tcPr>
          <w:p w14:paraId="2427864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167</w:t>
            </w:r>
          </w:p>
        </w:tc>
        <w:tc>
          <w:tcPr>
            <w:tcW w:w="1296" w:type="dxa"/>
          </w:tcPr>
          <w:p w14:paraId="1B56C49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2026-11-25</w:t>
            </w:r>
          </w:p>
        </w:tc>
        <w:tc>
          <w:tcPr>
            <w:tcW w:w="1296" w:type="dxa"/>
          </w:tcPr>
          <w:p w14:paraId="6AC1495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1427A96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Kūrybinės dirbtuvės ,,Adventas –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ikikalėdinis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laikotarpis.“</w:t>
            </w:r>
          </w:p>
        </w:tc>
        <w:tc>
          <w:tcPr>
            <w:tcW w:w="2930" w:type="dxa"/>
          </w:tcPr>
          <w:p w14:paraId="509ADEF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60685796" w14:textId="486924A5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Lina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Liekienė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, Akmenos g. 4,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Gineikių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="00926DD1">
              <w:rPr>
                <w:rFonts w:ascii="Times New Roman" w:hAnsi="Times New Roman" w:cs="Times New Roman"/>
                <w:lang w:val="lt-LT"/>
              </w:rPr>
              <w:t>sav</w:t>
            </w:r>
            <w:proofErr w:type="spellEnd"/>
            <w:r w:rsidR="00926DD1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lina.liekiene@silalesbiblioteka.lt</w:t>
            </w:r>
          </w:p>
        </w:tc>
      </w:tr>
      <w:tr w:rsidR="004312E2" w:rsidRPr="00653E1B" w14:paraId="4D87C7FE" w14:textId="77777777" w:rsidTr="00653E1B">
        <w:trPr>
          <w:jc w:val="center"/>
        </w:trPr>
        <w:tc>
          <w:tcPr>
            <w:tcW w:w="720" w:type="dxa"/>
          </w:tcPr>
          <w:p w14:paraId="597FD6B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168</w:t>
            </w:r>
          </w:p>
        </w:tc>
        <w:tc>
          <w:tcPr>
            <w:tcW w:w="1296" w:type="dxa"/>
          </w:tcPr>
          <w:p w14:paraId="185BF66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2026-11-29</w:t>
            </w:r>
          </w:p>
        </w:tc>
        <w:tc>
          <w:tcPr>
            <w:tcW w:w="1296" w:type="dxa"/>
          </w:tcPr>
          <w:p w14:paraId="1B09A14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5B7D911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„Žiemos pasakos belaukiant“</w:t>
            </w:r>
          </w:p>
        </w:tc>
        <w:tc>
          <w:tcPr>
            <w:tcW w:w="2930" w:type="dxa"/>
          </w:tcPr>
          <w:p w14:paraId="7B33E6D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Kvėdarnos biblioteka</w:t>
            </w:r>
          </w:p>
        </w:tc>
        <w:tc>
          <w:tcPr>
            <w:tcW w:w="4270" w:type="dxa"/>
          </w:tcPr>
          <w:p w14:paraId="112B8486" w14:textId="7865043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Judita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Vainorienė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Žalioji g. 7, Kvėdarnos sen., Kvėdarnos mstl.,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+37061819627,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judita.vainoriene@silalesbiblioteka.lt</w:t>
            </w:r>
          </w:p>
        </w:tc>
      </w:tr>
      <w:tr w:rsidR="004312E2" w:rsidRPr="00C53D73" w14:paraId="6F7365D9" w14:textId="77777777" w:rsidTr="00653E1B">
        <w:trPr>
          <w:jc w:val="center"/>
        </w:trPr>
        <w:tc>
          <w:tcPr>
            <w:tcW w:w="720" w:type="dxa"/>
          </w:tcPr>
          <w:p w14:paraId="6D1047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169</w:t>
            </w:r>
          </w:p>
        </w:tc>
        <w:tc>
          <w:tcPr>
            <w:tcW w:w="1296" w:type="dxa"/>
          </w:tcPr>
          <w:p w14:paraId="249E2B0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2026-11-30-2027-01-06</w:t>
            </w:r>
          </w:p>
        </w:tc>
        <w:tc>
          <w:tcPr>
            <w:tcW w:w="1296" w:type="dxa"/>
          </w:tcPr>
          <w:p w14:paraId="62E4A87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7920CF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Paroda „Šventės virsmas laiko tėkmėje“, skirta Šv. Kūčių ir Šv. Kalėdų šventėms</w:t>
            </w:r>
          </w:p>
        </w:tc>
        <w:tc>
          <w:tcPr>
            <w:tcW w:w="2930" w:type="dxa"/>
          </w:tcPr>
          <w:p w14:paraId="7AC63B2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21D7D0D6" w14:textId="1A353716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Jolanta Venckienė ,Vilma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J. Basanavičiaus 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>15, Šilalė; tel.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74302; </w:t>
            </w:r>
            <w:r w:rsidR="00926DD1">
              <w:rPr>
                <w:rFonts w:ascii="Times New Roman" w:hAnsi="Times New Roman" w:cs="Times New Roman"/>
                <w:lang w:val="lt-LT"/>
              </w:rPr>
              <w:t>m</w:t>
            </w:r>
            <w:r w:rsidRPr="00653E1B">
              <w:rPr>
                <w:rFonts w:ascii="Times New Roman" w:hAnsi="Times New Roman" w:cs="Times New Roman"/>
                <w:lang w:val="lt-LT"/>
              </w:rPr>
              <w:t>ob.+370</w:t>
            </w:r>
            <w:bookmarkStart w:id="0" w:name="_GoBack"/>
            <w:bookmarkEnd w:id="0"/>
            <w:r w:rsidRPr="00653E1B">
              <w:rPr>
                <w:rFonts w:ascii="Times New Roman" w:hAnsi="Times New Roman" w:cs="Times New Roman"/>
                <w:lang w:val="lt-LT"/>
              </w:rPr>
              <w:t>62046719; abonementas.silale@gmail.com</w:t>
            </w:r>
          </w:p>
        </w:tc>
      </w:tr>
      <w:tr w:rsidR="004312E2" w:rsidRPr="00653E1B" w14:paraId="414A67EE" w14:textId="77777777" w:rsidTr="00653E1B">
        <w:trPr>
          <w:jc w:val="center"/>
        </w:trPr>
        <w:tc>
          <w:tcPr>
            <w:tcW w:w="720" w:type="dxa"/>
          </w:tcPr>
          <w:p w14:paraId="39173A4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170</w:t>
            </w:r>
          </w:p>
        </w:tc>
        <w:tc>
          <w:tcPr>
            <w:tcW w:w="1296" w:type="dxa"/>
          </w:tcPr>
          <w:p w14:paraId="4B24A19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2026-12-01</w:t>
            </w:r>
          </w:p>
        </w:tc>
        <w:tc>
          <w:tcPr>
            <w:tcW w:w="1296" w:type="dxa"/>
          </w:tcPr>
          <w:p w14:paraId="575732B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</w:t>
            </w:r>
          </w:p>
        </w:tc>
        <w:tc>
          <w:tcPr>
            <w:tcW w:w="4608" w:type="dxa"/>
          </w:tcPr>
          <w:p w14:paraId="47412D5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„Širdies pasaka tau“,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rytmetys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skirtas Adventui</w:t>
            </w:r>
          </w:p>
        </w:tc>
        <w:tc>
          <w:tcPr>
            <w:tcW w:w="2930" w:type="dxa"/>
          </w:tcPr>
          <w:p w14:paraId="2A74FF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3FE8B9AF" w14:textId="5E0EBE02" w:rsidR="00926DD1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Henrika Jokubauskienė,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</w:t>
            </w:r>
          </w:p>
          <w:p w14:paraId="769C34BB" w14:textId="619FDA40" w:rsidR="00E7431C" w:rsidRDefault="00E7431C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>
              <w:rPr>
                <w:rFonts w:ascii="Times New Roman" w:hAnsi="Times New Roman" w:cs="Times New Roman"/>
                <w:lang w:val="lt-LT"/>
              </w:rPr>
              <w:t>(0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>
              <w:rPr>
                <w:rFonts w:ascii="Times New Roman" w:hAnsi="Times New Roman" w:cs="Times New Roman"/>
                <w:lang w:val="lt-LT"/>
              </w:rPr>
              <w:t>298</w:t>
            </w:r>
          </w:p>
          <w:p w14:paraId="656A7D00" w14:textId="7A9BA3D2" w:rsidR="004312E2" w:rsidRPr="00653E1B" w:rsidRDefault="00926DD1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 xml:space="preserve"> +37061595478; vaiku.sk@silalesbiblioteka.lt</w:t>
            </w:r>
          </w:p>
        </w:tc>
      </w:tr>
      <w:tr w:rsidR="004312E2" w:rsidRPr="00C53D73" w14:paraId="1D775EFB" w14:textId="77777777" w:rsidTr="00653E1B">
        <w:trPr>
          <w:jc w:val="center"/>
        </w:trPr>
        <w:tc>
          <w:tcPr>
            <w:tcW w:w="720" w:type="dxa"/>
          </w:tcPr>
          <w:p w14:paraId="5E81E3C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171</w:t>
            </w:r>
          </w:p>
        </w:tc>
        <w:tc>
          <w:tcPr>
            <w:tcW w:w="1296" w:type="dxa"/>
          </w:tcPr>
          <w:p w14:paraId="380B82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2026-12-01</w:t>
            </w:r>
          </w:p>
        </w:tc>
        <w:tc>
          <w:tcPr>
            <w:tcW w:w="1296" w:type="dxa"/>
          </w:tcPr>
          <w:p w14:paraId="2C9C962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0E39D0E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„Žiemos spalvos ir nykštukų dirbtuvės“, skirta Advento pradžiai paminėti.</w:t>
            </w:r>
          </w:p>
        </w:tc>
        <w:tc>
          <w:tcPr>
            <w:tcW w:w="2930" w:type="dxa"/>
          </w:tcPr>
          <w:p w14:paraId="5B0F18B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Tenenių biblioteka</w:t>
            </w:r>
          </w:p>
        </w:tc>
        <w:tc>
          <w:tcPr>
            <w:tcW w:w="4270" w:type="dxa"/>
          </w:tcPr>
          <w:p w14:paraId="6D34CBB2" w14:textId="3804E38A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Riverė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 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Nepriklausomybės g. 39, Tenenių sen., Tenenių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agne.rivere@silalesbiblioteka.lt</w:t>
            </w:r>
          </w:p>
        </w:tc>
      </w:tr>
      <w:tr w:rsidR="004312E2" w:rsidRPr="00C53D73" w14:paraId="28921A00" w14:textId="77777777" w:rsidTr="00653E1B">
        <w:trPr>
          <w:jc w:val="center"/>
        </w:trPr>
        <w:tc>
          <w:tcPr>
            <w:tcW w:w="720" w:type="dxa"/>
          </w:tcPr>
          <w:p w14:paraId="07838BA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172</w:t>
            </w:r>
          </w:p>
        </w:tc>
        <w:tc>
          <w:tcPr>
            <w:tcW w:w="1296" w:type="dxa"/>
          </w:tcPr>
          <w:p w14:paraId="5C90DED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2026-12-03</w:t>
            </w:r>
          </w:p>
        </w:tc>
        <w:tc>
          <w:tcPr>
            <w:tcW w:w="1296" w:type="dxa"/>
          </w:tcPr>
          <w:p w14:paraId="3CC24DF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17.00</w:t>
            </w:r>
          </w:p>
        </w:tc>
        <w:tc>
          <w:tcPr>
            <w:tcW w:w="4608" w:type="dxa"/>
          </w:tcPr>
          <w:p w14:paraId="05354DA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„Ramybės tėkmėje“, vakaras skirtas Adventui</w:t>
            </w:r>
          </w:p>
        </w:tc>
        <w:tc>
          <w:tcPr>
            <w:tcW w:w="2930" w:type="dxa"/>
          </w:tcPr>
          <w:p w14:paraId="68F1BCF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Abonementas</w:t>
            </w:r>
          </w:p>
        </w:tc>
        <w:tc>
          <w:tcPr>
            <w:tcW w:w="4270" w:type="dxa"/>
          </w:tcPr>
          <w:p w14:paraId="1CEC1944" w14:textId="091D72F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Danutė Šimkienė, Jolanta Venckienė, 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Stancelienė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; 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74302;</w:t>
            </w:r>
          </w:p>
        </w:tc>
      </w:tr>
      <w:tr w:rsidR="004312E2" w:rsidRPr="00C53D73" w14:paraId="22394CE8" w14:textId="77777777" w:rsidTr="00653E1B">
        <w:trPr>
          <w:jc w:val="center"/>
        </w:trPr>
        <w:tc>
          <w:tcPr>
            <w:tcW w:w="720" w:type="dxa"/>
          </w:tcPr>
          <w:p w14:paraId="07FC32B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173</w:t>
            </w:r>
          </w:p>
        </w:tc>
        <w:tc>
          <w:tcPr>
            <w:tcW w:w="1296" w:type="dxa"/>
          </w:tcPr>
          <w:p w14:paraId="713354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2026-12-04-2027-01-05</w:t>
            </w:r>
          </w:p>
        </w:tc>
        <w:tc>
          <w:tcPr>
            <w:tcW w:w="1296" w:type="dxa"/>
          </w:tcPr>
          <w:p w14:paraId="592E424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09.00-18.00</w:t>
            </w:r>
          </w:p>
        </w:tc>
        <w:tc>
          <w:tcPr>
            <w:tcW w:w="4608" w:type="dxa"/>
          </w:tcPr>
          <w:p w14:paraId="5EB2BB0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„Žiema žiemužė...“ Šilalės meno mokyklos mokinių kūrybinių darbų paroda (mok. L. Rupšytė)</w:t>
            </w:r>
          </w:p>
        </w:tc>
        <w:tc>
          <w:tcPr>
            <w:tcW w:w="2930" w:type="dxa"/>
          </w:tcPr>
          <w:p w14:paraId="09BDA55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Skaitytojų aptarnavimo skyriaus Vaikų skaitykla</w:t>
            </w:r>
          </w:p>
        </w:tc>
        <w:tc>
          <w:tcPr>
            <w:tcW w:w="4270" w:type="dxa"/>
          </w:tcPr>
          <w:p w14:paraId="70E82BA6" w14:textId="061377D4" w:rsidR="00C350A7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Dalė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Goštautienė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Henrika Jokubauskienė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Ona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Bajorinienė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, J. Basanavičiaus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g.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15, Šilalė; 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</w:t>
            </w:r>
            <w:r w:rsidR="00E7431C">
              <w:rPr>
                <w:rFonts w:ascii="Times New Roman" w:hAnsi="Times New Roman" w:cs="Times New Roman"/>
                <w:lang w:val="lt-LT"/>
              </w:rPr>
              <w:t>298</w:t>
            </w:r>
            <w:r w:rsidRPr="00653E1B">
              <w:rPr>
                <w:rFonts w:ascii="Times New Roman" w:hAnsi="Times New Roman" w:cs="Times New Roman"/>
                <w:lang w:val="lt-LT"/>
              </w:rPr>
              <w:t>;</w:t>
            </w:r>
          </w:p>
          <w:p w14:paraId="4B7D552C" w14:textId="3B310448" w:rsidR="004312E2" w:rsidRPr="00653E1B" w:rsidRDefault="00926DD1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lastRenderedPageBreak/>
              <w:t>m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ob.</w:t>
            </w:r>
            <w:r w:rsidR="00C350A7">
              <w:t xml:space="preserve"> </w:t>
            </w:r>
            <w:r w:rsidR="00C350A7" w:rsidRPr="00C350A7">
              <w:rPr>
                <w:rFonts w:ascii="Times New Roman" w:hAnsi="Times New Roman" w:cs="Times New Roman"/>
                <w:lang w:val="lt-LT"/>
              </w:rPr>
              <w:t>+370 615 95478</w:t>
            </w:r>
            <w:r w:rsidR="00AF6A8F" w:rsidRPr="00653E1B">
              <w:rPr>
                <w:rFonts w:ascii="Times New Roman" w:hAnsi="Times New Roman" w:cs="Times New Roman"/>
                <w:lang w:val="lt-LT"/>
              </w:rPr>
              <w:t>; abonementas.silale@gmail.com</w:t>
            </w:r>
          </w:p>
        </w:tc>
      </w:tr>
      <w:tr w:rsidR="004312E2" w:rsidRPr="00653E1B" w14:paraId="63DCB8CA" w14:textId="77777777" w:rsidTr="00653E1B">
        <w:trPr>
          <w:jc w:val="center"/>
        </w:trPr>
        <w:tc>
          <w:tcPr>
            <w:tcW w:w="720" w:type="dxa"/>
          </w:tcPr>
          <w:p w14:paraId="0B4824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174</w:t>
            </w:r>
          </w:p>
        </w:tc>
        <w:tc>
          <w:tcPr>
            <w:tcW w:w="1296" w:type="dxa"/>
          </w:tcPr>
          <w:p w14:paraId="69AEAE2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2026-12-07</w:t>
            </w:r>
          </w:p>
        </w:tc>
        <w:tc>
          <w:tcPr>
            <w:tcW w:w="1296" w:type="dxa"/>
          </w:tcPr>
          <w:p w14:paraId="6D5CF1B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21B15BD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,,Pasidalinkime Kūčių vakarienės ruošimo patirtimi“</w:t>
            </w:r>
          </w:p>
        </w:tc>
        <w:tc>
          <w:tcPr>
            <w:tcW w:w="2930" w:type="dxa"/>
          </w:tcPr>
          <w:p w14:paraId="2C1BF0B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6EF42A6" w14:textId="4E36301D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Asta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Gestautienė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Rungio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2,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Bilionių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asta.gestautiene@silalesbiblioteka.lt</w:t>
            </w:r>
          </w:p>
        </w:tc>
      </w:tr>
      <w:tr w:rsidR="004312E2" w:rsidRPr="00653E1B" w14:paraId="53EE40AC" w14:textId="77777777" w:rsidTr="00653E1B">
        <w:trPr>
          <w:jc w:val="center"/>
        </w:trPr>
        <w:tc>
          <w:tcPr>
            <w:tcW w:w="720" w:type="dxa"/>
          </w:tcPr>
          <w:p w14:paraId="25A9F91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175</w:t>
            </w:r>
          </w:p>
        </w:tc>
        <w:tc>
          <w:tcPr>
            <w:tcW w:w="1296" w:type="dxa"/>
          </w:tcPr>
          <w:p w14:paraId="04C5F42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2026-12-07</w:t>
            </w:r>
          </w:p>
        </w:tc>
        <w:tc>
          <w:tcPr>
            <w:tcW w:w="1296" w:type="dxa"/>
          </w:tcPr>
          <w:p w14:paraId="393414E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1E126CC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„Mano mažasis Kalėdų pasaulis“, skirta Šv. Kalėdų proga.</w:t>
            </w:r>
          </w:p>
        </w:tc>
        <w:tc>
          <w:tcPr>
            <w:tcW w:w="2930" w:type="dxa"/>
          </w:tcPr>
          <w:p w14:paraId="43E41B7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Bijotų biblioteka</w:t>
            </w:r>
          </w:p>
        </w:tc>
        <w:tc>
          <w:tcPr>
            <w:tcW w:w="4270" w:type="dxa"/>
          </w:tcPr>
          <w:p w14:paraId="20FE3970" w14:textId="56F6ACFF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Agnė Martinkienė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Muziejaus g. 10A, Bijotų sen., Bijotų k., Šilalės r. sav.</w:t>
            </w:r>
            <w:r w:rsidR="00926DD1">
              <w:rPr>
                <w:rFonts w:ascii="Times New Roman" w:hAnsi="Times New Roman" w:cs="Times New Roman"/>
                <w:lang w:val="lt-LT"/>
              </w:rPr>
              <w:t>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 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>mob.;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+37061817813,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agne.macijauskaite@silalesbiblioteka.lt</w:t>
            </w:r>
          </w:p>
        </w:tc>
      </w:tr>
      <w:tr w:rsidR="004312E2" w:rsidRPr="00C53D73" w14:paraId="3E5315F0" w14:textId="77777777" w:rsidTr="00653E1B">
        <w:trPr>
          <w:jc w:val="center"/>
        </w:trPr>
        <w:tc>
          <w:tcPr>
            <w:tcW w:w="720" w:type="dxa"/>
          </w:tcPr>
          <w:p w14:paraId="7633EF2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176</w:t>
            </w:r>
          </w:p>
        </w:tc>
        <w:tc>
          <w:tcPr>
            <w:tcW w:w="1296" w:type="dxa"/>
          </w:tcPr>
          <w:p w14:paraId="416AC83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2026-12-09</w:t>
            </w:r>
          </w:p>
        </w:tc>
        <w:tc>
          <w:tcPr>
            <w:tcW w:w="1296" w:type="dxa"/>
          </w:tcPr>
          <w:p w14:paraId="388FDB6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11.00–12.00</w:t>
            </w:r>
          </w:p>
        </w:tc>
        <w:tc>
          <w:tcPr>
            <w:tcW w:w="4608" w:type="dxa"/>
          </w:tcPr>
          <w:p w14:paraId="01E07D6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Edukacija-praktinis stalo žaidimo „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Antikoruptika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>“ turnyras, skirtas Tarptautinei antikorupcijos dienai.</w:t>
            </w:r>
          </w:p>
        </w:tc>
        <w:tc>
          <w:tcPr>
            <w:tcW w:w="2930" w:type="dxa"/>
          </w:tcPr>
          <w:p w14:paraId="1C366A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Viešosios bibliotekos Inovacijų ir komunikacijos skyrius (I aukštas)</w:t>
            </w:r>
          </w:p>
        </w:tc>
        <w:tc>
          <w:tcPr>
            <w:tcW w:w="4270" w:type="dxa"/>
          </w:tcPr>
          <w:p w14:paraId="14F6EB34" w14:textId="77777777" w:rsidR="00926DD1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Loreta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Šimutytė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-Balčiūnienė, Aistė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Monkienė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J. Basanavičiaus 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g.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15, Šilalė; </w:t>
            </w:r>
          </w:p>
          <w:p w14:paraId="6EA15552" w14:textId="17FB9F60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tel. </w:t>
            </w:r>
            <w:r w:rsidR="00C350A7">
              <w:rPr>
                <w:rFonts w:ascii="Times New Roman" w:hAnsi="Times New Roman" w:cs="Times New Roman"/>
                <w:lang w:val="lt-LT"/>
              </w:rPr>
              <w:t>(</w:t>
            </w:r>
            <w:r w:rsidR="00926DD1">
              <w:rPr>
                <w:rFonts w:ascii="Times New Roman" w:hAnsi="Times New Roman" w:cs="Times New Roman"/>
                <w:lang w:val="lt-LT"/>
              </w:rPr>
              <w:t>0</w:t>
            </w:r>
            <w:r w:rsidRPr="00653E1B">
              <w:rPr>
                <w:rFonts w:ascii="Times New Roman" w:hAnsi="Times New Roman" w:cs="Times New Roman"/>
                <w:lang w:val="lt-LT"/>
              </w:rPr>
              <w:t>449</w:t>
            </w:r>
            <w:r w:rsidR="00C350A7">
              <w:rPr>
                <w:rFonts w:ascii="Times New Roman" w:hAnsi="Times New Roman" w:cs="Times New Roman"/>
                <w:lang w:val="lt-LT"/>
              </w:rPr>
              <w:t>)</w:t>
            </w:r>
            <w:r w:rsidRPr="00653E1B">
              <w:rPr>
                <w:rFonts w:ascii="Times New Roman" w:hAnsi="Times New Roman" w:cs="Times New Roman"/>
                <w:lang w:val="lt-LT"/>
              </w:rPr>
              <w:t>74303; rima.norviliene@silalesbiblioteka.lt</w:t>
            </w:r>
          </w:p>
        </w:tc>
      </w:tr>
      <w:tr w:rsidR="004312E2" w:rsidRPr="00653E1B" w14:paraId="5FFBC74F" w14:textId="77777777" w:rsidTr="00653E1B">
        <w:trPr>
          <w:jc w:val="center"/>
        </w:trPr>
        <w:tc>
          <w:tcPr>
            <w:tcW w:w="720" w:type="dxa"/>
          </w:tcPr>
          <w:p w14:paraId="147D687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177</w:t>
            </w:r>
          </w:p>
        </w:tc>
        <w:tc>
          <w:tcPr>
            <w:tcW w:w="1296" w:type="dxa"/>
          </w:tcPr>
          <w:p w14:paraId="2A1C58C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2026-12-10</w:t>
            </w:r>
          </w:p>
        </w:tc>
        <w:tc>
          <w:tcPr>
            <w:tcW w:w="1296" w:type="dxa"/>
          </w:tcPr>
          <w:p w14:paraId="1C864D5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6752D3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„Advento vainiko paslaptys“</w:t>
            </w:r>
          </w:p>
        </w:tc>
        <w:tc>
          <w:tcPr>
            <w:tcW w:w="2930" w:type="dxa"/>
          </w:tcPr>
          <w:p w14:paraId="6F93882E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Žvingių biblioteka</w:t>
            </w:r>
          </w:p>
        </w:tc>
        <w:tc>
          <w:tcPr>
            <w:tcW w:w="4270" w:type="dxa"/>
          </w:tcPr>
          <w:p w14:paraId="09DC3577" w14:textId="54118A1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Zofija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Jūros g. 12, Pajūrio sen., Žvingių mstl.,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zofija.seputiene@silalesbiblioteka.lt</w:t>
            </w:r>
          </w:p>
        </w:tc>
      </w:tr>
      <w:tr w:rsidR="004312E2" w:rsidRPr="00653E1B" w14:paraId="62610459" w14:textId="77777777" w:rsidTr="00653E1B">
        <w:trPr>
          <w:jc w:val="center"/>
        </w:trPr>
        <w:tc>
          <w:tcPr>
            <w:tcW w:w="720" w:type="dxa"/>
          </w:tcPr>
          <w:p w14:paraId="5919FA9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178</w:t>
            </w:r>
          </w:p>
        </w:tc>
        <w:tc>
          <w:tcPr>
            <w:tcW w:w="1296" w:type="dxa"/>
          </w:tcPr>
          <w:p w14:paraId="54AE507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2026-12-10</w:t>
            </w:r>
          </w:p>
        </w:tc>
        <w:tc>
          <w:tcPr>
            <w:tcW w:w="1296" w:type="dxa"/>
          </w:tcPr>
          <w:p w14:paraId="3E528DA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0010E2A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„Šventinę nuotaiką kurkime kartu“</w:t>
            </w:r>
          </w:p>
        </w:tc>
        <w:tc>
          <w:tcPr>
            <w:tcW w:w="2930" w:type="dxa"/>
          </w:tcPr>
          <w:p w14:paraId="22D4409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43BDC5FB" w14:textId="3D180F49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Irena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Sugintienė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Varnių  g. 7.,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Kaltinėnų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mstl.,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+37061817920,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 irena.sugintiene@silalesbiblioteka.lt</w:t>
            </w:r>
          </w:p>
        </w:tc>
      </w:tr>
      <w:tr w:rsidR="004312E2" w:rsidRPr="00C53D73" w14:paraId="785F96AA" w14:textId="77777777" w:rsidTr="00653E1B">
        <w:trPr>
          <w:jc w:val="center"/>
        </w:trPr>
        <w:tc>
          <w:tcPr>
            <w:tcW w:w="720" w:type="dxa"/>
          </w:tcPr>
          <w:p w14:paraId="3EF0C6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179</w:t>
            </w:r>
          </w:p>
        </w:tc>
        <w:tc>
          <w:tcPr>
            <w:tcW w:w="1296" w:type="dxa"/>
          </w:tcPr>
          <w:p w14:paraId="35F002F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2026-12-10</w:t>
            </w:r>
          </w:p>
        </w:tc>
        <w:tc>
          <w:tcPr>
            <w:tcW w:w="1296" w:type="dxa"/>
          </w:tcPr>
          <w:p w14:paraId="53ADB9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18.00</w:t>
            </w:r>
          </w:p>
        </w:tc>
        <w:tc>
          <w:tcPr>
            <w:tcW w:w="4608" w:type="dxa"/>
          </w:tcPr>
          <w:p w14:paraId="4ABD0C8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„Nuo pirmosios advento žvakės ligi  Kūčių stalo“</w:t>
            </w:r>
          </w:p>
        </w:tc>
        <w:tc>
          <w:tcPr>
            <w:tcW w:w="2930" w:type="dxa"/>
          </w:tcPr>
          <w:p w14:paraId="5195FC2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01F6E94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Silvijana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Trijonaitienė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Mokyklos g. 1, Upynos sen., Naujojo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Obelyno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silvijana.trijonaitiene@silalesbiblioteka.lt</w:t>
            </w:r>
          </w:p>
        </w:tc>
      </w:tr>
      <w:tr w:rsidR="004312E2" w:rsidRPr="00C53D73" w14:paraId="0C29B586" w14:textId="77777777" w:rsidTr="00653E1B">
        <w:trPr>
          <w:jc w:val="center"/>
        </w:trPr>
        <w:tc>
          <w:tcPr>
            <w:tcW w:w="720" w:type="dxa"/>
          </w:tcPr>
          <w:p w14:paraId="0623E4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180</w:t>
            </w:r>
          </w:p>
        </w:tc>
        <w:tc>
          <w:tcPr>
            <w:tcW w:w="1296" w:type="dxa"/>
          </w:tcPr>
          <w:p w14:paraId="29F2C36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2026-12-14</w:t>
            </w:r>
          </w:p>
        </w:tc>
        <w:tc>
          <w:tcPr>
            <w:tcW w:w="1296" w:type="dxa"/>
          </w:tcPr>
          <w:p w14:paraId="613E96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12.00</w:t>
            </w:r>
          </w:p>
        </w:tc>
        <w:tc>
          <w:tcPr>
            <w:tcW w:w="4608" w:type="dxa"/>
          </w:tcPr>
          <w:p w14:paraId="3913A3FF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,,Kalėdos žvakių šviesoje''</w:t>
            </w:r>
          </w:p>
        </w:tc>
        <w:tc>
          <w:tcPr>
            <w:tcW w:w="2930" w:type="dxa"/>
          </w:tcPr>
          <w:p w14:paraId="4187463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7D9D073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Albina Girdvainienė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Palangos g. 1,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Palentinio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albina.girdvainiene@silalesbiblioteka.lt</w:t>
            </w:r>
          </w:p>
        </w:tc>
      </w:tr>
      <w:tr w:rsidR="004312E2" w:rsidRPr="00C53D73" w14:paraId="75C21729" w14:textId="77777777" w:rsidTr="00653E1B">
        <w:trPr>
          <w:jc w:val="center"/>
        </w:trPr>
        <w:tc>
          <w:tcPr>
            <w:tcW w:w="720" w:type="dxa"/>
          </w:tcPr>
          <w:p w14:paraId="37259D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181</w:t>
            </w:r>
          </w:p>
        </w:tc>
        <w:tc>
          <w:tcPr>
            <w:tcW w:w="1296" w:type="dxa"/>
          </w:tcPr>
          <w:p w14:paraId="3919720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2026-12-15</w:t>
            </w:r>
          </w:p>
        </w:tc>
        <w:tc>
          <w:tcPr>
            <w:tcW w:w="1296" w:type="dxa"/>
          </w:tcPr>
          <w:p w14:paraId="2038478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2A1D608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 „Senovinių kalėdinių puošmenų gamyba“,</w:t>
            </w:r>
          </w:p>
        </w:tc>
        <w:tc>
          <w:tcPr>
            <w:tcW w:w="2930" w:type="dxa"/>
          </w:tcPr>
          <w:p w14:paraId="440D34B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49AC6596" w14:textId="682DDE1C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926DD1">
              <w:rPr>
                <w:rFonts w:ascii="Times New Roman" w:hAnsi="Times New Roman" w:cs="Times New Roman"/>
                <w:lang w:val="lt-LT"/>
              </w:rPr>
              <w:t xml:space="preserve"> sav.; mob. 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653E1B" w14:paraId="72929C13" w14:textId="77777777" w:rsidTr="00653E1B">
        <w:trPr>
          <w:jc w:val="center"/>
        </w:trPr>
        <w:tc>
          <w:tcPr>
            <w:tcW w:w="720" w:type="dxa"/>
          </w:tcPr>
          <w:p w14:paraId="31FF80C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182</w:t>
            </w:r>
          </w:p>
        </w:tc>
        <w:tc>
          <w:tcPr>
            <w:tcW w:w="1296" w:type="dxa"/>
          </w:tcPr>
          <w:p w14:paraId="31FBEF9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2026-12-16</w:t>
            </w:r>
          </w:p>
        </w:tc>
        <w:tc>
          <w:tcPr>
            <w:tcW w:w="1296" w:type="dxa"/>
          </w:tcPr>
          <w:p w14:paraId="29234E85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4A8815E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Edukacija „Advento vainiko šviesa ir šiluma“.</w:t>
            </w:r>
          </w:p>
        </w:tc>
        <w:tc>
          <w:tcPr>
            <w:tcW w:w="2930" w:type="dxa"/>
          </w:tcPr>
          <w:p w14:paraId="61BD846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3E8E424F" w14:textId="57CDF1D1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 </w:t>
            </w:r>
            <w:r w:rsidR="00926DD1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926DD1">
              <w:rPr>
                <w:rFonts w:ascii="Times New Roman" w:hAnsi="Times New Roman" w:cs="Times New Roman"/>
                <w:lang w:val="lt-LT"/>
              </w:rPr>
              <w:t>mob</w:t>
            </w:r>
            <w:r w:rsidRPr="00653E1B">
              <w:rPr>
                <w:rFonts w:ascii="Times New Roman" w:hAnsi="Times New Roman" w:cs="Times New Roman"/>
                <w:lang w:val="lt-LT"/>
              </w:rPr>
              <w:t>. +37061409175,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  <w:tr w:rsidR="004312E2" w:rsidRPr="00653E1B" w14:paraId="19CE7CFF" w14:textId="77777777" w:rsidTr="00653E1B">
        <w:trPr>
          <w:jc w:val="center"/>
        </w:trPr>
        <w:tc>
          <w:tcPr>
            <w:tcW w:w="720" w:type="dxa"/>
          </w:tcPr>
          <w:p w14:paraId="7D7A7AC3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183</w:t>
            </w:r>
          </w:p>
        </w:tc>
        <w:tc>
          <w:tcPr>
            <w:tcW w:w="1296" w:type="dxa"/>
          </w:tcPr>
          <w:p w14:paraId="5EC48067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2026-12-17</w:t>
            </w:r>
          </w:p>
        </w:tc>
        <w:tc>
          <w:tcPr>
            <w:tcW w:w="1296" w:type="dxa"/>
          </w:tcPr>
          <w:p w14:paraId="337EC91C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11.00</w:t>
            </w:r>
          </w:p>
        </w:tc>
        <w:tc>
          <w:tcPr>
            <w:tcW w:w="4608" w:type="dxa"/>
          </w:tcPr>
          <w:p w14:paraId="21F5FA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Kūrybinės dirbtuvės „Žiemos fantazija karpiniuose“.</w:t>
            </w:r>
          </w:p>
        </w:tc>
        <w:tc>
          <w:tcPr>
            <w:tcW w:w="2930" w:type="dxa"/>
          </w:tcPr>
          <w:p w14:paraId="74A777E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Žadeikių biblioteka</w:t>
            </w:r>
          </w:p>
        </w:tc>
        <w:tc>
          <w:tcPr>
            <w:tcW w:w="4270" w:type="dxa"/>
          </w:tcPr>
          <w:p w14:paraId="57B0197C" w14:textId="5F9CC8A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Virginija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Matutienė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Šaukliškės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15, Žadeikių sen., Žadeikių k., Šilalės r. </w:t>
            </w:r>
            <w:r w:rsidR="003C2053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virginija.matutiene@silalesbiblioteka.lt</w:t>
            </w:r>
          </w:p>
        </w:tc>
      </w:tr>
      <w:tr w:rsidR="004312E2" w:rsidRPr="00653E1B" w14:paraId="0571E71B" w14:textId="77777777" w:rsidTr="00653E1B">
        <w:trPr>
          <w:jc w:val="center"/>
        </w:trPr>
        <w:tc>
          <w:tcPr>
            <w:tcW w:w="720" w:type="dxa"/>
          </w:tcPr>
          <w:p w14:paraId="219DF909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lastRenderedPageBreak/>
              <w:t>184</w:t>
            </w:r>
          </w:p>
        </w:tc>
        <w:tc>
          <w:tcPr>
            <w:tcW w:w="1296" w:type="dxa"/>
          </w:tcPr>
          <w:p w14:paraId="4467A32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2026-12-17</w:t>
            </w:r>
          </w:p>
        </w:tc>
        <w:tc>
          <w:tcPr>
            <w:tcW w:w="1296" w:type="dxa"/>
          </w:tcPr>
          <w:p w14:paraId="56EB546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13.00</w:t>
            </w:r>
          </w:p>
        </w:tc>
        <w:tc>
          <w:tcPr>
            <w:tcW w:w="4608" w:type="dxa"/>
          </w:tcPr>
          <w:p w14:paraId="1D10EA1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„Kalėdų šviesoje pakalbėkim“</w:t>
            </w:r>
          </w:p>
        </w:tc>
        <w:tc>
          <w:tcPr>
            <w:tcW w:w="2930" w:type="dxa"/>
          </w:tcPr>
          <w:p w14:paraId="2CF0B6C4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Jomantų biblioteka</w:t>
            </w:r>
          </w:p>
        </w:tc>
        <w:tc>
          <w:tcPr>
            <w:tcW w:w="4270" w:type="dxa"/>
          </w:tcPr>
          <w:p w14:paraId="29A04B35" w14:textId="5EA5F5FE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Vilma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Jokubaitė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, Tenenio g. 2, Pajūrio sen., Jomantų k.,  Šilalės r. </w:t>
            </w:r>
            <w:r w:rsidR="003C2053">
              <w:rPr>
                <w:rFonts w:ascii="Times New Roman" w:hAnsi="Times New Roman" w:cs="Times New Roman"/>
                <w:lang w:val="lt-LT"/>
              </w:rPr>
              <w:t>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vilma.jokubaite@silalesbiblioteka.lt</w:t>
            </w:r>
          </w:p>
        </w:tc>
      </w:tr>
      <w:tr w:rsidR="004312E2" w:rsidRPr="00C53D73" w14:paraId="5DA158AD" w14:textId="77777777" w:rsidTr="00653E1B">
        <w:trPr>
          <w:jc w:val="center"/>
        </w:trPr>
        <w:tc>
          <w:tcPr>
            <w:tcW w:w="720" w:type="dxa"/>
          </w:tcPr>
          <w:p w14:paraId="7DBBA8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185</w:t>
            </w:r>
          </w:p>
        </w:tc>
        <w:tc>
          <w:tcPr>
            <w:tcW w:w="1296" w:type="dxa"/>
          </w:tcPr>
          <w:p w14:paraId="234706C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2026-12-17</w:t>
            </w:r>
          </w:p>
        </w:tc>
        <w:tc>
          <w:tcPr>
            <w:tcW w:w="1296" w:type="dxa"/>
          </w:tcPr>
          <w:p w14:paraId="76DBDF8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14.30</w:t>
            </w:r>
          </w:p>
        </w:tc>
        <w:tc>
          <w:tcPr>
            <w:tcW w:w="4608" w:type="dxa"/>
          </w:tcPr>
          <w:p w14:paraId="6C1B12B6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„Šv. Kalėdų laukimas“: pašnekesiai, pamąstymai apie senąsias protėvių tradicijas, prietarus ir papročius.</w:t>
            </w:r>
          </w:p>
        </w:tc>
        <w:tc>
          <w:tcPr>
            <w:tcW w:w="2930" w:type="dxa"/>
          </w:tcPr>
          <w:p w14:paraId="65A9B3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Pajūrio biblioteka</w:t>
            </w:r>
          </w:p>
        </w:tc>
        <w:tc>
          <w:tcPr>
            <w:tcW w:w="4270" w:type="dxa"/>
          </w:tcPr>
          <w:p w14:paraId="3A655CAE" w14:textId="4922524B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Griškienė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  <w:t>S. Dariaus ir S. Girėno g. 33, Pajūrio sen., Pajūrio mstl., Šilalės r.</w:t>
            </w:r>
            <w:r w:rsidR="003C2053">
              <w:rPr>
                <w:rFonts w:ascii="Times New Roman" w:hAnsi="Times New Roman" w:cs="Times New Roman"/>
                <w:lang w:val="lt-LT"/>
              </w:rPr>
              <w:t xml:space="preserve"> sav.; mob.;</w:t>
            </w:r>
            <w:r w:rsidRPr="00653E1B">
              <w:rPr>
                <w:rFonts w:ascii="Times New Roman" w:hAnsi="Times New Roman" w:cs="Times New Roman"/>
                <w:lang w:val="lt-LT"/>
              </w:rPr>
              <w:t>+37061817924, 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rasa.griksiene@silalesbiblioteka.lt</w:t>
            </w:r>
          </w:p>
        </w:tc>
      </w:tr>
      <w:tr w:rsidR="004312E2" w:rsidRPr="00C53D73" w14:paraId="354A1A5E" w14:textId="77777777" w:rsidTr="00653E1B">
        <w:trPr>
          <w:jc w:val="center"/>
        </w:trPr>
        <w:tc>
          <w:tcPr>
            <w:tcW w:w="720" w:type="dxa"/>
          </w:tcPr>
          <w:p w14:paraId="11D3BA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186</w:t>
            </w:r>
          </w:p>
        </w:tc>
        <w:tc>
          <w:tcPr>
            <w:tcW w:w="1296" w:type="dxa"/>
          </w:tcPr>
          <w:p w14:paraId="0294FFA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2026-12-18</w:t>
            </w:r>
          </w:p>
        </w:tc>
        <w:tc>
          <w:tcPr>
            <w:tcW w:w="1296" w:type="dxa"/>
          </w:tcPr>
          <w:p w14:paraId="291F8FD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15.00</w:t>
            </w:r>
          </w:p>
        </w:tc>
        <w:tc>
          <w:tcPr>
            <w:tcW w:w="4608" w:type="dxa"/>
          </w:tcPr>
          <w:p w14:paraId="3ADE0878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,,Kalėdos pražysta gerumu‘‘</w:t>
            </w:r>
          </w:p>
        </w:tc>
        <w:tc>
          <w:tcPr>
            <w:tcW w:w="2930" w:type="dxa"/>
          </w:tcPr>
          <w:p w14:paraId="72F7BA8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24BB020B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Danutė Venckuvienė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 xml:space="preserve">Žvejų g. 15,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Didkiemio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Šilalės r. sav.;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danute.venckuviene@silalesbiblioteka.lt</w:t>
            </w:r>
          </w:p>
        </w:tc>
      </w:tr>
      <w:tr w:rsidR="004312E2" w:rsidRPr="00653E1B" w14:paraId="32C919A1" w14:textId="77777777" w:rsidTr="00653E1B">
        <w:trPr>
          <w:jc w:val="center"/>
        </w:trPr>
        <w:tc>
          <w:tcPr>
            <w:tcW w:w="720" w:type="dxa"/>
          </w:tcPr>
          <w:p w14:paraId="76E24EBA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187</w:t>
            </w:r>
          </w:p>
        </w:tc>
        <w:tc>
          <w:tcPr>
            <w:tcW w:w="1296" w:type="dxa"/>
          </w:tcPr>
          <w:p w14:paraId="62F339D1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2026-12-20</w:t>
            </w:r>
          </w:p>
        </w:tc>
        <w:tc>
          <w:tcPr>
            <w:tcW w:w="1296" w:type="dxa"/>
          </w:tcPr>
          <w:p w14:paraId="27FDF7B2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14.00</w:t>
            </w:r>
          </w:p>
        </w:tc>
        <w:tc>
          <w:tcPr>
            <w:tcW w:w="4608" w:type="dxa"/>
          </w:tcPr>
          <w:p w14:paraId="5514294D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>Popietė „Kalėdų stebuklas: svečiuose Kalėdų senelis“</w:t>
            </w:r>
          </w:p>
        </w:tc>
        <w:tc>
          <w:tcPr>
            <w:tcW w:w="2930" w:type="dxa"/>
          </w:tcPr>
          <w:p w14:paraId="01814D50" w14:textId="77777777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biblioteka</w:t>
            </w:r>
          </w:p>
        </w:tc>
        <w:tc>
          <w:tcPr>
            <w:tcW w:w="4270" w:type="dxa"/>
          </w:tcPr>
          <w:p w14:paraId="587F9D79" w14:textId="5C3F81A2" w:rsidR="004312E2" w:rsidRPr="00653E1B" w:rsidRDefault="00AF6A8F">
            <w:pPr>
              <w:rPr>
                <w:rFonts w:ascii="Times New Roman" w:hAnsi="Times New Roman" w:cs="Times New Roman"/>
                <w:lang w:val="lt-LT"/>
              </w:rPr>
            </w:pPr>
            <w:r w:rsidRPr="00653E1B">
              <w:rPr>
                <w:rFonts w:ascii="Times New Roman" w:hAnsi="Times New Roman" w:cs="Times New Roman"/>
                <w:lang w:val="lt-LT"/>
              </w:rPr>
              <w:t xml:space="preserve">Rasa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Šeputienė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Kūtymų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g. 11, Šilalės kaimiškoji sen., </w:t>
            </w:r>
            <w:proofErr w:type="spellStart"/>
            <w:r w:rsidRPr="00653E1B">
              <w:rPr>
                <w:rFonts w:ascii="Times New Roman" w:hAnsi="Times New Roman" w:cs="Times New Roman"/>
                <w:lang w:val="lt-LT"/>
              </w:rPr>
              <w:t>Jucaičių</w:t>
            </w:r>
            <w:proofErr w:type="spellEnd"/>
            <w:r w:rsidRPr="00653E1B">
              <w:rPr>
                <w:rFonts w:ascii="Times New Roman" w:hAnsi="Times New Roman" w:cs="Times New Roman"/>
                <w:lang w:val="lt-LT"/>
              </w:rPr>
              <w:t xml:space="preserve"> k.,  Šilalės r.</w:t>
            </w:r>
            <w:r w:rsidR="003C2053">
              <w:rPr>
                <w:rFonts w:ascii="Times New Roman" w:hAnsi="Times New Roman" w:cs="Times New Roman"/>
                <w:lang w:val="lt-LT"/>
              </w:rPr>
              <w:t xml:space="preserve"> sav.;</w:t>
            </w:r>
            <w:r w:rsidRPr="00653E1B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</w:r>
            <w:r w:rsidR="003C2053">
              <w:rPr>
                <w:rFonts w:ascii="Times New Roman" w:hAnsi="Times New Roman" w:cs="Times New Roman"/>
                <w:lang w:val="lt-LT"/>
              </w:rPr>
              <w:t xml:space="preserve">mob.; </w:t>
            </w:r>
            <w:r w:rsidRPr="00653E1B">
              <w:rPr>
                <w:rFonts w:ascii="Times New Roman" w:hAnsi="Times New Roman" w:cs="Times New Roman"/>
                <w:lang w:val="lt-LT"/>
              </w:rPr>
              <w:t>+37061409175,</w:t>
            </w:r>
            <w:r w:rsidRPr="00653E1B">
              <w:rPr>
                <w:rFonts w:ascii="Times New Roman" w:hAnsi="Times New Roman" w:cs="Times New Roman"/>
                <w:lang w:val="lt-LT"/>
              </w:rPr>
              <w:br/>
              <w:t>rasa.seputiene@silalesbiblioteka.lt</w:t>
            </w:r>
          </w:p>
        </w:tc>
      </w:tr>
    </w:tbl>
    <w:p w14:paraId="67E8FF4A" w14:textId="77777777" w:rsidR="00AF6A8F" w:rsidRPr="00653E1B" w:rsidRDefault="00AF6A8F">
      <w:pPr>
        <w:rPr>
          <w:rFonts w:ascii="Times New Roman" w:hAnsi="Times New Roman" w:cs="Times New Roman"/>
          <w:lang w:val="lt-LT"/>
        </w:rPr>
      </w:pPr>
    </w:p>
    <w:sectPr w:rsidR="00AF6A8F" w:rsidRPr="00653E1B" w:rsidSect="00653E1B">
      <w:pgSz w:w="15840" w:h="12240" w:orient="landscape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2053"/>
    <w:rsid w:val="004312E2"/>
    <w:rsid w:val="0047509E"/>
    <w:rsid w:val="00575865"/>
    <w:rsid w:val="00653E1B"/>
    <w:rsid w:val="0068310D"/>
    <w:rsid w:val="00711418"/>
    <w:rsid w:val="00731788"/>
    <w:rsid w:val="008C0405"/>
    <w:rsid w:val="00926DD1"/>
    <w:rsid w:val="00942704"/>
    <w:rsid w:val="00A445DB"/>
    <w:rsid w:val="00AA1D8D"/>
    <w:rsid w:val="00AF6A8F"/>
    <w:rsid w:val="00B47730"/>
    <w:rsid w:val="00C06675"/>
    <w:rsid w:val="00C350A7"/>
    <w:rsid w:val="00C53D73"/>
    <w:rsid w:val="00CB0664"/>
    <w:rsid w:val="00D11974"/>
    <w:rsid w:val="00E268A8"/>
    <w:rsid w:val="00E7431C"/>
    <w:rsid w:val="00E82496"/>
    <w:rsid w:val="00E95BCA"/>
    <w:rsid w:val="00EE5B1E"/>
    <w:rsid w:val="00F12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3752F"/>
  <w14:defaultImageDpi w14:val="300"/>
  <w15:docId w15:val="{68CAB246-FA7A-4A0E-8D83-3727578B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7C7A22-11F0-46D3-8346-7A1B7744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31330</Words>
  <Characters>17859</Characters>
  <Application>Microsoft Office Word</Application>
  <DocSecurity>0</DocSecurity>
  <Lines>148</Lines>
  <Paragraphs>98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Rūta</cp:lastModifiedBy>
  <cp:revision>6</cp:revision>
  <dcterms:created xsi:type="dcterms:W3CDTF">2026-01-13T15:36:00Z</dcterms:created>
  <dcterms:modified xsi:type="dcterms:W3CDTF">2026-01-14T09:43:00Z</dcterms:modified>
  <cp:category/>
</cp:coreProperties>
</file>