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AC167" w14:textId="77777777" w:rsidR="004312E2" w:rsidRPr="00653E1B" w:rsidRDefault="00AF6A8F" w:rsidP="00653E1B">
      <w:pPr>
        <w:jc w:val="center"/>
        <w:rPr>
          <w:rFonts w:ascii="Times New Roman" w:hAnsi="Times New Roman" w:cs="Times New Roman"/>
          <w:lang w:val="lt-LT"/>
        </w:rPr>
      </w:pPr>
      <w:r w:rsidRPr="00653E1B">
        <w:rPr>
          <w:rFonts w:ascii="Times New Roman" w:hAnsi="Times New Roman" w:cs="Times New Roman"/>
          <w:b/>
          <w:lang w:val="lt-LT"/>
        </w:rPr>
        <w:t>ŠILALĖS RAJONO SAVIVALDYBĖS VIEŠOSIOS BIBLIOTEKOS</w:t>
      </w:r>
      <w:r w:rsidR="00653E1B" w:rsidRPr="00653E1B">
        <w:rPr>
          <w:rFonts w:ascii="Times New Roman" w:hAnsi="Times New Roman" w:cs="Times New Roman"/>
          <w:b/>
          <w:lang w:val="lt-LT"/>
        </w:rPr>
        <w:t xml:space="preserve"> IR FILIALŲ</w:t>
      </w:r>
      <w:r w:rsidR="00653E1B" w:rsidRPr="00653E1B">
        <w:rPr>
          <w:rFonts w:ascii="Times New Roman" w:hAnsi="Times New Roman" w:cs="Times New Roman"/>
          <w:lang w:val="lt-LT"/>
        </w:rPr>
        <w:t xml:space="preserve"> </w:t>
      </w:r>
      <w:r w:rsidRPr="00653E1B">
        <w:rPr>
          <w:rFonts w:ascii="Times New Roman" w:hAnsi="Times New Roman" w:cs="Times New Roman"/>
          <w:b/>
          <w:lang w:val="lt-LT"/>
        </w:rPr>
        <w:t>RENGINIAI 2026 METAIS</w:t>
      </w:r>
    </w:p>
    <w:p w14:paraId="3D7A539A" w14:textId="77777777" w:rsidR="00653E1B" w:rsidRPr="00653E1B" w:rsidRDefault="00653E1B" w:rsidP="00653E1B">
      <w:pPr>
        <w:jc w:val="center"/>
        <w:rPr>
          <w:rFonts w:ascii="Times New Roman" w:hAnsi="Times New Roman" w:cs="Times New Roman"/>
          <w:lang w:val="lt-LT"/>
        </w:rPr>
      </w:pPr>
    </w:p>
    <w:tbl>
      <w:tblPr>
        <w:tblStyle w:val="Lentelstinklelis"/>
        <w:tblW w:w="15120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296"/>
        <w:gridCol w:w="1296"/>
        <w:gridCol w:w="4608"/>
        <w:gridCol w:w="2930"/>
        <w:gridCol w:w="4270"/>
      </w:tblGrid>
      <w:tr w:rsidR="004312E2" w:rsidRPr="00653E1B" w14:paraId="5B49BCF8" w14:textId="77777777" w:rsidTr="00653E1B">
        <w:trPr>
          <w:jc w:val="center"/>
        </w:trPr>
        <w:tc>
          <w:tcPr>
            <w:tcW w:w="720" w:type="dxa"/>
            <w:vAlign w:val="center"/>
          </w:tcPr>
          <w:p w14:paraId="18E603D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>Eil.</w:t>
            </w:r>
            <w:r w:rsidRPr="00653E1B">
              <w:rPr>
                <w:rFonts w:ascii="Times New Roman" w:hAnsi="Times New Roman" w:cs="Times New Roman"/>
                <w:b/>
                <w:lang w:val="lt-LT"/>
              </w:rPr>
              <w:br/>
              <w:t>Nr.</w:t>
            </w:r>
          </w:p>
        </w:tc>
        <w:tc>
          <w:tcPr>
            <w:tcW w:w="1296" w:type="dxa"/>
            <w:vAlign w:val="center"/>
          </w:tcPr>
          <w:p w14:paraId="4B2E91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>Data</w:t>
            </w:r>
          </w:p>
        </w:tc>
        <w:tc>
          <w:tcPr>
            <w:tcW w:w="1296" w:type="dxa"/>
            <w:vAlign w:val="center"/>
          </w:tcPr>
          <w:p w14:paraId="54A0C8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>Laikas</w:t>
            </w:r>
            <w:r w:rsidRPr="00653E1B">
              <w:rPr>
                <w:rFonts w:ascii="Times New Roman" w:hAnsi="Times New Roman" w:cs="Times New Roman"/>
                <w:b/>
                <w:lang w:val="lt-LT"/>
              </w:rPr>
              <w:br/>
              <w:t>val.</w:t>
            </w:r>
          </w:p>
        </w:tc>
        <w:tc>
          <w:tcPr>
            <w:tcW w:w="4608" w:type="dxa"/>
            <w:vAlign w:val="center"/>
          </w:tcPr>
          <w:p w14:paraId="3734DDB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>Renginio pavadinimas</w:t>
            </w:r>
          </w:p>
        </w:tc>
        <w:tc>
          <w:tcPr>
            <w:tcW w:w="2930" w:type="dxa"/>
            <w:vAlign w:val="center"/>
          </w:tcPr>
          <w:p w14:paraId="022A04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>Renginio vieta</w:t>
            </w:r>
          </w:p>
        </w:tc>
        <w:tc>
          <w:tcPr>
            <w:tcW w:w="4270" w:type="dxa"/>
            <w:vAlign w:val="center"/>
          </w:tcPr>
          <w:p w14:paraId="20F7BE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 xml:space="preserve">Renginio organizatorius; įstaiga; kontaktai </w:t>
            </w:r>
            <w:r w:rsidRPr="00653E1B">
              <w:rPr>
                <w:rFonts w:ascii="Times New Roman" w:hAnsi="Times New Roman" w:cs="Times New Roman"/>
                <w:b/>
                <w:lang w:val="lt-LT"/>
              </w:rPr>
              <w:br/>
              <w:t>(adresas, tel. Nr.; el. p)</w:t>
            </w:r>
          </w:p>
        </w:tc>
      </w:tr>
      <w:tr w:rsidR="004312E2" w:rsidRPr="00E95BCA" w14:paraId="521495B9" w14:textId="77777777" w:rsidTr="00653E1B">
        <w:trPr>
          <w:jc w:val="center"/>
        </w:trPr>
        <w:tc>
          <w:tcPr>
            <w:tcW w:w="720" w:type="dxa"/>
          </w:tcPr>
          <w:p w14:paraId="36E357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</w:t>
            </w:r>
          </w:p>
        </w:tc>
        <w:tc>
          <w:tcPr>
            <w:tcW w:w="1296" w:type="dxa"/>
          </w:tcPr>
          <w:p w14:paraId="4A9808D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2026-01-06</w:t>
            </w:r>
          </w:p>
        </w:tc>
        <w:tc>
          <w:tcPr>
            <w:tcW w:w="1296" w:type="dxa"/>
          </w:tcPr>
          <w:p w14:paraId="45974BD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5844372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Išspręsk kryžiažodį „Iš istorijos mūsų...“, skirta Lietuvos vėliavos dienai paminėti.</w:t>
            </w:r>
          </w:p>
        </w:tc>
        <w:tc>
          <w:tcPr>
            <w:tcW w:w="2930" w:type="dxa"/>
          </w:tcPr>
          <w:p w14:paraId="4C042BF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571816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E95BCA" w14:paraId="07DC4B3D" w14:textId="77777777" w:rsidTr="00653E1B">
        <w:trPr>
          <w:jc w:val="center"/>
        </w:trPr>
        <w:tc>
          <w:tcPr>
            <w:tcW w:w="720" w:type="dxa"/>
          </w:tcPr>
          <w:p w14:paraId="7AC0AF7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</w:t>
            </w:r>
          </w:p>
        </w:tc>
        <w:tc>
          <w:tcPr>
            <w:tcW w:w="1296" w:type="dxa"/>
          </w:tcPr>
          <w:p w14:paraId="4D18A9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2026-01-07-2026-02-05</w:t>
            </w:r>
          </w:p>
        </w:tc>
        <w:tc>
          <w:tcPr>
            <w:tcW w:w="1296" w:type="dxa"/>
          </w:tcPr>
          <w:p w14:paraId="463B8B0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7551E3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„Kai viltis stipresnė už naktį“</w:t>
            </w:r>
          </w:p>
        </w:tc>
        <w:tc>
          <w:tcPr>
            <w:tcW w:w="2930" w:type="dxa"/>
          </w:tcPr>
          <w:p w14:paraId="618B38E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3511D31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02468F70" w14:textId="77777777" w:rsidTr="00653E1B">
        <w:trPr>
          <w:jc w:val="center"/>
        </w:trPr>
        <w:tc>
          <w:tcPr>
            <w:tcW w:w="720" w:type="dxa"/>
          </w:tcPr>
          <w:p w14:paraId="293F1EE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</w:t>
            </w:r>
          </w:p>
        </w:tc>
        <w:tc>
          <w:tcPr>
            <w:tcW w:w="1296" w:type="dxa"/>
          </w:tcPr>
          <w:p w14:paraId="75906E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2026-01-07-2026-02-05</w:t>
            </w:r>
          </w:p>
        </w:tc>
        <w:tc>
          <w:tcPr>
            <w:tcW w:w="1296" w:type="dxa"/>
          </w:tcPr>
          <w:p w14:paraId="40F229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253B7B2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„Plataus talento asmenybė – Balys Sruoga“</w:t>
            </w:r>
          </w:p>
        </w:tc>
        <w:tc>
          <w:tcPr>
            <w:tcW w:w="2930" w:type="dxa"/>
          </w:tcPr>
          <w:p w14:paraId="75F0C93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3164C78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71EADF26" w14:textId="77777777" w:rsidTr="00653E1B">
        <w:trPr>
          <w:jc w:val="center"/>
        </w:trPr>
        <w:tc>
          <w:tcPr>
            <w:tcW w:w="720" w:type="dxa"/>
          </w:tcPr>
          <w:p w14:paraId="67F95A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</w:t>
            </w:r>
          </w:p>
        </w:tc>
        <w:tc>
          <w:tcPr>
            <w:tcW w:w="1296" w:type="dxa"/>
          </w:tcPr>
          <w:p w14:paraId="6413F37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2026-01-07-2026-03-05</w:t>
            </w:r>
          </w:p>
        </w:tc>
        <w:tc>
          <w:tcPr>
            <w:tcW w:w="1296" w:type="dxa"/>
          </w:tcPr>
          <w:p w14:paraId="6C712D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4CFB87F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„Spalvų ritme“, Marytės Bernotienės kūrybinių darbų paroda</w:t>
            </w:r>
          </w:p>
        </w:tc>
        <w:tc>
          <w:tcPr>
            <w:tcW w:w="2930" w:type="dxa"/>
          </w:tcPr>
          <w:p w14:paraId="689B97F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342105D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10DCC4D5" w14:textId="77777777" w:rsidTr="00653E1B">
        <w:trPr>
          <w:jc w:val="center"/>
        </w:trPr>
        <w:tc>
          <w:tcPr>
            <w:tcW w:w="720" w:type="dxa"/>
          </w:tcPr>
          <w:p w14:paraId="5A7FBC4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</w:t>
            </w:r>
          </w:p>
        </w:tc>
        <w:tc>
          <w:tcPr>
            <w:tcW w:w="1296" w:type="dxa"/>
          </w:tcPr>
          <w:p w14:paraId="7166B2D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2026-01-09-2026-01-30</w:t>
            </w:r>
          </w:p>
        </w:tc>
        <w:tc>
          <w:tcPr>
            <w:tcW w:w="1296" w:type="dxa"/>
          </w:tcPr>
          <w:p w14:paraId="0BE844D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8A5B87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„Spalvotas sausis“ Šilalės meno mokyklos mokinių piešinių paroda (mok. S. Dargienė)</w:t>
            </w:r>
          </w:p>
        </w:tc>
        <w:tc>
          <w:tcPr>
            <w:tcW w:w="2930" w:type="dxa"/>
          </w:tcPr>
          <w:p w14:paraId="38A23DD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432C2D9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Bajorinienė 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Henrika Jokubauskienė,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1C3A7E2C" w14:textId="77777777" w:rsidTr="00653E1B">
        <w:trPr>
          <w:jc w:val="center"/>
        </w:trPr>
        <w:tc>
          <w:tcPr>
            <w:tcW w:w="720" w:type="dxa"/>
          </w:tcPr>
          <w:p w14:paraId="0077D8D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</w:t>
            </w:r>
          </w:p>
        </w:tc>
        <w:tc>
          <w:tcPr>
            <w:tcW w:w="1296" w:type="dxa"/>
          </w:tcPr>
          <w:p w14:paraId="10C6E2E3" w14:textId="77777777" w:rsidR="004312E2" w:rsidRPr="00E95BCA" w:rsidRDefault="00AF6A8F">
            <w:pPr>
              <w:rPr>
                <w:rFonts w:ascii="Times New Roman" w:hAnsi="Times New Roman" w:cs="Times New Roman"/>
                <w:highlight w:val="yellow"/>
                <w:lang w:val="lt-LT"/>
              </w:rPr>
            </w:pP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38FAE114" w14:textId="77777777" w:rsidR="004312E2" w:rsidRPr="00E95BCA" w:rsidRDefault="00AF6A8F">
            <w:pPr>
              <w:rPr>
                <w:rFonts w:ascii="Times New Roman" w:hAnsi="Times New Roman" w:cs="Times New Roman"/>
                <w:highlight w:val="yellow"/>
                <w:lang w:val="lt-LT"/>
              </w:rPr>
            </w:pP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08.30</w:t>
            </w:r>
          </w:p>
        </w:tc>
        <w:tc>
          <w:tcPr>
            <w:tcW w:w="4608" w:type="dxa"/>
          </w:tcPr>
          <w:p w14:paraId="0B998D9B" w14:textId="77777777" w:rsidR="004312E2" w:rsidRPr="00E95BCA" w:rsidRDefault="00AF6A8F">
            <w:pPr>
              <w:rPr>
                <w:rFonts w:ascii="Times New Roman" w:hAnsi="Times New Roman" w:cs="Times New Roman"/>
                <w:highlight w:val="yellow"/>
                <w:lang w:val="lt-LT"/>
              </w:rPr>
            </w:pP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Filmo peržiūra ,, Sausio sniegenos“</w:t>
            </w:r>
          </w:p>
        </w:tc>
        <w:tc>
          <w:tcPr>
            <w:tcW w:w="2930" w:type="dxa"/>
          </w:tcPr>
          <w:p w14:paraId="1CDA1A20" w14:textId="77777777" w:rsidR="004312E2" w:rsidRPr="00E95BCA" w:rsidRDefault="00AF6A8F">
            <w:pPr>
              <w:rPr>
                <w:rFonts w:ascii="Times New Roman" w:hAnsi="Times New Roman" w:cs="Times New Roman"/>
                <w:highlight w:val="yellow"/>
                <w:lang w:val="lt-LT"/>
              </w:rPr>
            </w:pP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7628F48B" w14:textId="77777777" w:rsidR="004312E2" w:rsidRPr="00E95BCA" w:rsidRDefault="00AF6A8F">
            <w:pPr>
              <w:rPr>
                <w:rFonts w:ascii="Times New Roman" w:hAnsi="Times New Roman" w:cs="Times New Roman"/>
                <w:highlight w:val="yellow"/>
                <w:lang w:val="lt-LT"/>
              </w:rPr>
            </w:pP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 xml:space="preserve">Stasė </w:t>
            </w:r>
            <w:proofErr w:type="spellStart"/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Pudžemienė</w:t>
            </w:r>
            <w:proofErr w:type="spellEnd"/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br/>
              <w:t>Liubarto g. 2, Kvėdarnos sen., Pajūralio k., Šilalės r. sav.;</w:t>
            </w: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br/>
              <w:t>Tel. +370 614 09234, stase.pudzemiene@silalesbiblioteka.lt</w:t>
            </w:r>
          </w:p>
        </w:tc>
      </w:tr>
      <w:tr w:rsidR="004312E2" w:rsidRPr="00653E1B" w14:paraId="21F3A07A" w14:textId="77777777" w:rsidTr="00653E1B">
        <w:trPr>
          <w:jc w:val="center"/>
        </w:trPr>
        <w:tc>
          <w:tcPr>
            <w:tcW w:w="720" w:type="dxa"/>
          </w:tcPr>
          <w:p w14:paraId="0B07134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</w:t>
            </w:r>
          </w:p>
        </w:tc>
        <w:tc>
          <w:tcPr>
            <w:tcW w:w="1296" w:type="dxa"/>
          </w:tcPr>
          <w:p w14:paraId="297AAA70" w14:textId="77777777" w:rsidR="004312E2" w:rsidRPr="00E95BCA" w:rsidRDefault="00AF6A8F">
            <w:pPr>
              <w:rPr>
                <w:rFonts w:ascii="Times New Roman" w:hAnsi="Times New Roman" w:cs="Times New Roman"/>
                <w:highlight w:val="yellow"/>
                <w:lang w:val="lt-LT"/>
              </w:rPr>
            </w:pP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61E94DE5" w14:textId="77777777" w:rsidR="004312E2" w:rsidRPr="00E95BCA" w:rsidRDefault="00AF6A8F">
            <w:pPr>
              <w:rPr>
                <w:rFonts w:ascii="Times New Roman" w:hAnsi="Times New Roman" w:cs="Times New Roman"/>
                <w:highlight w:val="yellow"/>
                <w:lang w:val="lt-LT"/>
              </w:rPr>
            </w:pP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09.00</w:t>
            </w:r>
          </w:p>
        </w:tc>
        <w:tc>
          <w:tcPr>
            <w:tcW w:w="4608" w:type="dxa"/>
          </w:tcPr>
          <w:p w14:paraId="4E5E47C5" w14:textId="77777777" w:rsidR="004312E2" w:rsidRPr="00E95BCA" w:rsidRDefault="00AF6A8F">
            <w:pPr>
              <w:rPr>
                <w:rFonts w:ascii="Times New Roman" w:hAnsi="Times New Roman" w:cs="Times New Roman"/>
                <w:highlight w:val="yellow"/>
                <w:lang w:val="lt-LT"/>
              </w:rPr>
            </w:pP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Skaitymo valanda „Lietuva žodžiuose“</w:t>
            </w:r>
          </w:p>
        </w:tc>
        <w:tc>
          <w:tcPr>
            <w:tcW w:w="2930" w:type="dxa"/>
          </w:tcPr>
          <w:p w14:paraId="11F43AE5" w14:textId="77777777" w:rsidR="004312E2" w:rsidRPr="00E95BCA" w:rsidRDefault="00AF6A8F">
            <w:pPr>
              <w:rPr>
                <w:rFonts w:ascii="Times New Roman" w:hAnsi="Times New Roman" w:cs="Times New Roman"/>
                <w:highlight w:val="yellow"/>
                <w:lang w:val="lt-LT"/>
              </w:rPr>
            </w:pP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61840D00" w14:textId="77777777" w:rsidR="004312E2" w:rsidRPr="00E95BCA" w:rsidRDefault="00AF6A8F">
            <w:pPr>
              <w:rPr>
                <w:rFonts w:ascii="Times New Roman" w:hAnsi="Times New Roman" w:cs="Times New Roman"/>
                <w:highlight w:val="yellow"/>
                <w:lang w:val="lt-LT"/>
              </w:rPr>
            </w:pP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Rūta Vaitkevičienė</w:t>
            </w: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br/>
              <w:t xml:space="preserve">J. Basanavičiaus 15, Šilalė; tel. </w:t>
            </w:r>
            <w:proofErr w:type="spellStart"/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nr.</w:t>
            </w:r>
            <w:proofErr w:type="spellEnd"/>
            <w:r w:rsidR="00653E1B" w:rsidRPr="00E95BCA">
              <w:rPr>
                <w:rFonts w:ascii="Times New Roman" w:hAnsi="Times New Roman" w:cs="Times New Roman"/>
                <w:highlight w:val="yellow"/>
                <w:lang w:val="lt-LT"/>
              </w:rPr>
              <w:t xml:space="preserve"> </w:t>
            </w: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 xml:space="preserve">(0449)74189, </w:t>
            </w:r>
            <w:r w:rsidR="00653E1B" w:rsidRPr="00E95BCA">
              <w:rPr>
                <w:rFonts w:ascii="Times New Roman" w:hAnsi="Times New Roman" w:cs="Times New Roman"/>
                <w:highlight w:val="yellow"/>
                <w:lang w:val="lt-LT"/>
              </w:rPr>
              <w:t xml:space="preserve">  </w:t>
            </w:r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 xml:space="preserve">(0 449) 74301,; </w:t>
            </w:r>
            <w:proofErr w:type="spellStart"/>
            <w:r w:rsidRPr="00E95BCA">
              <w:rPr>
                <w:rFonts w:ascii="Times New Roman" w:hAnsi="Times New Roman" w:cs="Times New Roman"/>
                <w:highlight w:val="yellow"/>
                <w:lang w:val="lt-LT"/>
              </w:rPr>
              <w:t>rūta.vaitkevičienė@silalesbiblioteka.lt</w:t>
            </w:r>
            <w:proofErr w:type="spellEnd"/>
          </w:p>
        </w:tc>
      </w:tr>
      <w:tr w:rsidR="004312E2" w:rsidRPr="00E95BCA" w14:paraId="0B7EE233" w14:textId="77777777" w:rsidTr="00653E1B">
        <w:trPr>
          <w:jc w:val="center"/>
        </w:trPr>
        <w:tc>
          <w:tcPr>
            <w:tcW w:w="720" w:type="dxa"/>
          </w:tcPr>
          <w:p w14:paraId="1A603C3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</w:t>
            </w:r>
          </w:p>
        </w:tc>
        <w:tc>
          <w:tcPr>
            <w:tcW w:w="1296" w:type="dxa"/>
          </w:tcPr>
          <w:p w14:paraId="78F3DA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2026-01-13-2026-02-13</w:t>
            </w:r>
          </w:p>
        </w:tc>
        <w:tc>
          <w:tcPr>
            <w:tcW w:w="1296" w:type="dxa"/>
          </w:tcPr>
          <w:p w14:paraId="3E1D16B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7CFCCE8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„Eime į gamtą!“ dokumentų paroda, skirta gamtininko, aplinkosaugininko, rašytojo, fotografo, IBBY Lietuvos skyriaus nario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Selemono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Paltanavičiaus 70-osioms gimimo metinėms paminėti</w:t>
            </w:r>
          </w:p>
        </w:tc>
        <w:tc>
          <w:tcPr>
            <w:tcW w:w="2930" w:type="dxa"/>
          </w:tcPr>
          <w:p w14:paraId="098C1A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5EEB7F4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Bajorinienė,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30796469" w14:textId="77777777" w:rsidTr="00653E1B">
        <w:trPr>
          <w:jc w:val="center"/>
        </w:trPr>
        <w:tc>
          <w:tcPr>
            <w:tcW w:w="720" w:type="dxa"/>
          </w:tcPr>
          <w:p w14:paraId="1DB867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9</w:t>
            </w:r>
          </w:p>
        </w:tc>
        <w:tc>
          <w:tcPr>
            <w:tcW w:w="1296" w:type="dxa"/>
          </w:tcPr>
          <w:p w14:paraId="466234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4081102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3256C0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,,35 Laisvės paukščiai“ kūrybinės dirbtuvės</w:t>
            </w:r>
          </w:p>
        </w:tc>
        <w:tc>
          <w:tcPr>
            <w:tcW w:w="2930" w:type="dxa"/>
          </w:tcPr>
          <w:p w14:paraId="4530521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69CB1F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Tvenkinio g. 4, Laukuvos sen., Laukuvos mstl.,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48084EAE" w14:textId="77777777" w:rsidTr="00653E1B">
        <w:trPr>
          <w:jc w:val="center"/>
        </w:trPr>
        <w:tc>
          <w:tcPr>
            <w:tcW w:w="720" w:type="dxa"/>
          </w:tcPr>
          <w:p w14:paraId="3C0DEB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</w:t>
            </w:r>
          </w:p>
        </w:tc>
        <w:tc>
          <w:tcPr>
            <w:tcW w:w="1296" w:type="dxa"/>
          </w:tcPr>
          <w:p w14:paraId="7D0CD7C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70BE2BA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4A9DA1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,,35 Laisvės paukščiai“ kūrybinės dirbtuvės</w:t>
            </w:r>
          </w:p>
        </w:tc>
        <w:tc>
          <w:tcPr>
            <w:tcW w:w="2930" w:type="dxa"/>
          </w:tcPr>
          <w:p w14:paraId="1C44B58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2F47A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E95BCA" w14:paraId="697E1EA8" w14:textId="77777777" w:rsidTr="00653E1B">
        <w:trPr>
          <w:jc w:val="center"/>
        </w:trPr>
        <w:tc>
          <w:tcPr>
            <w:tcW w:w="720" w:type="dxa"/>
          </w:tcPr>
          <w:p w14:paraId="01BF48D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</w:t>
            </w:r>
          </w:p>
        </w:tc>
        <w:tc>
          <w:tcPr>
            <w:tcW w:w="1296" w:type="dxa"/>
          </w:tcPr>
          <w:p w14:paraId="225971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5C61A4A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11.30</w:t>
            </w:r>
          </w:p>
        </w:tc>
        <w:tc>
          <w:tcPr>
            <w:tcW w:w="4608" w:type="dxa"/>
          </w:tcPr>
          <w:p w14:paraId="28F6E97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,,Ant laisvės sparnų...“</w:t>
            </w:r>
          </w:p>
        </w:tc>
        <w:tc>
          <w:tcPr>
            <w:tcW w:w="2930" w:type="dxa"/>
          </w:tcPr>
          <w:p w14:paraId="2367870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55B3B0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4432D539" w14:textId="77777777" w:rsidTr="00653E1B">
        <w:trPr>
          <w:jc w:val="center"/>
        </w:trPr>
        <w:tc>
          <w:tcPr>
            <w:tcW w:w="720" w:type="dxa"/>
          </w:tcPr>
          <w:p w14:paraId="266AF9D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</w:t>
            </w:r>
          </w:p>
        </w:tc>
        <w:tc>
          <w:tcPr>
            <w:tcW w:w="1296" w:type="dxa"/>
          </w:tcPr>
          <w:p w14:paraId="70FF42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0B9FBA0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09B147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„Atmintis sužvarbusiai nakčiai“</w:t>
            </w:r>
          </w:p>
        </w:tc>
        <w:tc>
          <w:tcPr>
            <w:tcW w:w="2930" w:type="dxa"/>
          </w:tcPr>
          <w:p w14:paraId="7104B4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5C870E0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E95BCA" w14:paraId="53C1CE46" w14:textId="77777777" w:rsidTr="00653E1B">
        <w:trPr>
          <w:jc w:val="center"/>
        </w:trPr>
        <w:tc>
          <w:tcPr>
            <w:tcW w:w="720" w:type="dxa"/>
          </w:tcPr>
          <w:p w14:paraId="6D2AD70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</w:t>
            </w:r>
          </w:p>
        </w:tc>
        <w:tc>
          <w:tcPr>
            <w:tcW w:w="1296" w:type="dxa"/>
          </w:tcPr>
          <w:p w14:paraId="1F871F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1DCC64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4534567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Filmo peržiūra ,,Sausio 13-oji– Laisvės gynėjų diena‘‘</w:t>
            </w:r>
          </w:p>
        </w:tc>
        <w:tc>
          <w:tcPr>
            <w:tcW w:w="2930" w:type="dxa"/>
          </w:tcPr>
          <w:p w14:paraId="03E558D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08EDD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Žvejų g. 15,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Danutė Venckuvienė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danute.venckuviene@silalesbiblioteka.lt</w:t>
            </w:r>
          </w:p>
        </w:tc>
      </w:tr>
      <w:tr w:rsidR="004312E2" w:rsidRPr="00653E1B" w14:paraId="0921E21B" w14:textId="77777777" w:rsidTr="00653E1B">
        <w:trPr>
          <w:jc w:val="center"/>
        </w:trPr>
        <w:tc>
          <w:tcPr>
            <w:tcW w:w="720" w:type="dxa"/>
          </w:tcPr>
          <w:p w14:paraId="4D133BE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</w:t>
            </w:r>
          </w:p>
        </w:tc>
        <w:tc>
          <w:tcPr>
            <w:tcW w:w="1296" w:type="dxa"/>
          </w:tcPr>
          <w:p w14:paraId="75ED088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2026-01- 14</w:t>
            </w:r>
          </w:p>
        </w:tc>
        <w:tc>
          <w:tcPr>
            <w:tcW w:w="1296" w:type="dxa"/>
          </w:tcPr>
          <w:p w14:paraId="216CB1B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61EB1D7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Knygos „Gyvas vabzdžių pasaulis“ pristatymas.</w:t>
            </w:r>
          </w:p>
        </w:tc>
        <w:tc>
          <w:tcPr>
            <w:tcW w:w="2930" w:type="dxa"/>
          </w:tcPr>
          <w:p w14:paraId="13D713F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3D2680A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Kairienė Tvenkinio g. 4, Laukuvos sen., Laukuvos mstl.,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jolanta.kairiene@silalesbiblioteka.lt</w:t>
            </w:r>
          </w:p>
        </w:tc>
      </w:tr>
      <w:tr w:rsidR="004312E2" w:rsidRPr="00653E1B" w14:paraId="317F5B89" w14:textId="77777777" w:rsidTr="00653E1B">
        <w:trPr>
          <w:jc w:val="center"/>
        </w:trPr>
        <w:tc>
          <w:tcPr>
            <w:tcW w:w="720" w:type="dxa"/>
          </w:tcPr>
          <w:p w14:paraId="73EBE71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</w:t>
            </w:r>
          </w:p>
        </w:tc>
        <w:tc>
          <w:tcPr>
            <w:tcW w:w="1296" w:type="dxa"/>
          </w:tcPr>
          <w:p w14:paraId="3C0C7F6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2026-01-14</w:t>
            </w:r>
          </w:p>
        </w:tc>
        <w:tc>
          <w:tcPr>
            <w:tcW w:w="1296" w:type="dxa"/>
          </w:tcPr>
          <w:p w14:paraId="468028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3D93E7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Viktorina „Pažink S. Paltanavičių ir jo pasaulį“ skirta S. Paltanavičiaus 70-g m. paminėti.</w:t>
            </w:r>
          </w:p>
        </w:tc>
        <w:tc>
          <w:tcPr>
            <w:tcW w:w="2930" w:type="dxa"/>
          </w:tcPr>
          <w:p w14:paraId="6E14B1F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Žvingių biblioteka</w:t>
            </w:r>
          </w:p>
        </w:tc>
        <w:tc>
          <w:tcPr>
            <w:tcW w:w="4270" w:type="dxa"/>
          </w:tcPr>
          <w:p w14:paraId="2AFC70C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Zofija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Jūros g. 12, Pajūrio sen., Žvingių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mstl.,Šilalės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zofija.seputiene@silalesbiblioteka.lt</w:t>
            </w:r>
          </w:p>
        </w:tc>
      </w:tr>
      <w:tr w:rsidR="004312E2" w:rsidRPr="00E95BCA" w14:paraId="67F4AA2D" w14:textId="77777777" w:rsidTr="00653E1B">
        <w:trPr>
          <w:jc w:val="center"/>
        </w:trPr>
        <w:tc>
          <w:tcPr>
            <w:tcW w:w="720" w:type="dxa"/>
          </w:tcPr>
          <w:p w14:paraId="7DE7570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</w:t>
            </w:r>
          </w:p>
        </w:tc>
        <w:tc>
          <w:tcPr>
            <w:tcW w:w="1296" w:type="dxa"/>
          </w:tcPr>
          <w:p w14:paraId="2F03AE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2026-01-14</w:t>
            </w:r>
          </w:p>
        </w:tc>
        <w:tc>
          <w:tcPr>
            <w:tcW w:w="1296" w:type="dxa"/>
          </w:tcPr>
          <w:p w14:paraId="3B4816B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579C59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Svoriomanija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. Mano kelionė iki 100 kg ir atgal“, Aistės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Simėnaitės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knygos pristatymas</w:t>
            </w:r>
          </w:p>
        </w:tc>
        <w:tc>
          <w:tcPr>
            <w:tcW w:w="2930" w:type="dxa"/>
          </w:tcPr>
          <w:p w14:paraId="241D8B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1C6EF6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5D403957" w14:textId="77777777" w:rsidTr="00653E1B">
        <w:trPr>
          <w:jc w:val="center"/>
        </w:trPr>
        <w:tc>
          <w:tcPr>
            <w:tcW w:w="720" w:type="dxa"/>
          </w:tcPr>
          <w:p w14:paraId="30317A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</w:t>
            </w:r>
          </w:p>
        </w:tc>
        <w:tc>
          <w:tcPr>
            <w:tcW w:w="1296" w:type="dxa"/>
          </w:tcPr>
          <w:p w14:paraId="752EDD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2026-01-15</w:t>
            </w:r>
          </w:p>
        </w:tc>
        <w:tc>
          <w:tcPr>
            <w:tcW w:w="1296" w:type="dxa"/>
          </w:tcPr>
          <w:p w14:paraId="21F93F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720BE5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Dokumentinio filmo peržiūra ir aptarimas „Prisiminkime Steponą Darių“</w:t>
            </w:r>
          </w:p>
        </w:tc>
        <w:tc>
          <w:tcPr>
            <w:tcW w:w="2930" w:type="dxa"/>
          </w:tcPr>
          <w:p w14:paraId="4D76E8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65D2A6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E95BCA" w14:paraId="58B787C1" w14:textId="77777777" w:rsidTr="00653E1B">
        <w:trPr>
          <w:jc w:val="center"/>
        </w:trPr>
        <w:tc>
          <w:tcPr>
            <w:tcW w:w="720" w:type="dxa"/>
          </w:tcPr>
          <w:p w14:paraId="03E4ADE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</w:t>
            </w:r>
          </w:p>
        </w:tc>
        <w:tc>
          <w:tcPr>
            <w:tcW w:w="1296" w:type="dxa"/>
          </w:tcPr>
          <w:p w14:paraId="76EF3A1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2026-01-23</w:t>
            </w:r>
          </w:p>
        </w:tc>
        <w:tc>
          <w:tcPr>
            <w:tcW w:w="1296" w:type="dxa"/>
          </w:tcPr>
          <w:p w14:paraId="5294B51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17.00–18.00</w:t>
            </w:r>
          </w:p>
        </w:tc>
        <w:tc>
          <w:tcPr>
            <w:tcW w:w="4608" w:type="dxa"/>
          </w:tcPr>
          <w:p w14:paraId="2DF4DFE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Paskaita „Estetikos kryptys: kaip socialiniai tinklai padeda atrasti savąjį stilių“</w:t>
            </w:r>
          </w:p>
        </w:tc>
        <w:tc>
          <w:tcPr>
            <w:tcW w:w="2930" w:type="dxa"/>
          </w:tcPr>
          <w:p w14:paraId="263E1D2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37F1F7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-Balčiūnienė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E95BCA" w14:paraId="09F8D79F" w14:textId="77777777" w:rsidTr="00653E1B">
        <w:trPr>
          <w:jc w:val="center"/>
        </w:trPr>
        <w:tc>
          <w:tcPr>
            <w:tcW w:w="720" w:type="dxa"/>
          </w:tcPr>
          <w:p w14:paraId="13DFE42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19</w:t>
            </w:r>
          </w:p>
        </w:tc>
        <w:tc>
          <w:tcPr>
            <w:tcW w:w="1296" w:type="dxa"/>
          </w:tcPr>
          <w:p w14:paraId="0F3FD13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2026-01-27</w:t>
            </w:r>
          </w:p>
        </w:tc>
        <w:tc>
          <w:tcPr>
            <w:tcW w:w="1296" w:type="dxa"/>
          </w:tcPr>
          <w:p w14:paraId="1E49A47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0A3724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„Kvapų magijoj“, sausų kvepalų edukacija</w:t>
            </w:r>
          </w:p>
        </w:tc>
        <w:tc>
          <w:tcPr>
            <w:tcW w:w="2930" w:type="dxa"/>
          </w:tcPr>
          <w:p w14:paraId="007770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011E7EF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05BFA693" w14:textId="77777777" w:rsidTr="00653E1B">
        <w:trPr>
          <w:jc w:val="center"/>
        </w:trPr>
        <w:tc>
          <w:tcPr>
            <w:tcW w:w="720" w:type="dxa"/>
          </w:tcPr>
          <w:p w14:paraId="2A74953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</w:t>
            </w:r>
          </w:p>
        </w:tc>
        <w:tc>
          <w:tcPr>
            <w:tcW w:w="1296" w:type="dxa"/>
          </w:tcPr>
          <w:p w14:paraId="558DFF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2026-01-29</w:t>
            </w:r>
          </w:p>
        </w:tc>
        <w:tc>
          <w:tcPr>
            <w:tcW w:w="1296" w:type="dxa"/>
          </w:tcPr>
          <w:p w14:paraId="4387176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309A28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Integruota anglų kabos pamoka su pradinio ugdymo klase pagal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angliakalbę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Valdo Aušros knygą „Kokios avys skraido?/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What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sheeps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fly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?“</w:t>
            </w:r>
          </w:p>
        </w:tc>
        <w:tc>
          <w:tcPr>
            <w:tcW w:w="2930" w:type="dxa"/>
          </w:tcPr>
          <w:p w14:paraId="250DE58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212AE5D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Bajorinienė;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 xml:space="preserve">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+370 615 95 478; vaiku.sk@silalesbiblioteka.lt</w:t>
            </w:r>
          </w:p>
        </w:tc>
      </w:tr>
      <w:tr w:rsidR="004312E2" w:rsidRPr="00653E1B" w14:paraId="78DFEEF1" w14:textId="77777777" w:rsidTr="00653E1B">
        <w:trPr>
          <w:jc w:val="center"/>
        </w:trPr>
        <w:tc>
          <w:tcPr>
            <w:tcW w:w="720" w:type="dxa"/>
          </w:tcPr>
          <w:p w14:paraId="2465FD7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21</w:t>
            </w:r>
          </w:p>
        </w:tc>
        <w:tc>
          <w:tcPr>
            <w:tcW w:w="1296" w:type="dxa"/>
          </w:tcPr>
          <w:p w14:paraId="77BA851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2026-01-29</w:t>
            </w:r>
          </w:p>
        </w:tc>
        <w:tc>
          <w:tcPr>
            <w:tcW w:w="1296" w:type="dxa"/>
          </w:tcPr>
          <w:p w14:paraId="498FC32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2B3E914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Sensoriniai skaitymai: ,,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Skudurinukė</w:t>
            </w:r>
            <w:proofErr w:type="spellEnd"/>
          </w:p>
        </w:tc>
        <w:tc>
          <w:tcPr>
            <w:tcW w:w="2930" w:type="dxa"/>
          </w:tcPr>
          <w:p w14:paraId="1A57152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19D4196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+370 614 09234, stase.pudzemiene@silalesbiblioteka.lt</w:t>
            </w:r>
          </w:p>
        </w:tc>
      </w:tr>
      <w:tr w:rsidR="004312E2" w:rsidRPr="00653E1B" w14:paraId="5CFCE43D" w14:textId="77777777" w:rsidTr="00653E1B">
        <w:trPr>
          <w:jc w:val="center"/>
        </w:trPr>
        <w:tc>
          <w:tcPr>
            <w:tcW w:w="720" w:type="dxa"/>
          </w:tcPr>
          <w:p w14:paraId="41DE81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22</w:t>
            </w:r>
          </w:p>
        </w:tc>
        <w:tc>
          <w:tcPr>
            <w:tcW w:w="1296" w:type="dxa"/>
          </w:tcPr>
          <w:p w14:paraId="102B03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2026-01-29</w:t>
            </w:r>
          </w:p>
        </w:tc>
        <w:tc>
          <w:tcPr>
            <w:tcW w:w="1296" w:type="dxa"/>
          </w:tcPr>
          <w:p w14:paraId="5D377A4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345BC0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„Pranas Liatukas: Lietuvos karininkas iš Šilalės krašto“</w:t>
            </w:r>
          </w:p>
        </w:tc>
        <w:tc>
          <w:tcPr>
            <w:tcW w:w="2930" w:type="dxa"/>
          </w:tcPr>
          <w:p w14:paraId="3EE1AC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72A91E5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Rūta Vaitkevičienė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(0 449) 74189, (0 449) 74301,;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rūta.vaitkevičienė@silalesbiblioteka.lt</w:t>
            </w:r>
            <w:proofErr w:type="spellEnd"/>
          </w:p>
        </w:tc>
      </w:tr>
      <w:tr w:rsidR="004312E2" w:rsidRPr="00E95BCA" w14:paraId="67DE44B8" w14:textId="77777777" w:rsidTr="00653E1B">
        <w:trPr>
          <w:jc w:val="center"/>
        </w:trPr>
        <w:tc>
          <w:tcPr>
            <w:tcW w:w="720" w:type="dxa"/>
          </w:tcPr>
          <w:p w14:paraId="6CCCD7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23</w:t>
            </w:r>
          </w:p>
        </w:tc>
        <w:tc>
          <w:tcPr>
            <w:tcW w:w="1296" w:type="dxa"/>
          </w:tcPr>
          <w:p w14:paraId="097B91D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2026-02-04</w:t>
            </w:r>
          </w:p>
        </w:tc>
        <w:tc>
          <w:tcPr>
            <w:tcW w:w="1296" w:type="dxa"/>
          </w:tcPr>
          <w:p w14:paraId="6496DE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0AEAE4C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„Vėžys 24/7“, Virginijaus Šaulio knygos pristatymas</w:t>
            </w:r>
          </w:p>
        </w:tc>
        <w:tc>
          <w:tcPr>
            <w:tcW w:w="2930" w:type="dxa"/>
          </w:tcPr>
          <w:p w14:paraId="7056848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4226DC4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4CC3B0AA" w14:textId="77777777" w:rsidTr="00653E1B">
        <w:trPr>
          <w:jc w:val="center"/>
        </w:trPr>
        <w:tc>
          <w:tcPr>
            <w:tcW w:w="720" w:type="dxa"/>
          </w:tcPr>
          <w:p w14:paraId="54FF43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24</w:t>
            </w:r>
          </w:p>
        </w:tc>
        <w:tc>
          <w:tcPr>
            <w:tcW w:w="1296" w:type="dxa"/>
          </w:tcPr>
          <w:p w14:paraId="5FC88F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2026-02-05-2026-02-28</w:t>
            </w:r>
          </w:p>
        </w:tc>
        <w:tc>
          <w:tcPr>
            <w:tcW w:w="1296" w:type="dxa"/>
          </w:tcPr>
          <w:p w14:paraId="2C30EC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BF3A4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Augustės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Borkovskajos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personalinė paroda</w:t>
            </w:r>
          </w:p>
        </w:tc>
        <w:tc>
          <w:tcPr>
            <w:tcW w:w="2930" w:type="dxa"/>
          </w:tcPr>
          <w:p w14:paraId="7D09EA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0072BCD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Henrika Jokubauskienė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Bajorinienė,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23AC480D" w14:textId="77777777" w:rsidTr="00653E1B">
        <w:trPr>
          <w:jc w:val="center"/>
        </w:trPr>
        <w:tc>
          <w:tcPr>
            <w:tcW w:w="720" w:type="dxa"/>
          </w:tcPr>
          <w:p w14:paraId="0A5D4FD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25</w:t>
            </w:r>
          </w:p>
        </w:tc>
        <w:tc>
          <w:tcPr>
            <w:tcW w:w="1296" w:type="dxa"/>
          </w:tcPr>
          <w:p w14:paraId="38CBAC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2026-02-06-2026-03-05</w:t>
            </w:r>
          </w:p>
        </w:tc>
        <w:tc>
          <w:tcPr>
            <w:tcW w:w="1296" w:type="dxa"/>
          </w:tcPr>
          <w:p w14:paraId="78AACD6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4B966FE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„Šviesos skleidėjas Žemaitijoje“, skirta M. Valančiaus 225 gimimo metinėms</w:t>
            </w:r>
          </w:p>
        </w:tc>
        <w:tc>
          <w:tcPr>
            <w:tcW w:w="2930" w:type="dxa"/>
          </w:tcPr>
          <w:p w14:paraId="65501DC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4D9336D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Jolanta Venckienė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339E8429" w14:textId="77777777" w:rsidTr="00653E1B">
        <w:trPr>
          <w:jc w:val="center"/>
        </w:trPr>
        <w:tc>
          <w:tcPr>
            <w:tcW w:w="720" w:type="dxa"/>
          </w:tcPr>
          <w:p w14:paraId="2354E20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26</w:t>
            </w:r>
          </w:p>
        </w:tc>
        <w:tc>
          <w:tcPr>
            <w:tcW w:w="1296" w:type="dxa"/>
          </w:tcPr>
          <w:p w14:paraId="0A7109E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2026-02-06-2026-03-05</w:t>
            </w:r>
          </w:p>
        </w:tc>
        <w:tc>
          <w:tcPr>
            <w:tcW w:w="1296" w:type="dxa"/>
          </w:tcPr>
          <w:p w14:paraId="2D96B6F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9F520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„Žingsniai į laisvą Lietuvą“</w:t>
            </w:r>
          </w:p>
        </w:tc>
        <w:tc>
          <w:tcPr>
            <w:tcW w:w="2930" w:type="dxa"/>
          </w:tcPr>
          <w:p w14:paraId="1BE61C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65D1906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201FBFC0" w14:textId="77777777" w:rsidTr="00653E1B">
        <w:trPr>
          <w:jc w:val="center"/>
        </w:trPr>
        <w:tc>
          <w:tcPr>
            <w:tcW w:w="720" w:type="dxa"/>
          </w:tcPr>
          <w:p w14:paraId="6340D53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27</w:t>
            </w:r>
          </w:p>
        </w:tc>
        <w:tc>
          <w:tcPr>
            <w:tcW w:w="1296" w:type="dxa"/>
          </w:tcPr>
          <w:p w14:paraId="49405A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2026-02-09</w:t>
            </w:r>
          </w:p>
        </w:tc>
        <w:tc>
          <w:tcPr>
            <w:tcW w:w="1296" w:type="dxa"/>
          </w:tcPr>
          <w:p w14:paraId="44ECF59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5195696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Kūrybinės dirbtuvės „Kaukių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šėlionės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“</w:t>
            </w:r>
          </w:p>
        </w:tc>
        <w:tc>
          <w:tcPr>
            <w:tcW w:w="2930" w:type="dxa"/>
          </w:tcPr>
          <w:p w14:paraId="6BF8A6C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Kvėdarnos biblioteka</w:t>
            </w:r>
          </w:p>
        </w:tc>
        <w:tc>
          <w:tcPr>
            <w:tcW w:w="4270" w:type="dxa"/>
          </w:tcPr>
          <w:p w14:paraId="3D23C3E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Judita Vainorienė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Žalioji g. 7, Kvėdarnos sen., Kvėdarnos mstl.,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19627,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judita.vainoriene@silalesbiblioteka.lt</w:t>
            </w:r>
          </w:p>
        </w:tc>
      </w:tr>
      <w:tr w:rsidR="004312E2" w:rsidRPr="00E95BCA" w14:paraId="47C6F8BB" w14:textId="77777777" w:rsidTr="00653E1B">
        <w:trPr>
          <w:jc w:val="center"/>
        </w:trPr>
        <w:tc>
          <w:tcPr>
            <w:tcW w:w="720" w:type="dxa"/>
          </w:tcPr>
          <w:p w14:paraId="7D0BF7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28</w:t>
            </w:r>
          </w:p>
        </w:tc>
        <w:tc>
          <w:tcPr>
            <w:tcW w:w="1296" w:type="dxa"/>
          </w:tcPr>
          <w:p w14:paraId="4F14605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2026-02 -11</w:t>
            </w:r>
          </w:p>
        </w:tc>
        <w:tc>
          <w:tcPr>
            <w:tcW w:w="1296" w:type="dxa"/>
          </w:tcPr>
          <w:p w14:paraId="5BBFC7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10.00–12.00</w:t>
            </w:r>
          </w:p>
        </w:tc>
        <w:tc>
          <w:tcPr>
            <w:tcW w:w="4608" w:type="dxa"/>
          </w:tcPr>
          <w:p w14:paraId="674B316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Praktiniai mokymai „Pažangus el. pašto valdymas naudojant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Gmail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įrankius“, skirta Tarptautinei saugesnio interneto dienai.</w:t>
            </w:r>
          </w:p>
        </w:tc>
        <w:tc>
          <w:tcPr>
            <w:tcW w:w="2930" w:type="dxa"/>
          </w:tcPr>
          <w:p w14:paraId="4AB2DF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aukštas)i</w:t>
            </w:r>
          </w:p>
        </w:tc>
        <w:tc>
          <w:tcPr>
            <w:tcW w:w="4270" w:type="dxa"/>
          </w:tcPr>
          <w:p w14:paraId="4B31925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-Balčiūnienė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E95BCA" w14:paraId="4CA0B6E7" w14:textId="77777777" w:rsidTr="00653E1B">
        <w:trPr>
          <w:jc w:val="center"/>
        </w:trPr>
        <w:tc>
          <w:tcPr>
            <w:tcW w:w="720" w:type="dxa"/>
          </w:tcPr>
          <w:p w14:paraId="3740E67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29</w:t>
            </w:r>
          </w:p>
        </w:tc>
        <w:tc>
          <w:tcPr>
            <w:tcW w:w="1296" w:type="dxa"/>
          </w:tcPr>
          <w:p w14:paraId="4FD6367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2026-02-11</w:t>
            </w:r>
          </w:p>
        </w:tc>
        <w:tc>
          <w:tcPr>
            <w:tcW w:w="1296" w:type="dxa"/>
          </w:tcPr>
          <w:p w14:paraId="67F4B89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325A63A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„1000 pasaulio stebuklų“, susitikimas su keliautoju Audriumi Sutkumi</w:t>
            </w:r>
          </w:p>
        </w:tc>
        <w:tc>
          <w:tcPr>
            <w:tcW w:w="2930" w:type="dxa"/>
          </w:tcPr>
          <w:p w14:paraId="50ACEB1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14C45F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0FC272E3" w14:textId="77777777" w:rsidTr="00653E1B">
        <w:trPr>
          <w:jc w:val="center"/>
        </w:trPr>
        <w:tc>
          <w:tcPr>
            <w:tcW w:w="720" w:type="dxa"/>
          </w:tcPr>
          <w:p w14:paraId="4C9591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30</w:t>
            </w:r>
          </w:p>
        </w:tc>
        <w:tc>
          <w:tcPr>
            <w:tcW w:w="1296" w:type="dxa"/>
          </w:tcPr>
          <w:p w14:paraId="20F84CA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2026-02-12</w:t>
            </w:r>
          </w:p>
        </w:tc>
        <w:tc>
          <w:tcPr>
            <w:tcW w:w="1296" w:type="dxa"/>
          </w:tcPr>
          <w:p w14:paraId="70A15E8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79B48C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„Mažos istorijos, dideli žodžiai“, kūrybinės dirbtuvės Lietuvių kalbos dienoms su Igne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Zarambaite</w:t>
            </w:r>
            <w:proofErr w:type="spellEnd"/>
          </w:p>
        </w:tc>
        <w:tc>
          <w:tcPr>
            <w:tcW w:w="2930" w:type="dxa"/>
          </w:tcPr>
          <w:p w14:paraId="1E83D4D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4288A8D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Ona Bajorinienė, Henrika Jokubauskienė;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 xml:space="preserve">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+370 615 95 478; vaiku.sk@silalesbiblioteka.lt</w:t>
            </w:r>
          </w:p>
        </w:tc>
      </w:tr>
      <w:tr w:rsidR="004312E2" w:rsidRPr="00E95BCA" w14:paraId="4F8CC7FB" w14:textId="77777777" w:rsidTr="00653E1B">
        <w:trPr>
          <w:jc w:val="center"/>
        </w:trPr>
        <w:tc>
          <w:tcPr>
            <w:tcW w:w="720" w:type="dxa"/>
          </w:tcPr>
          <w:p w14:paraId="31BE31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31</w:t>
            </w:r>
          </w:p>
        </w:tc>
        <w:tc>
          <w:tcPr>
            <w:tcW w:w="1296" w:type="dxa"/>
          </w:tcPr>
          <w:p w14:paraId="686D92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2026-02-12</w:t>
            </w:r>
          </w:p>
        </w:tc>
        <w:tc>
          <w:tcPr>
            <w:tcW w:w="1296" w:type="dxa"/>
          </w:tcPr>
          <w:p w14:paraId="4E8AAE0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394276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„Kuriu Lietuvai“</w:t>
            </w:r>
          </w:p>
        </w:tc>
        <w:tc>
          <w:tcPr>
            <w:tcW w:w="2930" w:type="dxa"/>
          </w:tcPr>
          <w:p w14:paraId="45BFEBF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6ECD28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74B1E691" w14:textId="77777777" w:rsidTr="00653E1B">
        <w:trPr>
          <w:jc w:val="center"/>
        </w:trPr>
        <w:tc>
          <w:tcPr>
            <w:tcW w:w="720" w:type="dxa"/>
          </w:tcPr>
          <w:p w14:paraId="66E0C7B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32</w:t>
            </w:r>
          </w:p>
        </w:tc>
        <w:tc>
          <w:tcPr>
            <w:tcW w:w="1296" w:type="dxa"/>
          </w:tcPr>
          <w:p w14:paraId="585AA80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2026-02-12</w:t>
            </w:r>
          </w:p>
        </w:tc>
        <w:tc>
          <w:tcPr>
            <w:tcW w:w="1296" w:type="dxa"/>
          </w:tcPr>
          <w:p w14:paraId="28ECC1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1DBF85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„Tos spalvos trys“.  Trispalvės sagės kūrimas.</w:t>
            </w:r>
          </w:p>
        </w:tc>
        <w:tc>
          <w:tcPr>
            <w:tcW w:w="2930" w:type="dxa"/>
          </w:tcPr>
          <w:p w14:paraId="57630FA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0E5BD97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E95BCA" w14:paraId="1BA0B486" w14:textId="77777777" w:rsidTr="00653E1B">
        <w:trPr>
          <w:jc w:val="center"/>
        </w:trPr>
        <w:tc>
          <w:tcPr>
            <w:tcW w:w="720" w:type="dxa"/>
          </w:tcPr>
          <w:p w14:paraId="67E7480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33</w:t>
            </w:r>
          </w:p>
        </w:tc>
        <w:tc>
          <w:tcPr>
            <w:tcW w:w="1296" w:type="dxa"/>
          </w:tcPr>
          <w:p w14:paraId="2EC412D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2026-02-13</w:t>
            </w:r>
          </w:p>
        </w:tc>
        <w:tc>
          <w:tcPr>
            <w:tcW w:w="1296" w:type="dxa"/>
          </w:tcPr>
          <w:p w14:paraId="331355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19.00–20.30</w:t>
            </w:r>
          </w:p>
        </w:tc>
        <w:tc>
          <w:tcPr>
            <w:tcW w:w="4608" w:type="dxa"/>
          </w:tcPr>
          <w:p w14:paraId="07CCFD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Žinių viktorina „Laisvė mus vienija“ Upynoje, skirta Lietuvos valstybės atkūrimo dienai.</w:t>
            </w:r>
          </w:p>
        </w:tc>
        <w:tc>
          <w:tcPr>
            <w:tcW w:w="2930" w:type="dxa"/>
          </w:tcPr>
          <w:p w14:paraId="5E30145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laisvalaikio salė</w:t>
            </w:r>
          </w:p>
        </w:tc>
        <w:tc>
          <w:tcPr>
            <w:tcW w:w="4270" w:type="dxa"/>
          </w:tcPr>
          <w:p w14:paraId="7588C9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653E1B" w14:paraId="04701A23" w14:textId="77777777" w:rsidTr="00653E1B">
        <w:trPr>
          <w:jc w:val="center"/>
        </w:trPr>
        <w:tc>
          <w:tcPr>
            <w:tcW w:w="720" w:type="dxa"/>
          </w:tcPr>
          <w:p w14:paraId="7F3A28D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34</w:t>
            </w:r>
          </w:p>
        </w:tc>
        <w:tc>
          <w:tcPr>
            <w:tcW w:w="1296" w:type="dxa"/>
          </w:tcPr>
          <w:p w14:paraId="753E51E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2026-02-15</w:t>
            </w:r>
          </w:p>
        </w:tc>
        <w:tc>
          <w:tcPr>
            <w:tcW w:w="1296" w:type="dxa"/>
          </w:tcPr>
          <w:p w14:paraId="72D88D3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78AF4F4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„Tautos būtis matuojama laisve“</w:t>
            </w:r>
          </w:p>
        </w:tc>
        <w:tc>
          <w:tcPr>
            <w:tcW w:w="2930" w:type="dxa"/>
          </w:tcPr>
          <w:p w14:paraId="788122D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0D22A0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653E1B" w14:paraId="684148E9" w14:textId="77777777" w:rsidTr="00653E1B">
        <w:trPr>
          <w:jc w:val="center"/>
        </w:trPr>
        <w:tc>
          <w:tcPr>
            <w:tcW w:w="720" w:type="dxa"/>
          </w:tcPr>
          <w:p w14:paraId="5BA763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35</w:t>
            </w:r>
          </w:p>
        </w:tc>
        <w:tc>
          <w:tcPr>
            <w:tcW w:w="1296" w:type="dxa"/>
          </w:tcPr>
          <w:p w14:paraId="3F961F2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2026-02-17</w:t>
            </w:r>
          </w:p>
        </w:tc>
        <w:tc>
          <w:tcPr>
            <w:tcW w:w="1296" w:type="dxa"/>
          </w:tcPr>
          <w:p w14:paraId="7D3603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1C3B65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 Užgavėnių blynai ir kiti smagumynai“,</w:t>
            </w:r>
          </w:p>
        </w:tc>
        <w:tc>
          <w:tcPr>
            <w:tcW w:w="2930" w:type="dxa"/>
          </w:tcPr>
          <w:p w14:paraId="2DC1E1F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02072C7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+370 614 09234, stase.pudzemiene@silalesbiblioteka.lt</w:t>
            </w:r>
          </w:p>
        </w:tc>
      </w:tr>
      <w:tr w:rsidR="004312E2" w:rsidRPr="00653E1B" w14:paraId="4E891F0B" w14:textId="77777777" w:rsidTr="00653E1B">
        <w:trPr>
          <w:jc w:val="center"/>
        </w:trPr>
        <w:tc>
          <w:tcPr>
            <w:tcW w:w="720" w:type="dxa"/>
          </w:tcPr>
          <w:p w14:paraId="2B970C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36</w:t>
            </w:r>
          </w:p>
        </w:tc>
        <w:tc>
          <w:tcPr>
            <w:tcW w:w="1296" w:type="dxa"/>
          </w:tcPr>
          <w:p w14:paraId="5CCC623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2026-02-17</w:t>
            </w:r>
          </w:p>
        </w:tc>
        <w:tc>
          <w:tcPr>
            <w:tcW w:w="1296" w:type="dxa"/>
          </w:tcPr>
          <w:p w14:paraId="27E1B1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18.00</w:t>
            </w:r>
          </w:p>
        </w:tc>
        <w:tc>
          <w:tcPr>
            <w:tcW w:w="4608" w:type="dxa"/>
          </w:tcPr>
          <w:p w14:paraId="18681D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Kultūrinis vakaras  ,, Lašininio ir Kanapinio ginčas“</w:t>
            </w:r>
          </w:p>
        </w:tc>
        <w:tc>
          <w:tcPr>
            <w:tcW w:w="2930" w:type="dxa"/>
          </w:tcPr>
          <w:p w14:paraId="6D3E5B7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0C4858F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Salomėja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Aurilienė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Trako g. 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19168,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salomeja.auriliene@silalesbiblioteka.lt</w:t>
            </w:r>
          </w:p>
        </w:tc>
      </w:tr>
      <w:tr w:rsidR="004312E2" w:rsidRPr="00E95BCA" w14:paraId="449E1F12" w14:textId="77777777" w:rsidTr="00653E1B">
        <w:trPr>
          <w:jc w:val="center"/>
        </w:trPr>
        <w:tc>
          <w:tcPr>
            <w:tcW w:w="720" w:type="dxa"/>
          </w:tcPr>
          <w:p w14:paraId="7D78CEB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37</w:t>
            </w:r>
          </w:p>
        </w:tc>
        <w:tc>
          <w:tcPr>
            <w:tcW w:w="1296" w:type="dxa"/>
          </w:tcPr>
          <w:p w14:paraId="1EA068D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2026-02- 17</w:t>
            </w:r>
          </w:p>
        </w:tc>
        <w:tc>
          <w:tcPr>
            <w:tcW w:w="1296" w:type="dxa"/>
          </w:tcPr>
          <w:p w14:paraId="0AE3499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18.30–20.00</w:t>
            </w:r>
          </w:p>
        </w:tc>
        <w:tc>
          <w:tcPr>
            <w:tcW w:w="4608" w:type="dxa"/>
          </w:tcPr>
          <w:p w14:paraId="4C8AE9E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X-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asis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protmūšis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„Nustebink Stulginskį”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Kaltinėnuose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skirtas Lietuvos valstybės atkūrimo dienai.</w:t>
            </w:r>
          </w:p>
        </w:tc>
        <w:tc>
          <w:tcPr>
            <w:tcW w:w="2930" w:type="dxa"/>
          </w:tcPr>
          <w:p w14:paraId="083BA6F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laisvalaikio salė</w:t>
            </w:r>
          </w:p>
        </w:tc>
        <w:tc>
          <w:tcPr>
            <w:tcW w:w="4270" w:type="dxa"/>
          </w:tcPr>
          <w:p w14:paraId="73815B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Rima Norvilienė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653E1B" w14:paraId="2CF743A4" w14:textId="77777777" w:rsidTr="00653E1B">
        <w:trPr>
          <w:jc w:val="center"/>
        </w:trPr>
        <w:tc>
          <w:tcPr>
            <w:tcW w:w="720" w:type="dxa"/>
          </w:tcPr>
          <w:p w14:paraId="011ADCB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38</w:t>
            </w:r>
          </w:p>
        </w:tc>
        <w:tc>
          <w:tcPr>
            <w:tcW w:w="1296" w:type="dxa"/>
          </w:tcPr>
          <w:p w14:paraId="7E9236E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2026.02.18</w:t>
            </w:r>
          </w:p>
        </w:tc>
        <w:tc>
          <w:tcPr>
            <w:tcW w:w="1296" w:type="dxa"/>
          </w:tcPr>
          <w:p w14:paraId="4A509D9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11B9E03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 Lietuviškų žodžių medis“</w:t>
            </w:r>
          </w:p>
        </w:tc>
        <w:tc>
          <w:tcPr>
            <w:tcW w:w="2930" w:type="dxa"/>
          </w:tcPr>
          <w:p w14:paraId="22DAEF8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biblioteka</w:t>
            </w:r>
          </w:p>
        </w:tc>
        <w:tc>
          <w:tcPr>
            <w:tcW w:w="4270" w:type="dxa"/>
          </w:tcPr>
          <w:p w14:paraId="4423D03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Nepriklausomybės g. 18, Upynos sen., Upynos mstl.,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28647,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giedre.leskiene@silalesbiblioteka.lt</w:t>
            </w:r>
          </w:p>
        </w:tc>
      </w:tr>
      <w:tr w:rsidR="004312E2" w:rsidRPr="00E95BCA" w14:paraId="7D2F814F" w14:textId="77777777" w:rsidTr="00653E1B">
        <w:trPr>
          <w:jc w:val="center"/>
        </w:trPr>
        <w:tc>
          <w:tcPr>
            <w:tcW w:w="720" w:type="dxa"/>
          </w:tcPr>
          <w:p w14:paraId="24EAC1D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39</w:t>
            </w:r>
          </w:p>
        </w:tc>
        <w:tc>
          <w:tcPr>
            <w:tcW w:w="1296" w:type="dxa"/>
          </w:tcPr>
          <w:p w14:paraId="5D1C52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2026-02-19</w:t>
            </w:r>
          </w:p>
        </w:tc>
        <w:tc>
          <w:tcPr>
            <w:tcW w:w="1296" w:type="dxa"/>
          </w:tcPr>
          <w:p w14:paraId="22A6B3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704502C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Viktorina „ Suk į kalbos ratą“</w:t>
            </w:r>
          </w:p>
        </w:tc>
        <w:tc>
          <w:tcPr>
            <w:tcW w:w="2930" w:type="dxa"/>
          </w:tcPr>
          <w:p w14:paraId="22891C8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01177D5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653E1B" w14:paraId="62AE52C3" w14:textId="77777777" w:rsidTr="00653E1B">
        <w:trPr>
          <w:jc w:val="center"/>
        </w:trPr>
        <w:tc>
          <w:tcPr>
            <w:tcW w:w="720" w:type="dxa"/>
          </w:tcPr>
          <w:p w14:paraId="2280C1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40</w:t>
            </w:r>
          </w:p>
        </w:tc>
        <w:tc>
          <w:tcPr>
            <w:tcW w:w="1296" w:type="dxa"/>
          </w:tcPr>
          <w:p w14:paraId="40936A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2026-02-19</w:t>
            </w:r>
          </w:p>
        </w:tc>
        <w:tc>
          <w:tcPr>
            <w:tcW w:w="1296" w:type="dxa"/>
          </w:tcPr>
          <w:p w14:paraId="726600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4E1DF97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„Kvapai lietuvių literatūroje“ kūrybinės dirbtuvės</w:t>
            </w:r>
          </w:p>
        </w:tc>
        <w:tc>
          <w:tcPr>
            <w:tcW w:w="2930" w:type="dxa"/>
          </w:tcPr>
          <w:p w14:paraId="6EF87AA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Bijotų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biblioteks</w:t>
            </w:r>
            <w:proofErr w:type="spellEnd"/>
          </w:p>
        </w:tc>
        <w:tc>
          <w:tcPr>
            <w:tcW w:w="4270" w:type="dxa"/>
          </w:tcPr>
          <w:p w14:paraId="4D8782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Martinkienė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Muziejaus g. 10A, Bijotų sen., Bijotų k., Šilalės r. sav. 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 xml:space="preserve">Tel. +370 618 17813,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agne.macijauskaite@silalesbiblioteka.lt</w:t>
            </w:r>
          </w:p>
        </w:tc>
      </w:tr>
      <w:tr w:rsidR="004312E2" w:rsidRPr="00653E1B" w14:paraId="519F50F6" w14:textId="77777777" w:rsidTr="00653E1B">
        <w:trPr>
          <w:jc w:val="center"/>
        </w:trPr>
        <w:tc>
          <w:tcPr>
            <w:tcW w:w="720" w:type="dxa"/>
          </w:tcPr>
          <w:p w14:paraId="54A9EA1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41</w:t>
            </w:r>
          </w:p>
        </w:tc>
        <w:tc>
          <w:tcPr>
            <w:tcW w:w="1296" w:type="dxa"/>
          </w:tcPr>
          <w:p w14:paraId="158659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2026-02-19</w:t>
            </w:r>
          </w:p>
        </w:tc>
        <w:tc>
          <w:tcPr>
            <w:tcW w:w="1296" w:type="dxa"/>
          </w:tcPr>
          <w:p w14:paraId="5E2D51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0BAC8F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,,Auginant mūsų gražią, mylimą lietuvių kalbą...“</w:t>
            </w:r>
          </w:p>
        </w:tc>
        <w:tc>
          <w:tcPr>
            <w:tcW w:w="2930" w:type="dxa"/>
          </w:tcPr>
          <w:p w14:paraId="760211C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871D25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Lina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Liekienė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, Akmenos g. 4,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lina.liekiene@silalesbiblioteka.lt</w:t>
            </w:r>
          </w:p>
        </w:tc>
      </w:tr>
      <w:tr w:rsidR="004312E2" w:rsidRPr="00653E1B" w14:paraId="210B4350" w14:textId="77777777" w:rsidTr="00653E1B">
        <w:trPr>
          <w:jc w:val="center"/>
        </w:trPr>
        <w:tc>
          <w:tcPr>
            <w:tcW w:w="720" w:type="dxa"/>
          </w:tcPr>
          <w:p w14:paraId="67F1C2C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42</w:t>
            </w:r>
          </w:p>
        </w:tc>
        <w:tc>
          <w:tcPr>
            <w:tcW w:w="1296" w:type="dxa"/>
          </w:tcPr>
          <w:p w14:paraId="40CA75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2026-02-19</w:t>
            </w:r>
          </w:p>
        </w:tc>
        <w:tc>
          <w:tcPr>
            <w:tcW w:w="1296" w:type="dxa"/>
          </w:tcPr>
          <w:p w14:paraId="320CAE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2BA00B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„Ar pažįsti Lietuvą?“</w:t>
            </w:r>
          </w:p>
        </w:tc>
        <w:tc>
          <w:tcPr>
            <w:tcW w:w="2930" w:type="dxa"/>
          </w:tcPr>
          <w:p w14:paraId="35ECA13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51F0E19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Andželika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Gečienė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Gardavos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4,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anzelika.geciene@silalesbiblioteka.lt</w:t>
            </w:r>
          </w:p>
        </w:tc>
      </w:tr>
      <w:tr w:rsidR="004312E2" w:rsidRPr="00653E1B" w14:paraId="301633DF" w14:textId="77777777" w:rsidTr="00653E1B">
        <w:trPr>
          <w:jc w:val="center"/>
        </w:trPr>
        <w:tc>
          <w:tcPr>
            <w:tcW w:w="720" w:type="dxa"/>
          </w:tcPr>
          <w:p w14:paraId="4822054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43</w:t>
            </w:r>
          </w:p>
        </w:tc>
        <w:tc>
          <w:tcPr>
            <w:tcW w:w="1296" w:type="dxa"/>
          </w:tcPr>
          <w:p w14:paraId="5C31CEA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2026-02-20</w:t>
            </w:r>
          </w:p>
        </w:tc>
        <w:tc>
          <w:tcPr>
            <w:tcW w:w="1296" w:type="dxa"/>
          </w:tcPr>
          <w:p w14:paraId="7DD2F18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2087CB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„Paliesk lietuvių kalbą širdimi“ (Senjoro savos kūrybos skaitymas).</w:t>
            </w:r>
          </w:p>
        </w:tc>
        <w:tc>
          <w:tcPr>
            <w:tcW w:w="2930" w:type="dxa"/>
          </w:tcPr>
          <w:p w14:paraId="148BBF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503C30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Irena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Sugintienė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Varnių  g. 7.,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mstl.,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17920,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irena.sugintiene@silalesbiblioteka.lt</w:t>
            </w:r>
          </w:p>
        </w:tc>
      </w:tr>
      <w:tr w:rsidR="004312E2" w:rsidRPr="00653E1B" w14:paraId="2497B4E4" w14:textId="77777777" w:rsidTr="00653E1B">
        <w:trPr>
          <w:jc w:val="center"/>
        </w:trPr>
        <w:tc>
          <w:tcPr>
            <w:tcW w:w="720" w:type="dxa"/>
          </w:tcPr>
          <w:p w14:paraId="5ED0BE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44</w:t>
            </w:r>
          </w:p>
        </w:tc>
        <w:tc>
          <w:tcPr>
            <w:tcW w:w="1296" w:type="dxa"/>
          </w:tcPr>
          <w:p w14:paraId="0926B3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2026-02-20</w:t>
            </w:r>
          </w:p>
        </w:tc>
        <w:tc>
          <w:tcPr>
            <w:tcW w:w="1296" w:type="dxa"/>
          </w:tcPr>
          <w:p w14:paraId="2CAE829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DD5729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„Tai gražiai skambėjo žodžiai“</w:t>
            </w:r>
          </w:p>
        </w:tc>
        <w:tc>
          <w:tcPr>
            <w:tcW w:w="2930" w:type="dxa"/>
          </w:tcPr>
          <w:p w14:paraId="4098DA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Kvėdarnos biblioteka</w:t>
            </w:r>
          </w:p>
        </w:tc>
        <w:tc>
          <w:tcPr>
            <w:tcW w:w="4270" w:type="dxa"/>
          </w:tcPr>
          <w:p w14:paraId="4307FD9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Judita Vainorienė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Žalioji g. 7, Kvėdarnos sen., Kvėdarnos mstl.,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19627,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judita.vainoriene@silalesbiblioteka.lt</w:t>
            </w:r>
          </w:p>
        </w:tc>
      </w:tr>
      <w:tr w:rsidR="004312E2" w:rsidRPr="00653E1B" w14:paraId="31A5B39C" w14:textId="77777777" w:rsidTr="00653E1B">
        <w:trPr>
          <w:jc w:val="center"/>
        </w:trPr>
        <w:tc>
          <w:tcPr>
            <w:tcW w:w="720" w:type="dxa"/>
          </w:tcPr>
          <w:p w14:paraId="6B03430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45</w:t>
            </w:r>
          </w:p>
        </w:tc>
        <w:tc>
          <w:tcPr>
            <w:tcW w:w="1296" w:type="dxa"/>
          </w:tcPr>
          <w:p w14:paraId="77303A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2026-02-23</w:t>
            </w:r>
          </w:p>
        </w:tc>
        <w:tc>
          <w:tcPr>
            <w:tcW w:w="1296" w:type="dxa"/>
          </w:tcPr>
          <w:p w14:paraId="1049550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684F99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Popietė „Raštai, mokantys gyventi: M. Valančiaus palikimas“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skirta Žemaičių vyskupo istoriko prozininko švietėjo  M. Valančiaus 225- gimimo metinėms paminėti.</w:t>
            </w:r>
          </w:p>
        </w:tc>
        <w:tc>
          <w:tcPr>
            <w:tcW w:w="2930" w:type="dxa"/>
          </w:tcPr>
          <w:p w14:paraId="50B61B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Žvingių biblioteka</w:t>
            </w:r>
          </w:p>
        </w:tc>
        <w:tc>
          <w:tcPr>
            <w:tcW w:w="4270" w:type="dxa"/>
          </w:tcPr>
          <w:p w14:paraId="755AA62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Zofija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Jūros g. 12, Pajūrio sen., Žvingių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mstl.,Šilalės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zofija.seputiene@silalesbiblioteka.lt</w:t>
            </w:r>
          </w:p>
        </w:tc>
      </w:tr>
      <w:tr w:rsidR="004312E2" w:rsidRPr="00653E1B" w14:paraId="7C3FEC3F" w14:textId="77777777" w:rsidTr="00653E1B">
        <w:trPr>
          <w:jc w:val="center"/>
        </w:trPr>
        <w:tc>
          <w:tcPr>
            <w:tcW w:w="720" w:type="dxa"/>
          </w:tcPr>
          <w:p w14:paraId="3CE848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46</w:t>
            </w:r>
          </w:p>
        </w:tc>
        <w:tc>
          <w:tcPr>
            <w:tcW w:w="1296" w:type="dxa"/>
          </w:tcPr>
          <w:p w14:paraId="362E84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2026-02-24</w:t>
            </w:r>
          </w:p>
        </w:tc>
        <w:tc>
          <w:tcPr>
            <w:tcW w:w="1296" w:type="dxa"/>
          </w:tcPr>
          <w:p w14:paraId="3198C1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4C4AADD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„Palangos Juzės klumpės“ minint 225-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ąsias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M. Valančiaus gimimo metines.</w:t>
            </w:r>
          </w:p>
        </w:tc>
        <w:tc>
          <w:tcPr>
            <w:tcW w:w="2930" w:type="dxa"/>
          </w:tcPr>
          <w:p w14:paraId="67FAE59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1F46DA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Kairienė Tvenkinio g. 4, Laukuvos sen., Laukuvos mstl.,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jolanta.kairiene@silalesbiblioteka.lt</w:t>
            </w:r>
          </w:p>
        </w:tc>
      </w:tr>
      <w:tr w:rsidR="004312E2" w:rsidRPr="00653E1B" w14:paraId="24C3C29C" w14:textId="77777777" w:rsidTr="00653E1B">
        <w:trPr>
          <w:jc w:val="center"/>
        </w:trPr>
        <w:tc>
          <w:tcPr>
            <w:tcW w:w="720" w:type="dxa"/>
          </w:tcPr>
          <w:p w14:paraId="3B571F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47</w:t>
            </w:r>
          </w:p>
        </w:tc>
        <w:tc>
          <w:tcPr>
            <w:tcW w:w="1296" w:type="dxa"/>
          </w:tcPr>
          <w:p w14:paraId="185015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2026-02-25</w:t>
            </w:r>
          </w:p>
        </w:tc>
        <w:tc>
          <w:tcPr>
            <w:tcW w:w="1296" w:type="dxa"/>
          </w:tcPr>
          <w:p w14:paraId="534A956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6F517F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„Martynas Mažvydas, jis parašė pirmąją lietuvišką knygą“</w:t>
            </w:r>
          </w:p>
        </w:tc>
        <w:tc>
          <w:tcPr>
            <w:tcW w:w="2930" w:type="dxa"/>
          </w:tcPr>
          <w:p w14:paraId="24870D7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6C1CB7C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Kairienė Tvenkinio g. 4, Laukuvos sen., Laukuvos mstl.,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jolanta.kairiene@silalesbiblioteka.lt</w:t>
            </w:r>
          </w:p>
        </w:tc>
      </w:tr>
      <w:tr w:rsidR="004312E2" w:rsidRPr="00E95BCA" w14:paraId="69D0BB09" w14:textId="77777777" w:rsidTr="00653E1B">
        <w:trPr>
          <w:jc w:val="center"/>
        </w:trPr>
        <w:tc>
          <w:tcPr>
            <w:tcW w:w="720" w:type="dxa"/>
          </w:tcPr>
          <w:p w14:paraId="050DA8D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48</w:t>
            </w:r>
          </w:p>
        </w:tc>
        <w:tc>
          <w:tcPr>
            <w:tcW w:w="1296" w:type="dxa"/>
          </w:tcPr>
          <w:p w14:paraId="78126B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2026-02-27</w:t>
            </w:r>
          </w:p>
        </w:tc>
        <w:tc>
          <w:tcPr>
            <w:tcW w:w="1296" w:type="dxa"/>
          </w:tcPr>
          <w:p w14:paraId="75B077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0DF03A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„Mažieji kalbos tyrinėtojai: žodžių nuotykiai bibliotekoje“, skirta Lietuvių kalbos dienoms paminėti.</w:t>
            </w:r>
          </w:p>
        </w:tc>
        <w:tc>
          <w:tcPr>
            <w:tcW w:w="2930" w:type="dxa"/>
          </w:tcPr>
          <w:p w14:paraId="5405050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Tenenių biblioteka</w:t>
            </w:r>
          </w:p>
        </w:tc>
        <w:tc>
          <w:tcPr>
            <w:tcW w:w="4270" w:type="dxa"/>
          </w:tcPr>
          <w:p w14:paraId="5F9ECA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Riverė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 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Nepriklausomybės g. 39, Tenenių sen., Tenenių mstl.,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agne.rivere@silalesbiblioteka.lt</w:t>
            </w:r>
          </w:p>
        </w:tc>
      </w:tr>
      <w:tr w:rsidR="004312E2" w:rsidRPr="00E95BCA" w14:paraId="11A4B74A" w14:textId="77777777" w:rsidTr="00653E1B">
        <w:trPr>
          <w:jc w:val="center"/>
        </w:trPr>
        <w:tc>
          <w:tcPr>
            <w:tcW w:w="720" w:type="dxa"/>
          </w:tcPr>
          <w:p w14:paraId="07A430B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49</w:t>
            </w:r>
          </w:p>
        </w:tc>
        <w:tc>
          <w:tcPr>
            <w:tcW w:w="1296" w:type="dxa"/>
          </w:tcPr>
          <w:p w14:paraId="40EDE4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2026-03-04-2026-03-31</w:t>
            </w:r>
          </w:p>
        </w:tc>
        <w:tc>
          <w:tcPr>
            <w:tcW w:w="1296" w:type="dxa"/>
          </w:tcPr>
          <w:p w14:paraId="0168A9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273CDDB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„Paukščiai sugrįžo“ Šilalės meno mokyklos mokinių piešinių paroda (mok. I. Venckienė)</w:t>
            </w:r>
          </w:p>
        </w:tc>
        <w:tc>
          <w:tcPr>
            <w:tcW w:w="2930" w:type="dxa"/>
          </w:tcPr>
          <w:p w14:paraId="6511788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6A491B2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Bajorinienė,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Henrika Jokubauskienė 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51478A28" w14:textId="77777777" w:rsidTr="00653E1B">
        <w:trPr>
          <w:jc w:val="center"/>
        </w:trPr>
        <w:tc>
          <w:tcPr>
            <w:tcW w:w="720" w:type="dxa"/>
          </w:tcPr>
          <w:p w14:paraId="771843D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50</w:t>
            </w:r>
          </w:p>
        </w:tc>
        <w:tc>
          <w:tcPr>
            <w:tcW w:w="1296" w:type="dxa"/>
          </w:tcPr>
          <w:p w14:paraId="78F02E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2026-03-05</w:t>
            </w:r>
          </w:p>
        </w:tc>
        <w:tc>
          <w:tcPr>
            <w:tcW w:w="1296" w:type="dxa"/>
          </w:tcPr>
          <w:p w14:paraId="313BA8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58B9F2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Garsinis pasakų skaitymas „Stebuklinga žodžio galia“</w:t>
            </w:r>
          </w:p>
        </w:tc>
        <w:tc>
          <w:tcPr>
            <w:tcW w:w="2930" w:type="dxa"/>
          </w:tcPr>
          <w:p w14:paraId="708BD3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3F2D8B5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+370 614 09234, stase.pudzemiene@silalesbiblioteka.lt</w:t>
            </w:r>
          </w:p>
        </w:tc>
      </w:tr>
      <w:tr w:rsidR="004312E2" w:rsidRPr="00E95BCA" w14:paraId="6F59AC2F" w14:textId="77777777" w:rsidTr="00653E1B">
        <w:trPr>
          <w:jc w:val="center"/>
        </w:trPr>
        <w:tc>
          <w:tcPr>
            <w:tcW w:w="720" w:type="dxa"/>
          </w:tcPr>
          <w:p w14:paraId="408BFC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51</w:t>
            </w:r>
          </w:p>
        </w:tc>
        <w:tc>
          <w:tcPr>
            <w:tcW w:w="1296" w:type="dxa"/>
          </w:tcPr>
          <w:p w14:paraId="55643C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2026-03-06  2026-04-09</w:t>
            </w:r>
          </w:p>
        </w:tc>
        <w:tc>
          <w:tcPr>
            <w:tcW w:w="1296" w:type="dxa"/>
          </w:tcPr>
          <w:p w14:paraId="016F43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24756D5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„Kukučio keliu“, skirta M. Martinaičio 90 gimimo metinėms</w:t>
            </w:r>
          </w:p>
        </w:tc>
        <w:tc>
          <w:tcPr>
            <w:tcW w:w="2930" w:type="dxa"/>
          </w:tcPr>
          <w:p w14:paraId="47F054F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69F822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 Jolanta Venckienė,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20FCBD23" w14:textId="77777777" w:rsidTr="00653E1B">
        <w:trPr>
          <w:jc w:val="center"/>
        </w:trPr>
        <w:tc>
          <w:tcPr>
            <w:tcW w:w="720" w:type="dxa"/>
          </w:tcPr>
          <w:p w14:paraId="5E2F8D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52</w:t>
            </w:r>
          </w:p>
        </w:tc>
        <w:tc>
          <w:tcPr>
            <w:tcW w:w="1296" w:type="dxa"/>
          </w:tcPr>
          <w:p w14:paraId="6145B67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2026-03-06  2026-04-09</w:t>
            </w:r>
          </w:p>
        </w:tc>
        <w:tc>
          <w:tcPr>
            <w:tcW w:w="1296" w:type="dxa"/>
          </w:tcPr>
          <w:p w14:paraId="4A7551F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11D631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„Nepriklausomybės pavasaris“, skirta Lietuvos Nepriklausomybės atkūrimo diena</w:t>
            </w:r>
          </w:p>
        </w:tc>
        <w:tc>
          <w:tcPr>
            <w:tcW w:w="2930" w:type="dxa"/>
          </w:tcPr>
          <w:p w14:paraId="613D3F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05BF8FC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646908D4" w14:textId="77777777" w:rsidTr="00653E1B">
        <w:trPr>
          <w:jc w:val="center"/>
        </w:trPr>
        <w:tc>
          <w:tcPr>
            <w:tcW w:w="720" w:type="dxa"/>
          </w:tcPr>
          <w:p w14:paraId="1AF09F6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53</w:t>
            </w:r>
          </w:p>
        </w:tc>
        <w:tc>
          <w:tcPr>
            <w:tcW w:w="1296" w:type="dxa"/>
          </w:tcPr>
          <w:p w14:paraId="1C1F71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2026-03-06</w:t>
            </w:r>
          </w:p>
        </w:tc>
        <w:tc>
          <w:tcPr>
            <w:tcW w:w="1296" w:type="dxa"/>
          </w:tcPr>
          <w:p w14:paraId="7D47BD3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443316E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Nacionalinio diktanto rašymas „Rašyk. Klysk. Išmok“</w:t>
            </w:r>
          </w:p>
        </w:tc>
        <w:tc>
          <w:tcPr>
            <w:tcW w:w="2930" w:type="dxa"/>
          </w:tcPr>
          <w:p w14:paraId="7702D5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42C040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653E1B" w14:paraId="24C18CE0" w14:textId="77777777" w:rsidTr="00653E1B">
        <w:trPr>
          <w:jc w:val="center"/>
        </w:trPr>
        <w:tc>
          <w:tcPr>
            <w:tcW w:w="720" w:type="dxa"/>
          </w:tcPr>
          <w:p w14:paraId="2C849AD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54</w:t>
            </w:r>
          </w:p>
        </w:tc>
        <w:tc>
          <w:tcPr>
            <w:tcW w:w="1296" w:type="dxa"/>
          </w:tcPr>
          <w:p w14:paraId="7635CEB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2026-03-09</w:t>
            </w:r>
          </w:p>
        </w:tc>
        <w:tc>
          <w:tcPr>
            <w:tcW w:w="1296" w:type="dxa"/>
          </w:tcPr>
          <w:p w14:paraId="09478E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19379C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Susitikimas – edukacija su vaikų rašytoja Rebeka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Una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knygos „Atjunk“ pristatymas</w:t>
            </w:r>
          </w:p>
        </w:tc>
        <w:tc>
          <w:tcPr>
            <w:tcW w:w="2930" w:type="dxa"/>
          </w:tcPr>
          <w:p w14:paraId="0569240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2D9769C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Ona Bajorinienė, Henrika Jokubauskienė;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+370 615 95 478; vaiku.sk@silalesbiblioteka.lt</w:t>
            </w:r>
          </w:p>
        </w:tc>
      </w:tr>
      <w:tr w:rsidR="004312E2" w:rsidRPr="00E95BCA" w14:paraId="139A561F" w14:textId="77777777" w:rsidTr="00653E1B">
        <w:trPr>
          <w:jc w:val="center"/>
        </w:trPr>
        <w:tc>
          <w:tcPr>
            <w:tcW w:w="720" w:type="dxa"/>
          </w:tcPr>
          <w:p w14:paraId="30462CD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55</w:t>
            </w:r>
          </w:p>
        </w:tc>
        <w:tc>
          <w:tcPr>
            <w:tcW w:w="1296" w:type="dxa"/>
          </w:tcPr>
          <w:p w14:paraId="0F33082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2026-03-09</w:t>
            </w:r>
          </w:p>
        </w:tc>
        <w:tc>
          <w:tcPr>
            <w:tcW w:w="1296" w:type="dxa"/>
          </w:tcPr>
          <w:p w14:paraId="33CD788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19.00–20.30</w:t>
            </w:r>
          </w:p>
        </w:tc>
        <w:tc>
          <w:tcPr>
            <w:tcW w:w="4608" w:type="dxa"/>
          </w:tcPr>
          <w:p w14:paraId="6C9650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Kovo 11-osios intelektinė šventė „Laisvė – mūsų jėga“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Traksėdyje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skirta Lietuvos Nepriklausomybės atkūrimo dienai.</w:t>
            </w:r>
          </w:p>
        </w:tc>
        <w:tc>
          <w:tcPr>
            <w:tcW w:w="2930" w:type="dxa"/>
          </w:tcPr>
          <w:p w14:paraId="5D9371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laisvalaikio salė</w:t>
            </w:r>
          </w:p>
        </w:tc>
        <w:tc>
          <w:tcPr>
            <w:tcW w:w="4270" w:type="dxa"/>
          </w:tcPr>
          <w:p w14:paraId="7C7E47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E95BCA" w14:paraId="344D6A09" w14:textId="77777777" w:rsidTr="00653E1B">
        <w:trPr>
          <w:jc w:val="center"/>
        </w:trPr>
        <w:tc>
          <w:tcPr>
            <w:tcW w:w="720" w:type="dxa"/>
          </w:tcPr>
          <w:p w14:paraId="22E6A30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56</w:t>
            </w:r>
          </w:p>
        </w:tc>
        <w:tc>
          <w:tcPr>
            <w:tcW w:w="1296" w:type="dxa"/>
          </w:tcPr>
          <w:p w14:paraId="05090D2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2026-03-10</w:t>
            </w:r>
          </w:p>
        </w:tc>
        <w:tc>
          <w:tcPr>
            <w:tcW w:w="1296" w:type="dxa"/>
          </w:tcPr>
          <w:p w14:paraId="4749465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611C36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Sublimacijos technika dekoruoti puodeliai „Karščio magijos pakerėti“</w:t>
            </w:r>
          </w:p>
        </w:tc>
        <w:tc>
          <w:tcPr>
            <w:tcW w:w="2930" w:type="dxa"/>
          </w:tcPr>
          <w:p w14:paraId="1265628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56812A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733E1763" w14:textId="77777777" w:rsidTr="00653E1B">
        <w:trPr>
          <w:jc w:val="center"/>
        </w:trPr>
        <w:tc>
          <w:tcPr>
            <w:tcW w:w="720" w:type="dxa"/>
          </w:tcPr>
          <w:p w14:paraId="18E9A54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57</w:t>
            </w:r>
          </w:p>
        </w:tc>
        <w:tc>
          <w:tcPr>
            <w:tcW w:w="1296" w:type="dxa"/>
          </w:tcPr>
          <w:p w14:paraId="567740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2026-03-10</w:t>
            </w:r>
          </w:p>
        </w:tc>
        <w:tc>
          <w:tcPr>
            <w:tcW w:w="1296" w:type="dxa"/>
          </w:tcPr>
          <w:p w14:paraId="37E424E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46698A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„Lietuva gražiausias žemės paveikslas“.</w:t>
            </w:r>
          </w:p>
        </w:tc>
        <w:tc>
          <w:tcPr>
            <w:tcW w:w="2930" w:type="dxa"/>
          </w:tcPr>
          <w:p w14:paraId="59EDEBB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17780A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E95BCA" w14:paraId="3F53712F" w14:textId="77777777" w:rsidTr="00653E1B">
        <w:trPr>
          <w:jc w:val="center"/>
        </w:trPr>
        <w:tc>
          <w:tcPr>
            <w:tcW w:w="720" w:type="dxa"/>
          </w:tcPr>
          <w:p w14:paraId="301425E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58</w:t>
            </w:r>
          </w:p>
        </w:tc>
        <w:tc>
          <w:tcPr>
            <w:tcW w:w="1296" w:type="dxa"/>
          </w:tcPr>
          <w:p w14:paraId="0FFFE3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2026-03-11</w:t>
            </w:r>
          </w:p>
        </w:tc>
        <w:tc>
          <w:tcPr>
            <w:tcW w:w="1296" w:type="dxa"/>
          </w:tcPr>
          <w:p w14:paraId="66D1BAE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16FC34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Žygis „Laisvę nešantys žingsniai“</w:t>
            </w:r>
          </w:p>
        </w:tc>
        <w:tc>
          <w:tcPr>
            <w:tcW w:w="2930" w:type="dxa"/>
          </w:tcPr>
          <w:p w14:paraId="6486DE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518B13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E95BCA" w14:paraId="414063AF" w14:textId="77777777" w:rsidTr="00653E1B">
        <w:trPr>
          <w:jc w:val="center"/>
        </w:trPr>
        <w:tc>
          <w:tcPr>
            <w:tcW w:w="720" w:type="dxa"/>
          </w:tcPr>
          <w:p w14:paraId="7F29E89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59</w:t>
            </w:r>
          </w:p>
        </w:tc>
        <w:tc>
          <w:tcPr>
            <w:tcW w:w="1296" w:type="dxa"/>
          </w:tcPr>
          <w:p w14:paraId="05CDFFB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2026-03-12</w:t>
            </w:r>
          </w:p>
        </w:tc>
        <w:tc>
          <w:tcPr>
            <w:tcW w:w="1296" w:type="dxa"/>
          </w:tcPr>
          <w:p w14:paraId="4AD7F5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19.00–20.30</w:t>
            </w:r>
          </w:p>
        </w:tc>
        <w:tc>
          <w:tcPr>
            <w:tcW w:w="4608" w:type="dxa"/>
          </w:tcPr>
          <w:p w14:paraId="59EAAB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Nepriklausomybės žinių turnyras „Švęskime laisvę“ Bijotuose, skirtas Lietuvos Nepriklausomybės atkūrimo dienai.</w:t>
            </w:r>
          </w:p>
        </w:tc>
        <w:tc>
          <w:tcPr>
            <w:tcW w:w="2930" w:type="dxa"/>
          </w:tcPr>
          <w:p w14:paraId="1ACC76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Bijotų laisvalaikio salė</w:t>
            </w:r>
          </w:p>
        </w:tc>
        <w:tc>
          <w:tcPr>
            <w:tcW w:w="4270" w:type="dxa"/>
          </w:tcPr>
          <w:p w14:paraId="30F4FA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653E1B" w14:paraId="49F014B5" w14:textId="77777777" w:rsidTr="00653E1B">
        <w:trPr>
          <w:jc w:val="center"/>
        </w:trPr>
        <w:tc>
          <w:tcPr>
            <w:tcW w:w="720" w:type="dxa"/>
          </w:tcPr>
          <w:p w14:paraId="5E3CFEF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60</w:t>
            </w:r>
          </w:p>
        </w:tc>
        <w:tc>
          <w:tcPr>
            <w:tcW w:w="1296" w:type="dxa"/>
          </w:tcPr>
          <w:p w14:paraId="650D89F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2026-03-13</w:t>
            </w:r>
          </w:p>
        </w:tc>
        <w:tc>
          <w:tcPr>
            <w:tcW w:w="1296" w:type="dxa"/>
          </w:tcPr>
          <w:p w14:paraId="5372B2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724350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„Lietuviško žodžio sargai“</w:t>
            </w:r>
          </w:p>
        </w:tc>
        <w:tc>
          <w:tcPr>
            <w:tcW w:w="2930" w:type="dxa"/>
          </w:tcPr>
          <w:p w14:paraId="1B79BD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Kvėdarnos biblioteka</w:t>
            </w:r>
          </w:p>
        </w:tc>
        <w:tc>
          <w:tcPr>
            <w:tcW w:w="4270" w:type="dxa"/>
          </w:tcPr>
          <w:p w14:paraId="287274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Judita Vainorienė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Žalioji g. 7, Kvėdarnos sen., Kvėdarnos mstl.,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19627,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judita.vainoriene@silalesbiblioteka.lt</w:t>
            </w:r>
          </w:p>
        </w:tc>
      </w:tr>
      <w:tr w:rsidR="004312E2" w:rsidRPr="00E95BCA" w14:paraId="618ED5AD" w14:textId="77777777" w:rsidTr="00653E1B">
        <w:trPr>
          <w:jc w:val="center"/>
        </w:trPr>
        <w:tc>
          <w:tcPr>
            <w:tcW w:w="720" w:type="dxa"/>
          </w:tcPr>
          <w:p w14:paraId="1A5738A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61</w:t>
            </w:r>
          </w:p>
        </w:tc>
        <w:tc>
          <w:tcPr>
            <w:tcW w:w="1296" w:type="dxa"/>
          </w:tcPr>
          <w:p w14:paraId="1F250A6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2026-03-16</w:t>
            </w:r>
          </w:p>
        </w:tc>
        <w:tc>
          <w:tcPr>
            <w:tcW w:w="1296" w:type="dxa"/>
          </w:tcPr>
          <w:p w14:paraId="6B0DD46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0C9B823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„Pelynų medus“, Editos Mildažytės knygos pristatymas</w:t>
            </w:r>
          </w:p>
        </w:tc>
        <w:tc>
          <w:tcPr>
            <w:tcW w:w="2930" w:type="dxa"/>
          </w:tcPr>
          <w:p w14:paraId="44DE399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1C541AA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2C24B62E" w14:textId="77777777" w:rsidTr="00653E1B">
        <w:trPr>
          <w:jc w:val="center"/>
        </w:trPr>
        <w:tc>
          <w:tcPr>
            <w:tcW w:w="720" w:type="dxa"/>
          </w:tcPr>
          <w:p w14:paraId="3FA82E5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62</w:t>
            </w:r>
          </w:p>
        </w:tc>
        <w:tc>
          <w:tcPr>
            <w:tcW w:w="1296" w:type="dxa"/>
          </w:tcPr>
          <w:p w14:paraId="3207311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2026-03-20</w:t>
            </w:r>
          </w:p>
        </w:tc>
        <w:tc>
          <w:tcPr>
            <w:tcW w:w="1296" w:type="dxa"/>
          </w:tcPr>
          <w:p w14:paraId="58F3765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0F0F641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Sensoriniai skaitymai:  ,, Labai alkanas vikšrelis“</w:t>
            </w:r>
          </w:p>
        </w:tc>
        <w:tc>
          <w:tcPr>
            <w:tcW w:w="2930" w:type="dxa"/>
          </w:tcPr>
          <w:p w14:paraId="5C7F65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1E5B359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+370 614 09234, stase.pudzemiene@silalesbiblioteka.lt</w:t>
            </w:r>
          </w:p>
        </w:tc>
      </w:tr>
      <w:tr w:rsidR="004312E2" w:rsidRPr="00653E1B" w14:paraId="0FC9F326" w14:textId="77777777" w:rsidTr="00653E1B">
        <w:trPr>
          <w:jc w:val="center"/>
        </w:trPr>
        <w:tc>
          <w:tcPr>
            <w:tcW w:w="720" w:type="dxa"/>
          </w:tcPr>
          <w:p w14:paraId="176DDD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63</w:t>
            </w:r>
          </w:p>
        </w:tc>
        <w:tc>
          <w:tcPr>
            <w:tcW w:w="1296" w:type="dxa"/>
          </w:tcPr>
          <w:p w14:paraId="6CC41E1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2026-03-20</w:t>
            </w:r>
          </w:p>
        </w:tc>
        <w:tc>
          <w:tcPr>
            <w:tcW w:w="1296" w:type="dxa"/>
          </w:tcPr>
          <w:p w14:paraId="3AC44B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17A193A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„Velykų belaukiant“.</w:t>
            </w:r>
          </w:p>
        </w:tc>
        <w:tc>
          <w:tcPr>
            <w:tcW w:w="2930" w:type="dxa"/>
          </w:tcPr>
          <w:p w14:paraId="2CAA04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118AAAD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653E1B" w14:paraId="2918169C" w14:textId="77777777" w:rsidTr="00653E1B">
        <w:trPr>
          <w:jc w:val="center"/>
        </w:trPr>
        <w:tc>
          <w:tcPr>
            <w:tcW w:w="720" w:type="dxa"/>
          </w:tcPr>
          <w:p w14:paraId="5181ACE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64</w:t>
            </w:r>
          </w:p>
        </w:tc>
        <w:tc>
          <w:tcPr>
            <w:tcW w:w="1296" w:type="dxa"/>
          </w:tcPr>
          <w:p w14:paraId="76D216C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2026-03-23</w:t>
            </w:r>
          </w:p>
        </w:tc>
        <w:tc>
          <w:tcPr>
            <w:tcW w:w="1296" w:type="dxa"/>
          </w:tcPr>
          <w:p w14:paraId="74C1488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12.00</w:t>
            </w:r>
          </w:p>
        </w:tc>
        <w:tc>
          <w:tcPr>
            <w:tcW w:w="4608" w:type="dxa"/>
          </w:tcPr>
          <w:p w14:paraId="36085AB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Susitikimas-edukacija „Kas ta Magnetinė sala?“ su autore Viktorija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Butautis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2930" w:type="dxa"/>
          </w:tcPr>
          <w:p w14:paraId="798C88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1F58B4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Ona Bajorinienė, Henrika Jokubauskienė;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+370 615 95 478; vaiku.sk@silalesbiblioteka.lt</w:t>
            </w:r>
          </w:p>
        </w:tc>
      </w:tr>
      <w:tr w:rsidR="004312E2" w:rsidRPr="00653E1B" w14:paraId="23D6DDA0" w14:textId="77777777" w:rsidTr="00653E1B">
        <w:trPr>
          <w:jc w:val="center"/>
        </w:trPr>
        <w:tc>
          <w:tcPr>
            <w:tcW w:w="720" w:type="dxa"/>
          </w:tcPr>
          <w:p w14:paraId="1C2816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65</w:t>
            </w:r>
          </w:p>
        </w:tc>
        <w:tc>
          <w:tcPr>
            <w:tcW w:w="1296" w:type="dxa"/>
          </w:tcPr>
          <w:p w14:paraId="48EB26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2026-03-25</w:t>
            </w:r>
          </w:p>
        </w:tc>
        <w:tc>
          <w:tcPr>
            <w:tcW w:w="1296" w:type="dxa"/>
          </w:tcPr>
          <w:p w14:paraId="002B9AB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23DA817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Viktorina ,,Pažink žodį Lietuvišką“</w:t>
            </w:r>
          </w:p>
        </w:tc>
        <w:tc>
          <w:tcPr>
            <w:tcW w:w="2930" w:type="dxa"/>
          </w:tcPr>
          <w:p w14:paraId="10A6AF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6595186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Tvenkinio g. 4, Laukuvos sen., Laukuvos mstl.,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rugile.virbasiene@silalesbiblioteka.lt</w:t>
            </w:r>
          </w:p>
        </w:tc>
      </w:tr>
      <w:tr w:rsidR="004312E2" w:rsidRPr="00653E1B" w14:paraId="5AF73CAA" w14:textId="77777777" w:rsidTr="00653E1B">
        <w:trPr>
          <w:jc w:val="center"/>
        </w:trPr>
        <w:tc>
          <w:tcPr>
            <w:tcW w:w="720" w:type="dxa"/>
          </w:tcPr>
          <w:p w14:paraId="0500F64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66</w:t>
            </w:r>
          </w:p>
        </w:tc>
        <w:tc>
          <w:tcPr>
            <w:tcW w:w="1296" w:type="dxa"/>
          </w:tcPr>
          <w:p w14:paraId="10F5C42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2026-03-25</w:t>
            </w:r>
          </w:p>
        </w:tc>
        <w:tc>
          <w:tcPr>
            <w:tcW w:w="1296" w:type="dxa"/>
          </w:tcPr>
          <w:p w14:paraId="3F72363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1B971BC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Viktorina ,,Pažink žodį Lietuvišką“</w:t>
            </w:r>
          </w:p>
        </w:tc>
        <w:tc>
          <w:tcPr>
            <w:tcW w:w="2930" w:type="dxa"/>
          </w:tcPr>
          <w:p w14:paraId="0F123AF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96C4DF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24FCCF39" w14:textId="77777777" w:rsidTr="00653E1B">
        <w:trPr>
          <w:jc w:val="center"/>
        </w:trPr>
        <w:tc>
          <w:tcPr>
            <w:tcW w:w="720" w:type="dxa"/>
          </w:tcPr>
          <w:p w14:paraId="59DF3A5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67</w:t>
            </w:r>
          </w:p>
        </w:tc>
        <w:tc>
          <w:tcPr>
            <w:tcW w:w="1296" w:type="dxa"/>
          </w:tcPr>
          <w:p w14:paraId="63CE341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2026-03-30</w:t>
            </w:r>
          </w:p>
        </w:tc>
        <w:tc>
          <w:tcPr>
            <w:tcW w:w="1296" w:type="dxa"/>
          </w:tcPr>
          <w:p w14:paraId="78B0FBF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38BF39F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,,Velykinių kepinių ir margučių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dažymo tradicijų puoselėjimas“</w:t>
            </w:r>
          </w:p>
        </w:tc>
        <w:tc>
          <w:tcPr>
            <w:tcW w:w="2930" w:type="dxa"/>
          </w:tcPr>
          <w:p w14:paraId="1B20006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35BCBF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Asta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Gestautienė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Rungio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2,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asta.gestautiene@silalesbiblioteka.lt</w:t>
            </w:r>
          </w:p>
        </w:tc>
      </w:tr>
      <w:tr w:rsidR="004312E2" w:rsidRPr="00653E1B" w14:paraId="2E4CF0CF" w14:textId="77777777" w:rsidTr="00653E1B">
        <w:trPr>
          <w:jc w:val="center"/>
        </w:trPr>
        <w:tc>
          <w:tcPr>
            <w:tcW w:w="720" w:type="dxa"/>
          </w:tcPr>
          <w:p w14:paraId="11A671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68</w:t>
            </w:r>
          </w:p>
        </w:tc>
        <w:tc>
          <w:tcPr>
            <w:tcW w:w="1296" w:type="dxa"/>
          </w:tcPr>
          <w:p w14:paraId="396508D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2026-03-30</w:t>
            </w:r>
          </w:p>
        </w:tc>
        <w:tc>
          <w:tcPr>
            <w:tcW w:w="1296" w:type="dxa"/>
          </w:tcPr>
          <w:p w14:paraId="7411030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4BAD5A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Popietė „Kaip moterys keitė Lietuvą“-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G.Petkevičaitė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– Bitė .</w:t>
            </w:r>
          </w:p>
        </w:tc>
        <w:tc>
          <w:tcPr>
            <w:tcW w:w="2930" w:type="dxa"/>
          </w:tcPr>
          <w:p w14:paraId="548682B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Žvingių biblioteka</w:t>
            </w:r>
          </w:p>
        </w:tc>
        <w:tc>
          <w:tcPr>
            <w:tcW w:w="4270" w:type="dxa"/>
          </w:tcPr>
          <w:p w14:paraId="4751F5B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Zofija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Jūros g. 12, Pajūrio sen., Žvingių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mstl.,Šilalės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zofija.seputiene@silalesbiblioteka.lt</w:t>
            </w:r>
          </w:p>
        </w:tc>
      </w:tr>
      <w:tr w:rsidR="004312E2" w:rsidRPr="00653E1B" w14:paraId="37B64531" w14:textId="77777777" w:rsidTr="00653E1B">
        <w:trPr>
          <w:jc w:val="center"/>
        </w:trPr>
        <w:tc>
          <w:tcPr>
            <w:tcW w:w="720" w:type="dxa"/>
          </w:tcPr>
          <w:p w14:paraId="58BF01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69</w:t>
            </w:r>
          </w:p>
        </w:tc>
        <w:tc>
          <w:tcPr>
            <w:tcW w:w="1296" w:type="dxa"/>
          </w:tcPr>
          <w:p w14:paraId="32B9BA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2026-04-01</w:t>
            </w:r>
          </w:p>
        </w:tc>
        <w:tc>
          <w:tcPr>
            <w:tcW w:w="1296" w:type="dxa"/>
          </w:tcPr>
          <w:p w14:paraId="1A455AD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71BB83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,,Tradicijos margučių raštuose“ Velykinių karpinių kūrybinės dirbtuvės.</w:t>
            </w:r>
          </w:p>
        </w:tc>
        <w:tc>
          <w:tcPr>
            <w:tcW w:w="2930" w:type="dxa"/>
          </w:tcPr>
          <w:p w14:paraId="41A9624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A2C7C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E95BCA" w14:paraId="363258C8" w14:textId="77777777" w:rsidTr="00653E1B">
        <w:trPr>
          <w:jc w:val="center"/>
        </w:trPr>
        <w:tc>
          <w:tcPr>
            <w:tcW w:w="720" w:type="dxa"/>
          </w:tcPr>
          <w:p w14:paraId="668949A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70</w:t>
            </w:r>
          </w:p>
        </w:tc>
        <w:tc>
          <w:tcPr>
            <w:tcW w:w="1296" w:type="dxa"/>
          </w:tcPr>
          <w:p w14:paraId="3BDC931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2026-04-01/04-03</w:t>
            </w:r>
          </w:p>
        </w:tc>
        <w:tc>
          <w:tcPr>
            <w:tcW w:w="1296" w:type="dxa"/>
          </w:tcPr>
          <w:p w14:paraId="1803D5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661D1BD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Edukacijų   ciklas „Tradicinis margučių marginimas vašku“, skirta</w:t>
            </w:r>
          </w:p>
        </w:tc>
        <w:tc>
          <w:tcPr>
            <w:tcW w:w="2930" w:type="dxa"/>
          </w:tcPr>
          <w:p w14:paraId="05C2C7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1C63A80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728C2840" w14:textId="77777777" w:rsidTr="00653E1B">
        <w:trPr>
          <w:jc w:val="center"/>
        </w:trPr>
        <w:tc>
          <w:tcPr>
            <w:tcW w:w="720" w:type="dxa"/>
          </w:tcPr>
          <w:p w14:paraId="4484BFA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71</w:t>
            </w:r>
          </w:p>
        </w:tc>
        <w:tc>
          <w:tcPr>
            <w:tcW w:w="1296" w:type="dxa"/>
          </w:tcPr>
          <w:p w14:paraId="33B86E9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2026-04-01</w:t>
            </w:r>
          </w:p>
        </w:tc>
        <w:tc>
          <w:tcPr>
            <w:tcW w:w="1296" w:type="dxa"/>
          </w:tcPr>
          <w:p w14:paraId="4576537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676BFA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Velykinių karpinių kūrybinės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dirbtuvės.,,Tradicijos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margučių raštuose“</w:t>
            </w:r>
          </w:p>
        </w:tc>
        <w:tc>
          <w:tcPr>
            <w:tcW w:w="2930" w:type="dxa"/>
          </w:tcPr>
          <w:p w14:paraId="347CBCE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3066CB2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Tvenkinio g. 4, Laukuvos sen., Laukuvos mstl.,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7D466F24" w14:textId="77777777" w:rsidTr="00653E1B">
        <w:trPr>
          <w:jc w:val="center"/>
        </w:trPr>
        <w:tc>
          <w:tcPr>
            <w:tcW w:w="720" w:type="dxa"/>
          </w:tcPr>
          <w:p w14:paraId="05F108F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72</w:t>
            </w:r>
          </w:p>
        </w:tc>
        <w:tc>
          <w:tcPr>
            <w:tcW w:w="1296" w:type="dxa"/>
          </w:tcPr>
          <w:p w14:paraId="0AF21DB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2026-04-01</w:t>
            </w:r>
          </w:p>
        </w:tc>
        <w:tc>
          <w:tcPr>
            <w:tcW w:w="1296" w:type="dxa"/>
          </w:tcPr>
          <w:p w14:paraId="0569ABA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41E9E5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„Margutis – mažas Velykų stebuklas“</w:t>
            </w:r>
          </w:p>
        </w:tc>
        <w:tc>
          <w:tcPr>
            <w:tcW w:w="2930" w:type="dxa"/>
          </w:tcPr>
          <w:p w14:paraId="452695E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7451B2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Kūtymų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11,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Tel. +370 614 09175,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rasa.seputiene@silalesbiblioteka.lt</w:t>
            </w:r>
          </w:p>
        </w:tc>
      </w:tr>
      <w:tr w:rsidR="004312E2" w:rsidRPr="00E95BCA" w14:paraId="52D2F50D" w14:textId="77777777" w:rsidTr="00653E1B">
        <w:trPr>
          <w:jc w:val="center"/>
        </w:trPr>
        <w:tc>
          <w:tcPr>
            <w:tcW w:w="720" w:type="dxa"/>
          </w:tcPr>
          <w:p w14:paraId="1222A9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73</w:t>
            </w:r>
          </w:p>
        </w:tc>
        <w:tc>
          <w:tcPr>
            <w:tcW w:w="1296" w:type="dxa"/>
          </w:tcPr>
          <w:p w14:paraId="56C58D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2026-04-01/04-30</w:t>
            </w:r>
          </w:p>
        </w:tc>
        <w:tc>
          <w:tcPr>
            <w:tcW w:w="1296" w:type="dxa"/>
          </w:tcPr>
          <w:p w14:paraId="73DC8B2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6ED2D65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„Labas, aš niekur neskubu ir turiu tau laiko“ Skaitymo skatinimo ir kūrybiškumo ugdymo valandėlės, naujų knygų pristatymai, aptarimai, tradiciniai  žaidimai darželinukams.</w:t>
            </w:r>
          </w:p>
        </w:tc>
        <w:tc>
          <w:tcPr>
            <w:tcW w:w="2930" w:type="dxa"/>
          </w:tcPr>
          <w:p w14:paraId="2975C7F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2684E1B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E95BCA" w14:paraId="3807397D" w14:textId="77777777" w:rsidTr="00653E1B">
        <w:trPr>
          <w:jc w:val="center"/>
        </w:trPr>
        <w:tc>
          <w:tcPr>
            <w:tcW w:w="720" w:type="dxa"/>
          </w:tcPr>
          <w:p w14:paraId="020FE4F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</w:p>
        </w:tc>
        <w:tc>
          <w:tcPr>
            <w:tcW w:w="1296" w:type="dxa"/>
          </w:tcPr>
          <w:p w14:paraId="36CEB6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2026-04-02-2026-04-24</w:t>
            </w:r>
          </w:p>
        </w:tc>
        <w:tc>
          <w:tcPr>
            <w:tcW w:w="1296" w:type="dxa"/>
          </w:tcPr>
          <w:p w14:paraId="334150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BC695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„Zuikiai puikiai, ilgaausiai....“ Šilalės meno mokyklos mokinių kūrybinių darbų paroda (velykinė tema) (mok. L. Rupšytė)</w:t>
            </w:r>
          </w:p>
        </w:tc>
        <w:tc>
          <w:tcPr>
            <w:tcW w:w="2930" w:type="dxa"/>
          </w:tcPr>
          <w:p w14:paraId="3C6904A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23E58A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Bajorinienė,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1BD3905C" w14:textId="77777777" w:rsidTr="00653E1B">
        <w:trPr>
          <w:jc w:val="center"/>
        </w:trPr>
        <w:tc>
          <w:tcPr>
            <w:tcW w:w="720" w:type="dxa"/>
          </w:tcPr>
          <w:p w14:paraId="0835544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75</w:t>
            </w:r>
          </w:p>
        </w:tc>
        <w:tc>
          <w:tcPr>
            <w:tcW w:w="1296" w:type="dxa"/>
          </w:tcPr>
          <w:p w14:paraId="00EF799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2026-04-02</w:t>
            </w:r>
          </w:p>
        </w:tc>
        <w:tc>
          <w:tcPr>
            <w:tcW w:w="1296" w:type="dxa"/>
          </w:tcPr>
          <w:p w14:paraId="7E18867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0DEBAA0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Rytmetys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„Knygose gyvena karalystės“</w:t>
            </w:r>
          </w:p>
        </w:tc>
        <w:tc>
          <w:tcPr>
            <w:tcW w:w="2930" w:type="dxa"/>
          </w:tcPr>
          <w:p w14:paraId="24E673E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Kvėdarnos biblioteka</w:t>
            </w:r>
          </w:p>
        </w:tc>
        <w:tc>
          <w:tcPr>
            <w:tcW w:w="4270" w:type="dxa"/>
          </w:tcPr>
          <w:p w14:paraId="37FA63C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Judita Vainorienė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Žalioji g. 7, Kvėdarnos sen., Kvėdarnos mstl.,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19627,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judita.vainoriene@silalesbiblioteka.lt</w:t>
            </w:r>
          </w:p>
        </w:tc>
      </w:tr>
      <w:tr w:rsidR="004312E2" w:rsidRPr="00653E1B" w14:paraId="716B9FBD" w14:textId="77777777" w:rsidTr="00653E1B">
        <w:trPr>
          <w:jc w:val="center"/>
        </w:trPr>
        <w:tc>
          <w:tcPr>
            <w:tcW w:w="720" w:type="dxa"/>
          </w:tcPr>
          <w:p w14:paraId="1E55C79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76</w:t>
            </w:r>
          </w:p>
        </w:tc>
        <w:tc>
          <w:tcPr>
            <w:tcW w:w="1296" w:type="dxa"/>
          </w:tcPr>
          <w:p w14:paraId="5BD64E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2026-04-02</w:t>
            </w:r>
          </w:p>
        </w:tc>
        <w:tc>
          <w:tcPr>
            <w:tcW w:w="1296" w:type="dxa"/>
          </w:tcPr>
          <w:p w14:paraId="478ADD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3555AD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„Močiute, pasek melagių pasaką“</w:t>
            </w:r>
          </w:p>
        </w:tc>
        <w:tc>
          <w:tcPr>
            <w:tcW w:w="2930" w:type="dxa"/>
          </w:tcPr>
          <w:p w14:paraId="32F5654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0B3AFF9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Kairienė ,Tvenkinio g. 4, Laukuvos sen., Laukuvos mstl.,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jolanta.kairiene@silalesbiblioteka.lt</w:t>
            </w:r>
          </w:p>
        </w:tc>
      </w:tr>
      <w:tr w:rsidR="004312E2" w:rsidRPr="00E95BCA" w14:paraId="4670522D" w14:textId="77777777" w:rsidTr="00653E1B">
        <w:trPr>
          <w:jc w:val="center"/>
        </w:trPr>
        <w:tc>
          <w:tcPr>
            <w:tcW w:w="720" w:type="dxa"/>
          </w:tcPr>
          <w:p w14:paraId="48DC00B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77</w:t>
            </w:r>
          </w:p>
        </w:tc>
        <w:tc>
          <w:tcPr>
            <w:tcW w:w="1296" w:type="dxa"/>
          </w:tcPr>
          <w:p w14:paraId="3B14F58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2026-04-02</w:t>
            </w:r>
          </w:p>
        </w:tc>
        <w:tc>
          <w:tcPr>
            <w:tcW w:w="1296" w:type="dxa"/>
          </w:tcPr>
          <w:p w14:paraId="2E1B1B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60EB61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,,Apie ryškiausias vaikystės knygas''</w:t>
            </w:r>
          </w:p>
        </w:tc>
        <w:tc>
          <w:tcPr>
            <w:tcW w:w="2930" w:type="dxa"/>
          </w:tcPr>
          <w:p w14:paraId="410D25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305BA25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Albina Girdvainienė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Palangos g. 1,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albina.girdvainiene@silalesbiblioteka.lt</w:t>
            </w:r>
          </w:p>
        </w:tc>
      </w:tr>
      <w:tr w:rsidR="004312E2" w:rsidRPr="00653E1B" w14:paraId="1C1CBA1F" w14:textId="77777777" w:rsidTr="00653E1B">
        <w:trPr>
          <w:jc w:val="center"/>
        </w:trPr>
        <w:tc>
          <w:tcPr>
            <w:tcW w:w="720" w:type="dxa"/>
          </w:tcPr>
          <w:p w14:paraId="5E0D6F5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78</w:t>
            </w:r>
          </w:p>
        </w:tc>
        <w:tc>
          <w:tcPr>
            <w:tcW w:w="1296" w:type="dxa"/>
          </w:tcPr>
          <w:p w14:paraId="4476865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2026-04-02</w:t>
            </w:r>
          </w:p>
        </w:tc>
        <w:tc>
          <w:tcPr>
            <w:tcW w:w="1296" w:type="dxa"/>
          </w:tcPr>
          <w:p w14:paraId="120CE15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14.30</w:t>
            </w:r>
          </w:p>
        </w:tc>
        <w:tc>
          <w:tcPr>
            <w:tcW w:w="4608" w:type="dxa"/>
          </w:tcPr>
          <w:p w14:paraId="132CCA3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„Margutis iš pasakų šalies “</w:t>
            </w:r>
          </w:p>
        </w:tc>
        <w:tc>
          <w:tcPr>
            <w:tcW w:w="2930" w:type="dxa"/>
          </w:tcPr>
          <w:p w14:paraId="3856D8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76C91AF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Irena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Sugintienė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Varnių  g. 7.,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mstl.,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17920,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irena.sugintiene@silalesbiblioteka.lt</w:t>
            </w:r>
          </w:p>
        </w:tc>
      </w:tr>
      <w:tr w:rsidR="004312E2" w:rsidRPr="00653E1B" w14:paraId="7BF80B30" w14:textId="77777777" w:rsidTr="00653E1B">
        <w:trPr>
          <w:jc w:val="center"/>
        </w:trPr>
        <w:tc>
          <w:tcPr>
            <w:tcW w:w="720" w:type="dxa"/>
          </w:tcPr>
          <w:p w14:paraId="151CEDE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79</w:t>
            </w:r>
          </w:p>
        </w:tc>
        <w:tc>
          <w:tcPr>
            <w:tcW w:w="1296" w:type="dxa"/>
          </w:tcPr>
          <w:p w14:paraId="11DEE0E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2026-04-05</w:t>
            </w:r>
          </w:p>
        </w:tc>
        <w:tc>
          <w:tcPr>
            <w:tcW w:w="1296" w:type="dxa"/>
          </w:tcPr>
          <w:p w14:paraId="2E66C3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76DA1C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,,Kai Velykinį varpą girdi“</w:t>
            </w:r>
          </w:p>
        </w:tc>
        <w:tc>
          <w:tcPr>
            <w:tcW w:w="2930" w:type="dxa"/>
          </w:tcPr>
          <w:p w14:paraId="03E5538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0FC10C0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Salomėja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Aurilienė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Trako g. 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19168,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salomeja.auriliene@silalesbiblioteka.lt</w:t>
            </w:r>
          </w:p>
        </w:tc>
      </w:tr>
      <w:tr w:rsidR="004312E2" w:rsidRPr="00E95BCA" w14:paraId="193C848C" w14:textId="77777777" w:rsidTr="00653E1B">
        <w:trPr>
          <w:jc w:val="center"/>
        </w:trPr>
        <w:tc>
          <w:tcPr>
            <w:tcW w:w="720" w:type="dxa"/>
          </w:tcPr>
          <w:p w14:paraId="75D220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80</w:t>
            </w:r>
          </w:p>
        </w:tc>
        <w:tc>
          <w:tcPr>
            <w:tcW w:w="1296" w:type="dxa"/>
          </w:tcPr>
          <w:p w14:paraId="193C90F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2026-04-06-2026-05-05</w:t>
            </w:r>
          </w:p>
        </w:tc>
        <w:tc>
          <w:tcPr>
            <w:tcW w:w="1296" w:type="dxa"/>
          </w:tcPr>
          <w:p w14:paraId="439176B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3E8547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„Knygos kelias“, skirta Nacionalinei Lietuvos bibliotekų savaitei</w:t>
            </w:r>
          </w:p>
        </w:tc>
        <w:tc>
          <w:tcPr>
            <w:tcW w:w="2930" w:type="dxa"/>
          </w:tcPr>
          <w:p w14:paraId="1A0BD94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539BC0B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35D71152" w14:textId="77777777" w:rsidTr="00653E1B">
        <w:trPr>
          <w:jc w:val="center"/>
        </w:trPr>
        <w:tc>
          <w:tcPr>
            <w:tcW w:w="720" w:type="dxa"/>
          </w:tcPr>
          <w:p w14:paraId="41B5A97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81</w:t>
            </w:r>
          </w:p>
        </w:tc>
        <w:tc>
          <w:tcPr>
            <w:tcW w:w="1296" w:type="dxa"/>
          </w:tcPr>
          <w:p w14:paraId="7132A2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2026-04-08</w:t>
            </w:r>
          </w:p>
        </w:tc>
        <w:tc>
          <w:tcPr>
            <w:tcW w:w="1296" w:type="dxa"/>
          </w:tcPr>
          <w:p w14:paraId="3E95CC0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13C05A8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„Atvelykio zuikis“</w:t>
            </w:r>
          </w:p>
        </w:tc>
        <w:tc>
          <w:tcPr>
            <w:tcW w:w="2930" w:type="dxa"/>
          </w:tcPr>
          <w:p w14:paraId="555E5CF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0213AB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Andželika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Gečienė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Gardavos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4,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anzelika.geciene@silalesbiblioteka.lt</w:t>
            </w:r>
          </w:p>
        </w:tc>
      </w:tr>
      <w:tr w:rsidR="004312E2" w:rsidRPr="00653E1B" w14:paraId="22F57D47" w14:textId="77777777" w:rsidTr="00653E1B">
        <w:trPr>
          <w:jc w:val="center"/>
        </w:trPr>
        <w:tc>
          <w:tcPr>
            <w:tcW w:w="720" w:type="dxa"/>
          </w:tcPr>
          <w:p w14:paraId="16C034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82</w:t>
            </w:r>
          </w:p>
        </w:tc>
        <w:tc>
          <w:tcPr>
            <w:tcW w:w="1296" w:type="dxa"/>
          </w:tcPr>
          <w:p w14:paraId="669DB34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2026-04-09</w:t>
            </w:r>
          </w:p>
        </w:tc>
        <w:tc>
          <w:tcPr>
            <w:tcW w:w="1296" w:type="dxa"/>
          </w:tcPr>
          <w:p w14:paraId="4AF489D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225889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Sensoriniai skaitymai pagal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Julios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Donaldson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ir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Axelio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Sckefflerio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knygą „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Grufas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“</w:t>
            </w:r>
          </w:p>
        </w:tc>
        <w:tc>
          <w:tcPr>
            <w:tcW w:w="2930" w:type="dxa"/>
          </w:tcPr>
          <w:p w14:paraId="39A738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5F3F85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Bajorinienė;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+370 615 95 478; vaiku.sk@silalesbiblioteka.lt</w:t>
            </w:r>
          </w:p>
        </w:tc>
      </w:tr>
      <w:tr w:rsidR="004312E2" w:rsidRPr="00653E1B" w14:paraId="04FFB4C4" w14:textId="77777777" w:rsidTr="00653E1B">
        <w:trPr>
          <w:jc w:val="center"/>
        </w:trPr>
        <w:tc>
          <w:tcPr>
            <w:tcW w:w="720" w:type="dxa"/>
          </w:tcPr>
          <w:p w14:paraId="3ED3CAD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83</w:t>
            </w:r>
          </w:p>
        </w:tc>
        <w:tc>
          <w:tcPr>
            <w:tcW w:w="1296" w:type="dxa"/>
          </w:tcPr>
          <w:p w14:paraId="5E19368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2026-04-09</w:t>
            </w:r>
          </w:p>
        </w:tc>
        <w:tc>
          <w:tcPr>
            <w:tcW w:w="1296" w:type="dxa"/>
          </w:tcPr>
          <w:p w14:paraId="084CC6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046D11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„Maži pavasario stebuklai“</w:t>
            </w:r>
          </w:p>
        </w:tc>
        <w:tc>
          <w:tcPr>
            <w:tcW w:w="2930" w:type="dxa"/>
          </w:tcPr>
          <w:p w14:paraId="6746A90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Bijotų biblioteka</w:t>
            </w:r>
          </w:p>
        </w:tc>
        <w:tc>
          <w:tcPr>
            <w:tcW w:w="4270" w:type="dxa"/>
          </w:tcPr>
          <w:p w14:paraId="1CD07A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Martinkienė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Muziejaus g. 10A, Bijotų sen., Bijotų k., Šilalės r. sav. 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17813, agne.macijauskaite@silalesbiblioteka.lt</w:t>
            </w:r>
          </w:p>
        </w:tc>
      </w:tr>
      <w:tr w:rsidR="004312E2" w:rsidRPr="00653E1B" w14:paraId="44078AAB" w14:textId="77777777" w:rsidTr="00653E1B">
        <w:trPr>
          <w:jc w:val="center"/>
        </w:trPr>
        <w:tc>
          <w:tcPr>
            <w:tcW w:w="720" w:type="dxa"/>
          </w:tcPr>
          <w:p w14:paraId="60C67C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84</w:t>
            </w:r>
          </w:p>
        </w:tc>
        <w:tc>
          <w:tcPr>
            <w:tcW w:w="1296" w:type="dxa"/>
          </w:tcPr>
          <w:p w14:paraId="3998795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2026-04-14</w:t>
            </w:r>
          </w:p>
        </w:tc>
        <w:tc>
          <w:tcPr>
            <w:tcW w:w="1296" w:type="dxa"/>
          </w:tcPr>
          <w:p w14:paraId="2972CD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343EAC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 Marga Velykų bobutės kraitelė“</w:t>
            </w:r>
          </w:p>
        </w:tc>
        <w:tc>
          <w:tcPr>
            <w:tcW w:w="2930" w:type="dxa"/>
          </w:tcPr>
          <w:p w14:paraId="6359760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7A12F32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+370 614 09234, stase.pudzemiene@silalesbiblioteka.lt</w:t>
            </w:r>
          </w:p>
        </w:tc>
      </w:tr>
      <w:tr w:rsidR="004312E2" w:rsidRPr="00E95BCA" w14:paraId="4C469DC2" w14:textId="77777777" w:rsidTr="00653E1B">
        <w:trPr>
          <w:jc w:val="center"/>
        </w:trPr>
        <w:tc>
          <w:tcPr>
            <w:tcW w:w="720" w:type="dxa"/>
          </w:tcPr>
          <w:p w14:paraId="705F981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85</w:t>
            </w:r>
          </w:p>
        </w:tc>
        <w:tc>
          <w:tcPr>
            <w:tcW w:w="1296" w:type="dxa"/>
          </w:tcPr>
          <w:p w14:paraId="1E5984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2026-04-14</w:t>
            </w:r>
          </w:p>
        </w:tc>
        <w:tc>
          <w:tcPr>
            <w:tcW w:w="1296" w:type="dxa"/>
          </w:tcPr>
          <w:p w14:paraId="6B471CD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11.00–12.00</w:t>
            </w:r>
          </w:p>
        </w:tc>
        <w:tc>
          <w:tcPr>
            <w:tcW w:w="4608" w:type="dxa"/>
          </w:tcPr>
          <w:p w14:paraId="222AEC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Netradicinė pamoka „Sek išmaniai savo išlaidas telefone“, skirta Nacionalinei finansinio raštingumo dienai.</w:t>
            </w:r>
          </w:p>
        </w:tc>
        <w:tc>
          <w:tcPr>
            <w:tcW w:w="2930" w:type="dxa"/>
          </w:tcPr>
          <w:p w14:paraId="63C3B14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6574C8C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Aistė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Monkienė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653E1B" w14:paraId="76B6735C" w14:textId="77777777" w:rsidTr="00653E1B">
        <w:trPr>
          <w:jc w:val="center"/>
        </w:trPr>
        <w:tc>
          <w:tcPr>
            <w:tcW w:w="720" w:type="dxa"/>
          </w:tcPr>
          <w:p w14:paraId="4C1EE8C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86</w:t>
            </w:r>
          </w:p>
        </w:tc>
        <w:tc>
          <w:tcPr>
            <w:tcW w:w="1296" w:type="dxa"/>
          </w:tcPr>
          <w:p w14:paraId="58D5EB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2026-04-16</w:t>
            </w:r>
          </w:p>
        </w:tc>
        <w:tc>
          <w:tcPr>
            <w:tcW w:w="1296" w:type="dxa"/>
          </w:tcPr>
          <w:p w14:paraId="21BFE2B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5969FC5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 Pažinkime šio krašto knygnešį Petrą Kavaliauską“</w:t>
            </w:r>
          </w:p>
        </w:tc>
        <w:tc>
          <w:tcPr>
            <w:tcW w:w="2930" w:type="dxa"/>
          </w:tcPr>
          <w:p w14:paraId="5201AE3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2584E79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+370 614 09234, stase.pudzemiene@silalesbiblioteka.lt</w:t>
            </w:r>
          </w:p>
        </w:tc>
      </w:tr>
      <w:tr w:rsidR="004312E2" w:rsidRPr="00E95BCA" w14:paraId="75F9C429" w14:textId="77777777" w:rsidTr="00653E1B">
        <w:trPr>
          <w:jc w:val="center"/>
        </w:trPr>
        <w:tc>
          <w:tcPr>
            <w:tcW w:w="720" w:type="dxa"/>
          </w:tcPr>
          <w:p w14:paraId="50747DE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87</w:t>
            </w:r>
          </w:p>
        </w:tc>
        <w:tc>
          <w:tcPr>
            <w:tcW w:w="1296" w:type="dxa"/>
          </w:tcPr>
          <w:p w14:paraId="200E7C3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2026-04-21</w:t>
            </w:r>
          </w:p>
        </w:tc>
        <w:tc>
          <w:tcPr>
            <w:tcW w:w="1296" w:type="dxa"/>
          </w:tcPr>
          <w:p w14:paraId="66BFB1B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10.00–11.00</w:t>
            </w:r>
          </w:p>
        </w:tc>
        <w:tc>
          <w:tcPr>
            <w:tcW w:w="4608" w:type="dxa"/>
          </w:tcPr>
          <w:p w14:paraId="631125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Netradicinė pamoka „Inžinerinių modelių kelionė: pagrindiniai inžinerijos dėsniai“, skirta Pasaulinei kūrybiškumo ir inovacijų dienai.</w:t>
            </w:r>
          </w:p>
        </w:tc>
        <w:tc>
          <w:tcPr>
            <w:tcW w:w="2930" w:type="dxa"/>
          </w:tcPr>
          <w:p w14:paraId="23E8BF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32FED9E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Šimutytį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-Balčiūnienė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653E1B" w14:paraId="7BEE3368" w14:textId="77777777" w:rsidTr="00653E1B">
        <w:trPr>
          <w:jc w:val="center"/>
        </w:trPr>
        <w:tc>
          <w:tcPr>
            <w:tcW w:w="720" w:type="dxa"/>
          </w:tcPr>
          <w:p w14:paraId="09E74BE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88</w:t>
            </w:r>
          </w:p>
        </w:tc>
        <w:tc>
          <w:tcPr>
            <w:tcW w:w="1296" w:type="dxa"/>
          </w:tcPr>
          <w:p w14:paraId="0957FC9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2026.04.21</w:t>
            </w:r>
          </w:p>
        </w:tc>
        <w:tc>
          <w:tcPr>
            <w:tcW w:w="1296" w:type="dxa"/>
          </w:tcPr>
          <w:p w14:paraId="0F82099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12.00</w:t>
            </w:r>
          </w:p>
        </w:tc>
        <w:tc>
          <w:tcPr>
            <w:tcW w:w="4608" w:type="dxa"/>
          </w:tcPr>
          <w:p w14:paraId="0AB7C7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„Šiltais raidžių takais“, susitikimas su rašytoja 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Fokiene</w:t>
            </w:r>
            <w:proofErr w:type="spellEnd"/>
          </w:p>
        </w:tc>
        <w:tc>
          <w:tcPr>
            <w:tcW w:w="2930" w:type="dxa"/>
          </w:tcPr>
          <w:p w14:paraId="47655A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biblioteka</w:t>
            </w:r>
          </w:p>
        </w:tc>
        <w:tc>
          <w:tcPr>
            <w:tcW w:w="4270" w:type="dxa"/>
          </w:tcPr>
          <w:p w14:paraId="1648A4F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Nepriklausomybės g. 18, Upynos sen., Upynos mstl.,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28647,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giedre.leskiene@silalesbiblioteka.lt</w:t>
            </w:r>
          </w:p>
        </w:tc>
      </w:tr>
      <w:tr w:rsidR="004312E2" w:rsidRPr="00653E1B" w14:paraId="4BE8FE99" w14:textId="77777777" w:rsidTr="00653E1B">
        <w:trPr>
          <w:jc w:val="center"/>
        </w:trPr>
        <w:tc>
          <w:tcPr>
            <w:tcW w:w="720" w:type="dxa"/>
          </w:tcPr>
          <w:p w14:paraId="7C37112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89</w:t>
            </w:r>
          </w:p>
        </w:tc>
        <w:tc>
          <w:tcPr>
            <w:tcW w:w="1296" w:type="dxa"/>
          </w:tcPr>
          <w:p w14:paraId="679995B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2026-04-22</w:t>
            </w:r>
          </w:p>
        </w:tc>
        <w:tc>
          <w:tcPr>
            <w:tcW w:w="1296" w:type="dxa"/>
          </w:tcPr>
          <w:p w14:paraId="0A11DFF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6AC9763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„Kas skaito knygas, tam netrūksta gero draugo“</w:t>
            </w:r>
          </w:p>
        </w:tc>
        <w:tc>
          <w:tcPr>
            <w:tcW w:w="2930" w:type="dxa"/>
          </w:tcPr>
          <w:p w14:paraId="4DCA2A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5FC2B6B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E95BCA" w14:paraId="29965A96" w14:textId="77777777" w:rsidTr="00653E1B">
        <w:trPr>
          <w:jc w:val="center"/>
        </w:trPr>
        <w:tc>
          <w:tcPr>
            <w:tcW w:w="720" w:type="dxa"/>
          </w:tcPr>
          <w:p w14:paraId="447C052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90</w:t>
            </w:r>
          </w:p>
        </w:tc>
        <w:tc>
          <w:tcPr>
            <w:tcW w:w="1296" w:type="dxa"/>
          </w:tcPr>
          <w:p w14:paraId="64DF88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2026-04-23</w:t>
            </w:r>
          </w:p>
        </w:tc>
        <w:tc>
          <w:tcPr>
            <w:tcW w:w="1296" w:type="dxa"/>
          </w:tcPr>
          <w:p w14:paraId="6E7652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9.00 ir 17.00</w:t>
            </w:r>
          </w:p>
        </w:tc>
        <w:tc>
          <w:tcPr>
            <w:tcW w:w="4608" w:type="dxa"/>
          </w:tcPr>
          <w:p w14:paraId="4C4F68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Skaitymai „Susitikimai bibliotekoje su ryto kava, vakaro arbata“</w:t>
            </w:r>
          </w:p>
        </w:tc>
        <w:tc>
          <w:tcPr>
            <w:tcW w:w="2930" w:type="dxa"/>
          </w:tcPr>
          <w:p w14:paraId="1D652D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D8CB2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E95BCA" w14:paraId="1D7FA4CE" w14:textId="77777777" w:rsidTr="00653E1B">
        <w:trPr>
          <w:jc w:val="center"/>
        </w:trPr>
        <w:tc>
          <w:tcPr>
            <w:tcW w:w="720" w:type="dxa"/>
          </w:tcPr>
          <w:p w14:paraId="081DEE2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91</w:t>
            </w:r>
          </w:p>
        </w:tc>
        <w:tc>
          <w:tcPr>
            <w:tcW w:w="1296" w:type="dxa"/>
          </w:tcPr>
          <w:p w14:paraId="7F45465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2026-04-24</w:t>
            </w:r>
          </w:p>
        </w:tc>
        <w:tc>
          <w:tcPr>
            <w:tcW w:w="1296" w:type="dxa"/>
          </w:tcPr>
          <w:p w14:paraId="1FA7ABE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10.30</w:t>
            </w:r>
          </w:p>
        </w:tc>
        <w:tc>
          <w:tcPr>
            <w:tcW w:w="4608" w:type="dxa"/>
          </w:tcPr>
          <w:p w14:paraId="7E7B91E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,,Spalvų žaismas ant tekstilės“</w:t>
            </w:r>
          </w:p>
        </w:tc>
        <w:tc>
          <w:tcPr>
            <w:tcW w:w="2930" w:type="dxa"/>
          </w:tcPr>
          <w:p w14:paraId="6599B0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541AA6D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E95BCA" w14:paraId="44447E97" w14:textId="77777777" w:rsidTr="00653E1B">
        <w:trPr>
          <w:jc w:val="center"/>
        </w:trPr>
        <w:tc>
          <w:tcPr>
            <w:tcW w:w="720" w:type="dxa"/>
          </w:tcPr>
          <w:p w14:paraId="44E241B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92</w:t>
            </w:r>
          </w:p>
        </w:tc>
        <w:tc>
          <w:tcPr>
            <w:tcW w:w="1296" w:type="dxa"/>
          </w:tcPr>
          <w:p w14:paraId="3700AD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2026-04-24</w:t>
            </w:r>
          </w:p>
        </w:tc>
        <w:tc>
          <w:tcPr>
            <w:tcW w:w="1296" w:type="dxa"/>
          </w:tcPr>
          <w:p w14:paraId="300915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12.00</w:t>
            </w:r>
          </w:p>
        </w:tc>
        <w:tc>
          <w:tcPr>
            <w:tcW w:w="4608" w:type="dxa"/>
          </w:tcPr>
          <w:p w14:paraId="679125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,,Aš skaitau bibliotekoje''</w:t>
            </w:r>
          </w:p>
        </w:tc>
        <w:tc>
          <w:tcPr>
            <w:tcW w:w="2930" w:type="dxa"/>
          </w:tcPr>
          <w:p w14:paraId="4653AF1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36FD4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Albina Girdvainienė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Palangos g. 1,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albina.girdvainiene@silalesbiblioteka.lt</w:t>
            </w:r>
          </w:p>
        </w:tc>
      </w:tr>
      <w:tr w:rsidR="004312E2" w:rsidRPr="00E95BCA" w14:paraId="38B02F97" w14:textId="77777777" w:rsidTr="00653E1B">
        <w:trPr>
          <w:jc w:val="center"/>
        </w:trPr>
        <w:tc>
          <w:tcPr>
            <w:tcW w:w="720" w:type="dxa"/>
          </w:tcPr>
          <w:p w14:paraId="12B93B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93</w:t>
            </w:r>
          </w:p>
        </w:tc>
        <w:tc>
          <w:tcPr>
            <w:tcW w:w="1296" w:type="dxa"/>
          </w:tcPr>
          <w:p w14:paraId="6738E6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2026-04-27</w:t>
            </w:r>
          </w:p>
        </w:tc>
        <w:tc>
          <w:tcPr>
            <w:tcW w:w="1296" w:type="dxa"/>
          </w:tcPr>
          <w:p w14:paraId="0CF8DFB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42AC31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„Mamos širdyje auga gėlės“</w:t>
            </w:r>
          </w:p>
        </w:tc>
        <w:tc>
          <w:tcPr>
            <w:tcW w:w="2930" w:type="dxa"/>
          </w:tcPr>
          <w:p w14:paraId="63030F0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Tenenių biblioteka</w:t>
            </w:r>
          </w:p>
        </w:tc>
        <w:tc>
          <w:tcPr>
            <w:tcW w:w="4270" w:type="dxa"/>
          </w:tcPr>
          <w:p w14:paraId="076494E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Riverė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 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Nepriklausomybės g. 39, Tenenių sen., </w:t>
            </w: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Tenenių mstl.,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agne.rivere@silalesbiblioteka.lt</w:t>
            </w:r>
          </w:p>
        </w:tc>
      </w:tr>
      <w:tr w:rsidR="004312E2" w:rsidRPr="00E95BCA" w14:paraId="40C46689" w14:textId="77777777" w:rsidTr="00653E1B">
        <w:trPr>
          <w:jc w:val="center"/>
        </w:trPr>
        <w:tc>
          <w:tcPr>
            <w:tcW w:w="720" w:type="dxa"/>
          </w:tcPr>
          <w:p w14:paraId="5A1E82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94</w:t>
            </w:r>
          </w:p>
        </w:tc>
        <w:tc>
          <w:tcPr>
            <w:tcW w:w="1296" w:type="dxa"/>
          </w:tcPr>
          <w:p w14:paraId="5F6E4B8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2026-04-28</w:t>
            </w:r>
          </w:p>
        </w:tc>
        <w:tc>
          <w:tcPr>
            <w:tcW w:w="1296" w:type="dxa"/>
          </w:tcPr>
          <w:p w14:paraId="2553B0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10.00–11.00</w:t>
            </w:r>
          </w:p>
        </w:tc>
        <w:tc>
          <w:tcPr>
            <w:tcW w:w="4608" w:type="dxa"/>
          </w:tcPr>
          <w:p w14:paraId="16AE307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Bibliotekininko profesijos pristatymas „Informacijos mada: komunikacija, inovacijos ir karjera bibliotekoje. Koks yra šiuolaikinis bibliotekininkas?“</w:t>
            </w:r>
          </w:p>
        </w:tc>
        <w:tc>
          <w:tcPr>
            <w:tcW w:w="2930" w:type="dxa"/>
          </w:tcPr>
          <w:p w14:paraId="33855D7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1E5F156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-Balčiūnienė, Aistė 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653E1B" w14:paraId="1A02ADE6" w14:textId="77777777" w:rsidTr="00653E1B">
        <w:trPr>
          <w:jc w:val="center"/>
        </w:trPr>
        <w:tc>
          <w:tcPr>
            <w:tcW w:w="720" w:type="dxa"/>
          </w:tcPr>
          <w:p w14:paraId="499E5B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95</w:t>
            </w:r>
          </w:p>
        </w:tc>
        <w:tc>
          <w:tcPr>
            <w:tcW w:w="1296" w:type="dxa"/>
          </w:tcPr>
          <w:p w14:paraId="5B1608E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2026-04-28-30</w:t>
            </w:r>
          </w:p>
        </w:tc>
        <w:tc>
          <w:tcPr>
            <w:tcW w:w="1296" w:type="dxa"/>
          </w:tcPr>
          <w:p w14:paraId="77609A6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501121E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„Mano mamytei“</w:t>
            </w:r>
          </w:p>
        </w:tc>
        <w:tc>
          <w:tcPr>
            <w:tcW w:w="2930" w:type="dxa"/>
          </w:tcPr>
          <w:p w14:paraId="3C4DD6A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1130D90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Kairienė ,Tvenkinio g. 4, Laukuvos sen., Laukuvos mstl.,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jolanta.kairiene@silalesbiblioteka.lt</w:t>
            </w:r>
          </w:p>
        </w:tc>
      </w:tr>
      <w:tr w:rsidR="004312E2" w:rsidRPr="00653E1B" w14:paraId="79E45BDB" w14:textId="77777777" w:rsidTr="00653E1B">
        <w:trPr>
          <w:jc w:val="center"/>
        </w:trPr>
        <w:tc>
          <w:tcPr>
            <w:tcW w:w="720" w:type="dxa"/>
          </w:tcPr>
          <w:p w14:paraId="73D6078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96</w:t>
            </w:r>
          </w:p>
        </w:tc>
        <w:tc>
          <w:tcPr>
            <w:tcW w:w="1296" w:type="dxa"/>
          </w:tcPr>
          <w:p w14:paraId="74EC927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2026-04-28</w:t>
            </w:r>
          </w:p>
        </w:tc>
        <w:tc>
          <w:tcPr>
            <w:tcW w:w="1296" w:type="dxa"/>
          </w:tcPr>
          <w:p w14:paraId="32BD101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1A1F29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„Esi tik viena“,  Kūrybinės dirbtuvės skirtos Motinos dienai.</w:t>
            </w:r>
          </w:p>
        </w:tc>
        <w:tc>
          <w:tcPr>
            <w:tcW w:w="2930" w:type="dxa"/>
          </w:tcPr>
          <w:p w14:paraId="387DA55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73C931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Irena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Sugintienė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Varnių  g. 7.,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mstl.,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17920,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irena.sugintiene@silalesbiblioteka.lt</w:t>
            </w:r>
          </w:p>
        </w:tc>
      </w:tr>
      <w:tr w:rsidR="004312E2" w:rsidRPr="00E95BCA" w14:paraId="04261353" w14:textId="77777777" w:rsidTr="00653E1B">
        <w:trPr>
          <w:jc w:val="center"/>
        </w:trPr>
        <w:tc>
          <w:tcPr>
            <w:tcW w:w="720" w:type="dxa"/>
          </w:tcPr>
          <w:p w14:paraId="48A4D3B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97</w:t>
            </w:r>
          </w:p>
        </w:tc>
        <w:tc>
          <w:tcPr>
            <w:tcW w:w="1296" w:type="dxa"/>
          </w:tcPr>
          <w:p w14:paraId="765B411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2026-04-28</w:t>
            </w:r>
          </w:p>
        </w:tc>
        <w:tc>
          <w:tcPr>
            <w:tcW w:w="1296" w:type="dxa"/>
          </w:tcPr>
          <w:p w14:paraId="25DCE3E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261EDE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„Esamoji“, Birutės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Jonuškaitės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knygos pristatymas</w:t>
            </w:r>
          </w:p>
        </w:tc>
        <w:tc>
          <w:tcPr>
            <w:tcW w:w="2930" w:type="dxa"/>
          </w:tcPr>
          <w:p w14:paraId="093830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4BB89B2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5E74DB97" w14:textId="77777777" w:rsidTr="00653E1B">
        <w:trPr>
          <w:jc w:val="center"/>
        </w:trPr>
        <w:tc>
          <w:tcPr>
            <w:tcW w:w="720" w:type="dxa"/>
          </w:tcPr>
          <w:p w14:paraId="43C001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98</w:t>
            </w:r>
          </w:p>
        </w:tc>
        <w:tc>
          <w:tcPr>
            <w:tcW w:w="1296" w:type="dxa"/>
          </w:tcPr>
          <w:p w14:paraId="3817232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2026-05-01-2026-06-01</w:t>
            </w:r>
          </w:p>
        </w:tc>
        <w:tc>
          <w:tcPr>
            <w:tcW w:w="1296" w:type="dxa"/>
          </w:tcPr>
          <w:p w14:paraId="6AACC6F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159E13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„Spalva ir forma“ Šilalės meno mokyklos 3-5 kl. mokinių piešinių ir 4-7 kl. skulptūros kūrybinių darbų paroda (mok. A. Zaikauskas)</w:t>
            </w:r>
          </w:p>
        </w:tc>
        <w:tc>
          <w:tcPr>
            <w:tcW w:w="2930" w:type="dxa"/>
          </w:tcPr>
          <w:p w14:paraId="70222C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6A0BB6E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Henrika Jokubauskienė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Bajorinienė,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4BC8E0A7" w14:textId="77777777" w:rsidTr="00653E1B">
        <w:trPr>
          <w:jc w:val="center"/>
        </w:trPr>
        <w:tc>
          <w:tcPr>
            <w:tcW w:w="720" w:type="dxa"/>
          </w:tcPr>
          <w:p w14:paraId="44190C9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99</w:t>
            </w:r>
          </w:p>
        </w:tc>
        <w:tc>
          <w:tcPr>
            <w:tcW w:w="1296" w:type="dxa"/>
          </w:tcPr>
          <w:p w14:paraId="1005DE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2026-05-01</w:t>
            </w:r>
          </w:p>
        </w:tc>
        <w:tc>
          <w:tcPr>
            <w:tcW w:w="1296" w:type="dxa"/>
          </w:tcPr>
          <w:p w14:paraId="4C2DB5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1093B3F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,,Branginu Tave Mamą“</w:t>
            </w:r>
          </w:p>
        </w:tc>
        <w:tc>
          <w:tcPr>
            <w:tcW w:w="2930" w:type="dxa"/>
          </w:tcPr>
          <w:p w14:paraId="0D6CA66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C38D82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Albina Girdvainienė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Palangos g. 1,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albina.girdvainiene@silalesbiblioteka.lt</w:t>
            </w:r>
          </w:p>
        </w:tc>
      </w:tr>
      <w:tr w:rsidR="004312E2" w:rsidRPr="00E95BCA" w14:paraId="78B6A096" w14:textId="77777777" w:rsidTr="00653E1B">
        <w:trPr>
          <w:jc w:val="center"/>
        </w:trPr>
        <w:tc>
          <w:tcPr>
            <w:tcW w:w="720" w:type="dxa"/>
          </w:tcPr>
          <w:p w14:paraId="745F3F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100</w:t>
            </w:r>
          </w:p>
        </w:tc>
        <w:tc>
          <w:tcPr>
            <w:tcW w:w="1296" w:type="dxa"/>
          </w:tcPr>
          <w:p w14:paraId="05010F7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2026-05-02</w:t>
            </w:r>
          </w:p>
        </w:tc>
        <w:tc>
          <w:tcPr>
            <w:tcW w:w="1296" w:type="dxa"/>
          </w:tcPr>
          <w:p w14:paraId="14BBE74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07A489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Literatūrinė valandėlė ,,Žodis, kalba ir knyga- visada greta‘‘</w:t>
            </w:r>
          </w:p>
        </w:tc>
        <w:tc>
          <w:tcPr>
            <w:tcW w:w="2930" w:type="dxa"/>
          </w:tcPr>
          <w:p w14:paraId="4E48473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5E18B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Danutė Venckuvienė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Žvejų g. 15,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danute.venckuviene@silalesbiblioteka.lt</w:t>
            </w:r>
          </w:p>
        </w:tc>
      </w:tr>
      <w:tr w:rsidR="004312E2" w:rsidRPr="00E95BCA" w14:paraId="5181F0B5" w14:textId="77777777" w:rsidTr="00653E1B">
        <w:trPr>
          <w:jc w:val="center"/>
        </w:trPr>
        <w:tc>
          <w:tcPr>
            <w:tcW w:w="720" w:type="dxa"/>
          </w:tcPr>
          <w:p w14:paraId="113B996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101</w:t>
            </w:r>
          </w:p>
        </w:tc>
        <w:tc>
          <w:tcPr>
            <w:tcW w:w="1296" w:type="dxa"/>
          </w:tcPr>
          <w:p w14:paraId="367992A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2026-05-06-2026-06-10</w:t>
            </w:r>
          </w:p>
        </w:tc>
        <w:tc>
          <w:tcPr>
            <w:tcW w:w="1296" w:type="dxa"/>
          </w:tcPr>
          <w:p w14:paraId="70FD243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3A63D1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„Aplenkęs laikmetį“, skirta V. Mačernio 105 gimimo metinėms</w:t>
            </w:r>
          </w:p>
        </w:tc>
        <w:tc>
          <w:tcPr>
            <w:tcW w:w="2930" w:type="dxa"/>
          </w:tcPr>
          <w:p w14:paraId="22658B3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2C9B00F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Venckienė,Vilma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1A56B50B" w14:textId="77777777" w:rsidTr="00653E1B">
        <w:trPr>
          <w:jc w:val="center"/>
        </w:trPr>
        <w:tc>
          <w:tcPr>
            <w:tcW w:w="720" w:type="dxa"/>
          </w:tcPr>
          <w:p w14:paraId="00FC20D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102</w:t>
            </w:r>
          </w:p>
        </w:tc>
        <w:tc>
          <w:tcPr>
            <w:tcW w:w="1296" w:type="dxa"/>
          </w:tcPr>
          <w:p w14:paraId="63842D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2026-05-06</w:t>
            </w:r>
          </w:p>
        </w:tc>
        <w:tc>
          <w:tcPr>
            <w:tcW w:w="1296" w:type="dxa"/>
          </w:tcPr>
          <w:p w14:paraId="60C0080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42002F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,,Karoliukų magija‘</w:t>
            </w:r>
          </w:p>
        </w:tc>
        <w:tc>
          <w:tcPr>
            <w:tcW w:w="2930" w:type="dxa"/>
          </w:tcPr>
          <w:p w14:paraId="1C23C9D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402CB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Salomėja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Aurilienė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Trako g. 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19168,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salomeja.auriliene@silalesbiblioteka.lt</w:t>
            </w:r>
          </w:p>
        </w:tc>
      </w:tr>
      <w:tr w:rsidR="004312E2" w:rsidRPr="00E95BCA" w14:paraId="343BD6FF" w14:textId="77777777" w:rsidTr="00653E1B">
        <w:trPr>
          <w:jc w:val="center"/>
        </w:trPr>
        <w:tc>
          <w:tcPr>
            <w:tcW w:w="720" w:type="dxa"/>
          </w:tcPr>
          <w:p w14:paraId="0B6C2E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103</w:t>
            </w:r>
          </w:p>
        </w:tc>
        <w:tc>
          <w:tcPr>
            <w:tcW w:w="1296" w:type="dxa"/>
          </w:tcPr>
          <w:p w14:paraId="503A235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2026-05-07</w:t>
            </w:r>
          </w:p>
        </w:tc>
        <w:tc>
          <w:tcPr>
            <w:tcW w:w="1296" w:type="dxa"/>
          </w:tcPr>
          <w:p w14:paraId="616B47E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6BB24D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Skaitymas po atviru dangumi „Skaitymo piknikas“</w:t>
            </w:r>
          </w:p>
        </w:tc>
        <w:tc>
          <w:tcPr>
            <w:tcW w:w="2930" w:type="dxa"/>
          </w:tcPr>
          <w:p w14:paraId="325B8B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7CFA953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6E05A438" w14:textId="77777777" w:rsidTr="00653E1B">
        <w:trPr>
          <w:jc w:val="center"/>
        </w:trPr>
        <w:tc>
          <w:tcPr>
            <w:tcW w:w="720" w:type="dxa"/>
          </w:tcPr>
          <w:p w14:paraId="76B3B11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104</w:t>
            </w:r>
          </w:p>
        </w:tc>
        <w:tc>
          <w:tcPr>
            <w:tcW w:w="1296" w:type="dxa"/>
          </w:tcPr>
          <w:p w14:paraId="669E22B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2026-05-08</w:t>
            </w:r>
          </w:p>
        </w:tc>
        <w:tc>
          <w:tcPr>
            <w:tcW w:w="1296" w:type="dxa"/>
          </w:tcPr>
          <w:p w14:paraId="5BA597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7AB8843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Edukacinis rytmetys15 žingsnių po Europą“.</w:t>
            </w:r>
          </w:p>
        </w:tc>
        <w:tc>
          <w:tcPr>
            <w:tcW w:w="2930" w:type="dxa"/>
          </w:tcPr>
          <w:p w14:paraId="13B601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4861E11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Bajorinienė,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Henrika Jokubauskienė;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+370 615 95 478; vaiku.sk@silalesbiblioteka.lt</w:t>
            </w:r>
          </w:p>
        </w:tc>
      </w:tr>
      <w:tr w:rsidR="004312E2" w:rsidRPr="00E95BCA" w14:paraId="658D9B35" w14:textId="77777777" w:rsidTr="00653E1B">
        <w:trPr>
          <w:jc w:val="center"/>
        </w:trPr>
        <w:tc>
          <w:tcPr>
            <w:tcW w:w="720" w:type="dxa"/>
          </w:tcPr>
          <w:p w14:paraId="6979E94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105</w:t>
            </w:r>
          </w:p>
        </w:tc>
        <w:tc>
          <w:tcPr>
            <w:tcW w:w="1296" w:type="dxa"/>
          </w:tcPr>
          <w:p w14:paraId="04F67EF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2026-05-14</w:t>
            </w:r>
          </w:p>
        </w:tc>
        <w:tc>
          <w:tcPr>
            <w:tcW w:w="1296" w:type="dxa"/>
          </w:tcPr>
          <w:p w14:paraId="7F728CF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6896F6D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Akmenukų kūrimo edukacija ,,Akmenukų pynė“</w:t>
            </w:r>
          </w:p>
        </w:tc>
        <w:tc>
          <w:tcPr>
            <w:tcW w:w="2930" w:type="dxa"/>
          </w:tcPr>
          <w:p w14:paraId="02893E0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661C44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E95BCA" w14:paraId="6467F0D6" w14:textId="77777777" w:rsidTr="00653E1B">
        <w:trPr>
          <w:jc w:val="center"/>
        </w:trPr>
        <w:tc>
          <w:tcPr>
            <w:tcW w:w="720" w:type="dxa"/>
          </w:tcPr>
          <w:p w14:paraId="04881F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106</w:t>
            </w:r>
          </w:p>
        </w:tc>
        <w:tc>
          <w:tcPr>
            <w:tcW w:w="1296" w:type="dxa"/>
          </w:tcPr>
          <w:p w14:paraId="753E124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2026-05-15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-2026-05-22</w:t>
            </w:r>
          </w:p>
        </w:tc>
        <w:tc>
          <w:tcPr>
            <w:tcW w:w="1296" w:type="dxa"/>
          </w:tcPr>
          <w:p w14:paraId="695105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6440EDF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Pažintinių ekskursijų ciklas su bibliotekos lankytojais į Pajūrio miestelio bendruomenės muziejų „Mūsų krašto istorija“</w:t>
            </w:r>
          </w:p>
        </w:tc>
        <w:tc>
          <w:tcPr>
            <w:tcW w:w="2930" w:type="dxa"/>
          </w:tcPr>
          <w:p w14:paraId="29F5C2F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544489D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2F5744A8" w14:textId="77777777" w:rsidTr="00653E1B">
        <w:trPr>
          <w:jc w:val="center"/>
        </w:trPr>
        <w:tc>
          <w:tcPr>
            <w:tcW w:w="720" w:type="dxa"/>
          </w:tcPr>
          <w:p w14:paraId="028F40C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107</w:t>
            </w:r>
          </w:p>
        </w:tc>
        <w:tc>
          <w:tcPr>
            <w:tcW w:w="1296" w:type="dxa"/>
          </w:tcPr>
          <w:p w14:paraId="4CB3B4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2026.05.15</w:t>
            </w:r>
          </w:p>
        </w:tc>
        <w:tc>
          <w:tcPr>
            <w:tcW w:w="1296" w:type="dxa"/>
          </w:tcPr>
          <w:p w14:paraId="25265F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4C2FA91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„Žaidimų knyga“</w:t>
            </w:r>
          </w:p>
        </w:tc>
        <w:tc>
          <w:tcPr>
            <w:tcW w:w="2930" w:type="dxa"/>
          </w:tcPr>
          <w:p w14:paraId="5B7685A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biblioteka</w:t>
            </w:r>
          </w:p>
        </w:tc>
        <w:tc>
          <w:tcPr>
            <w:tcW w:w="4270" w:type="dxa"/>
          </w:tcPr>
          <w:p w14:paraId="6CF287F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Nepriklausomybės g. 18, Upynos sen., Upynos mstl.,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28647,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giedre.leskiene@silalesbiblioteka.lt</w:t>
            </w:r>
          </w:p>
        </w:tc>
      </w:tr>
      <w:tr w:rsidR="004312E2" w:rsidRPr="00653E1B" w14:paraId="1663CA15" w14:textId="77777777" w:rsidTr="00653E1B">
        <w:trPr>
          <w:jc w:val="center"/>
        </w:trPr>
        <w:tc>
          <w:tcPr>
            <w:tcW w:w="720" w:type="dxa"/>
          </w:tcPr>
          <w:p w14:paraId="41F1BB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108</w:t>
            </w:r>
          </w:p>
        </w:tc>
        <w:tc>
          <w:tcPr>
            <w:tcW w:w="1296" w:type="dxa"/>
          </w:tcPr>
          <w:p w14:paraId="71BD4D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2026-05-15</w:t>
            </w:r>
          </w:p>
        </w:tc>
        <w:tc>
          <w:tcPr>
            <w:tcW w:w="1296" w:type="dxa"/>
          </w:tcPr>
          <w:p w14:paraId="0644DF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1B44DC7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„Pasakėlės ant pievelės“</w:t>
            </w:r>
          </w:p>
        </w:tc>
        <w:tc>
          <w:tcPr>
            <w:tcW w:w="2930" w:type="dxa"/>
          </w:tcPr>
          <w:p w14:paraId="3BCA900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6505463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653E1B" w14:paraId="0E2E5295" w14:textId="77777777" w:rsidTr="00653E1B">
        <w:trPr>
          <w:jc w:val="center"/>
        </w:trPr>
        <w:tc>
          <w:tcPr>
            <w:tcW w:w="720" w:type="dxa"/>
          </w:tcPr>
          <w:p w14:paraId="0D4C452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109</w:t>
            </w:r>
          </w:p>
        </w:tc>
        <w:tc>
          <w:tcPr>
            <w:tcW w:w="1296" w:type="dxa"/>
          </w:tcPr>
          <w:p w14:paraId="42057B2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2026-05-15</w:t>
            </w:r>
          </w:p>
        </w:tc>
        <w:tc>
          <w:tcPr>
            <w:tcW w:w="1296" w:type="dxa"/>
          </w:tcPr>
          <w:p w14:paraId="6752516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5C0A76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,,Vaikai – gyvenimo šviesa“</w:t>
            </w:r>
          </w:p>
        </w:tc>
        <w:tc>
          <w:tcPr>
            <w:tcW w:w="2930" w:type="dxa"/>
          </w:tcPr>
          <w:p w14:paraId="186928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537867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Lina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Liekienė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, Akmenos g. 4,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lina.liekiene@silalesbiblioteka.lt</w:t>
            </w:r>
          </w:p>
        </w:tc>
      </w:tr>
      <w:tr w:rsidR="004312E2" w:rsidRPr="00E95BCA" w14:paraId="30E3CCA6" w14:textId="77777777" w:rsidTr="00653E1B">
        <w:trPr>
          <w:jc w:val="center"/>
        </w:trPr>
        <w:tc>
          <w:tcPr>
            <w:tcW w:w="720" w:type="dxa"/>
          </w:tcPr>
          <w:p w14:paraId="2222DF5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110</w:t>
            </w:r>
          </w:p>
        </w:tc>
        <w:tc>
          <w:tcPr>
            <w:tcW w:w="1296" w:type="dxa"/>
          </w:tcPr>
          <w:p w14:paraId="2EDE015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2026-05-15</w:t>
            </w:r>
          </w:p>
        </w:tc>
        <w:tc>
          <w:tcPr>
            <w:tcW w:w="1296" w:type="dxa"/>
          </w:tcPr>
          <w:p w14:paraId="15E5409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16.00–17.30</w:t>
            </w:r>
          </w:p>
        </w:tc>
        <w:tc>
          <w:tcPr>
            <w:tcW w:w="4608" w:type="dxa"/>
          </w:tcPr>
          <w:p w14:paraId="16EAC0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Kino seansas šeimai, skirtas Tarptautinei šeimos dienai.</w:t>
            </w:r>
          </w:p>
        </w:tc>
        <w:tc>
          <w:tcPr>
            <w:tcW w:w="2930" w:type="dxa"/>
          </w:tcPr>
          <w:p w14:paraId="46F0BF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1CF9A96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Aistė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Monkienė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E95BCA" w14:paraId="4819F75B" w14:textId="77777777" w:rsidTr="00653E1B">
        <w:trPr>
          <w:jc w:val="center"/>
        </w:trPr>
        <w:tc>
          <w:tcPr>
            <w:tcW w:w="720" w:type="dxa"/>
          </w:tcPr>
          <w:p w14:paraId="2E2ED10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111</w:t>
            </w:r>
          </w:p>
        </w:tc>
        <w:tc>
          <w:tcPr>
            <w:tcW w:w="1296" w:type="dxa"/>
          </w:tcPr>
          <w:p w14:paraId="5516A3E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2026-05-18</w:t>
            </w:r>
          </w:p>
        </w:tc>
        <w:tc>
          <w:tcPr>
            <w:tcW w:w="1296" w:type="dxa"/>
          </w:tcPr>
          <w:p w14:paraId="609AE05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309E04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,,Žiūrėkite, tai mano vaikystė''</w:t>
            </w:r>
          </w:p>
        </w:tc>
        <w:tc>
          <w:tcPr>
            <w:tcW w:w="2930" w:type="dxa"/>
          </w:tcPr>
          <w:p w14:paraId="3920D0D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3AF79B9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Albina Girdvainienė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Palangos g. 1,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albina.girdvainiene@silalesbiblioteka.lt</w:t>
            </w:r>
          </w:p>
        </w:tc>
      </w:tr>
      <w:tr w:rsidR="004312E2" w:rsidRPr="00653E1B" w14:paraId="405A8392" w14:textId="77777777" w:rsidTr="00653E1B">
        <w:trPr>
          <w:jc w:val="center"/>
        </w:trPr>
        <w:tc>
          <w:tcPr>
            <w:tcW w:w="720" w:type="dxa"/>
          </w:tcPr>
          <w:p w14:paraId="27333A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112</w:t>
            </w:r>
          </w:p>
        </w:tc>
        <w:tc>
          <w:tcPr>
            <w:tcW w:w="1296" w:type="dxa"/>
          </w:tcPr>
          <w:p w14:paraId="735E9F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2026-05.19</w:t>
            </w:r>
          </w:p>
        </w:tc>
        <w:tc>
          <w:tcPr>
            <w:tcW w:w="1296" w:type="dxa"/>
          </w:tcPr>
          <w:p w14:paraId="10178C6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72729AB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„Nijolės eilės“</w:t>
            </w:r>
          </w:p>
        </w:tc>
        <w:tc>
          <w:tcPr>
            <w:tcW w:w="2930" w:type="dxa"/>
          </w:tcPr>
          <w:p w14:paraId="31A75BD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Girdiškės biblioteka</w:t>
            </w:r>
          </w:p>
        </w:tc>
        <w:tc>
          <w:tcPr>
            <w:tcW w:w="4270" w:type="dxa"/>
          </w:tcPr>
          <w:p w14:paraId="7C7C1C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K. Andriukaičio g. 4–2, Bijotų sen., Girdiškės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28647,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el. p. giedre.leskiene@silalesbiblioteka.lt</w:t>
            </w:r>
          </w:p>
        </w:tc>
      </w:tr>
      <w:tr w:rsidR="004312E2" w:rsidRPr="00E95BCA" w14:paraId="42A868A5" w14:textId="77777777" w:rsidTr="00653E1B">
        <w:trPr>
          <w:jc w:val="center"/>
        </w:trPr>
        <w:tc>
          <w:tcPr>
            <w:tcW w:w="720" w:type="dxa"/>
          </w:tcPr>
          <w:p w14:paraId="6B763E1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113</w:t>
            </w:r>
          </w:p>
        </w:tc>
        <w:tc>
          <w:tcPr>
            <w:tcW w:w="1296" w:type="dxa"/>
          </w:tcPr>
          <w:p w14:paraId="323918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 01 – 06 31</w:t>
            </w:r>
          </w:p>
        </w:tc>
        <w:tc>
          <w:tcPr>
            <w:tcW w:w="1296" w:type="dxa"/>
          </w:tcPr>
          <w:p w14:paraId="536FC08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13AA73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„Šimtas metų su radiju: Lietuvos balso istorija“</w:t>
            </w:r>
          </w:p>
        </w:tc>
        <w:tc>
          <w:tcPr>
            <w:tcW w:w="2930" w:type="dxa"/>
          </w:tcPr>
          <w:p w14:paraId="422D68C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63189F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Aistė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Monkienė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E95BCA" w14:paraId="6A73E34D" w14:textId="77777777" w:rsidTr="00653E1B">
        <w:trPr>
          <w:jc w:val="center"/>
        </w:trPr>
        <w:tc>
          <w:tcPr>
            <w:tcW w:w="720" w:type="dxa"/>
          </w:tcPr>
          <w:p w14:paraId="51C352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114</w:t>
            </w:r>
          </w:p>
        </w:tc>
        <w:tc>
          <w:tcPr>
            <w:tcW w:w="1296" w:type="dxa"/>
          </w:tcPr>
          <w:p w14:paraId="4D34E9E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2026-06-05-2026-08-28</w:t>
            </w:r>
          </w:p>
        </w:tc>
        <w:tc>
          <w:tcPr>
            <w:tcW w:w="1296" w:type="dxa"/>
          </w:tcPr>
          <w:p w14:paraId="01FD52E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E622C8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„Žydėjimas“ Šilalės meno mokyklos mokinių kūrybinių darbų paroda (mok. L. Rupšytė)</w:t>
            </w:r>
          </w:p>
        </w:tc>
        <w:tc>
          <w:tcPr>
            <w:tcW w:w="2930" w:type="dxa"/>
          </w:tcPr>
          <w:p w14:paraId="475405C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7D6D702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Bajorinienė,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Henrika Jokubauskienė,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6BFE1B1E" w14:textId="77777777" w:rsidTr="00653E1B">
        <w:trPr>
          <w:jc w:val="center"/>
        </w:trPr>
        <w:tc>
          <w:tcPr>
            <w:tcW w:w="720" w:type="dxa"/>
          </w:tcPr>
          <w:p w14:paraId="7AE3F31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115</w:t>
            </w:r>
          </w:p>
        </w:tc>
        <w:tc>
          <w:tcPr>
            <w:tcW w:w="1296" w:type="dxa"/>
          </w:tcPr>
          <w:p w14:paraId="15F1855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2026-06-10-2026-08-15</w:t>
            </w:r>
          </w:p>
        </w:tc>
        <w:tc>
          <w:tcPr>
            <w:tcW w:w="1296" w:type="dxa"/>
          </w:tcPr>
          <w:p w14:paraId="6D94EEE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59E431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„Istorijos ir gyvenimo tiesos mokytoja – Teresė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Ūksienė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“ dokumentų paroda, skirta poetės, pedagogės, Lietuvos ir Šilalės rajono savivaldybės politinės bei visuomenės veikėjos Teresės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Ūksienės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atminimui</w:t>
            </w:r>
          </w:p>
        </w:tc>
        <w:tc>
          <w:tcPr>
            <w:tcW w:w="2930" w:type="dxa"/>
          </w:tcPr>
          <w:p w14:paraId="23810A0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286955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Bajorinienė,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1D75905B" w14:textId="77777777" w:rsidTr="00653E1B">
        <w:trPr>
          <w:jc w:val="center"/>
        </w:trPr>
        <w:tc>
          <w:tcPr>
            <w:tcW w:w="720" w:type="dxa"/>
          </w:tcPr>
          <w:p w14:paraId="0E6351C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116</w:t>
            </w:r>
          </w:p>
        </w:tc>
        <w:tc>
          <w:tcPr>
            <w:tcW w:w="1296" w:type="dxa"/>
          </w:tcPr>
          <w:p w14:paraId="1344E6C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2026-06-10</w:t>
            </w:r>
          </w:p>
        </w:tc>
        <w:tc>
          <w:tcPr>
            <w:tcW w:w="1296" w:type="dxa"/>
          </w:tcPr>
          <w:p w14:paraId="555655E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6C2B6C0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,,Prisiminimai sudėti į filmą“ istorinio filmo apie tremtį peržiūra.</w:t>
            </w:r>
          </w:p>
        </w:tc>
        <w:tc>
          <w:tcPr>
            <w:tcW w:w="2930" w:type="dxa"/>
          </w:tcPr>
          <w:p w14:paraId="58DCC1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7E5297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E95BCA" w14:paraId="646018D7" w14:textId="77777777" w:rsidTr="00653E1B">
        <w:trPr>
          <w:jc w:val="center"/>
        </w:trPr>
        <w:tc>
          <w:tcPr>
            <w:tcW w:w="720" w:type="dxa"/>
          </w:tcPr>
          <w:p w14:paraId="422FB4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117</w:t>
            </w:r>
          </w:p>
        </w:tc>
        <w:tc>
          <w:tcPr>
            <w:tcW w:w="1296" w:type="dxa"/>
          </w:tcPr>
          <w:p w14:paraId="3B36CED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2026-06-11-   2026-07-10</w:t>
            </w:r>
          </w:p>
        </w:tc>
        <w:tc>
          <w:tcPr>
            <w:tcW w:w="1296" w:type="dxa"/>
          </w:tcPr>
          <w:p w14:paraId="40AB0AA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7CC50AC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„Golgotos keliu“, skirta Gedulo ir vilties dienai</w:t>
            </w:r>
          </w:p>
        </w:tc>
        <w:tc>
          <w:tcPr>
            <w:tcW w:w="2930" w:type="dxa"/>
          </w:tcPr>
          <w:p w14:paraId="2E3C3B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57C9662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1E876C00" w14:textId="77777777" w:rsidTr="00653E1B">
        <w:trPr>
          <w:jc w:val="center"/>
        </w:trPr>
        <w:tc>
          <w:tcPr>
            <w:tcW w:w="720" w:type="dxa"/>
          </w:tcPr>
          <w:p w14:paraId="55A5DE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118</w:t>
            </w:r>
          </w:p>
        </w:tc>
        <w:tc>
          <w:tcPr>
            <w:tcW w:w="1296" w:type="dxa"/>
          </w:tcPr>
          <w:p w14:paraId="5765F6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2026-06-15-   2026-07-17</w:t>
            </w:r>
          </w:p>
        </w:tc>
        <w:tc>
          <w:tcPr>
            <w:tcW w:w="1296" w:type="dxa"/>
          </w:tcPr>
          <w:p w14:paraId="7DA997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E1CF6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„Saviraiškos paletė“, kūrybinių darbų parodos atidarymas</w:t>
            </w:r>
          </w:p>
        </w:tc>
        <w:tc>
          <w:tcPr>
            <w:tcW w:w="2930" w:type="dxa"/>
          </w:tcPr>
          <w:p w14:paraId="681A1A9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4C7ACF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0B991E02" w14:textId="77777777" w:rsidTr="00653E1B">
        <w:trPr>
          <w:jc w:val="center"/>
        </w:trPr>
        <w:tc>
          <w:tcPr>
            <w:tcW w:w="720" w:type="dxa"/>
          </w:tcPr>
          <w:p w14:paraId="4C46F89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119</w:t>
            </w:r>
          </w:p>
        </w:tc>
        <w:tc>
          <w:tcPr>
            <w:tcW w:w="1296" w:type="dxa"/>
          </w:tcPr>
          <w:p w14:paraId="59BC9D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2026-06-15</w:t>
            </w:r>
          </w:p>
        </w:tc>
        <w:tc>
          <w:tcPr>
            <w:tcW w:w="1296" w:type="dxa"/>
          </w:tcPr>
          <w:p w14:paraId="33E81C5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17.30</w:t>
            </w:r>
          </w:p>
        </w:tc>
        <w:tc>
          <w:tcPr>
            <w:tcW w:w="4608" w:type="dxa"/>
          </w:tcPr>
          <w:p w14:paraId="6A9371B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„Saviraiškos paletė“, kūrybinių darbų parodos atidarymas</w:t>
            </w:r>
          </w:p>
        </w:tc>
        <w:tc>
          <w:tcPr>
            <w:tcW w:w="2930" w:type="dxa"/>
          </w:tcPr>
          <w:p w14:paraId="357E8A5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528D23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727FF8AA" w14:textId="77777777" w:rsidTr="00653E1B">
        <w:trPr>
          <w:jc w:val="center"/>
        </w:trPr>
        <w:tc>
          <w:tcPr>
            <w:tcW w:w="720" w:type="dxa"/>
          </w:tcPr>
          <w:p w14:paraId="0C20E10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120</w:t>
            </w:r>
          </w:p>
        </w:tc>
        <w:tc>
          <w:tcPr>
            <w:tcW w:w="1296" w:type="dxa"/>
          </w:tcPr>
          <w:p w14:paraId="6465D37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2026-07-02</w:t>
            </w:r>
          </w:p>
        </w:tc>
        <w:tc>
          <w:tcPr>
            <w:tcW w:w="1296" w:type="dxa"/>
          </w:tcPr>
          <w:p w14:paraId="316F253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0FF4BCA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„Vaikeli, džiaugsmo vyturėli“, skirta Dalios Kudžmaitės 70-osioms gimimo metinėms paminėti.</w:t>
            </w:r>
          </w:p>
        </w:tc>
        <w:tc>
          <w:tcPr>
            <w:tcW w:w="2930" w:type="dxa"/>
          </w:tcPr>
          <w:p w14:paraId="3AF51E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68A73A9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Kūtymų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11,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+370 614 09175,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rasa.seputiene@silalesbiblioteka.lt</w:t>
            </w:r>
          </w:p>
        </w:tc>
      </w:tr>
      <w:tr w:rsidR="004312E2" w:rsidRPr="00653E1B" w14:paraId="4174471B" w14:textId="77777777" w:rsidTr="00653E1B">
        <w:trPr>
          <w:jc w:val="center"/>
        </w:trPr>
        <w:tc>
          <w:tcPr>
            <w:tcW w:w="720" w:type="dxa"/>
          </w:tcPr>
          <w:p w14:paraId="32737FF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121</w:t>
            </w:r>
          </w:p>
        </w:tc>
        <w:tc>
          <w:tcPr>
            <w:tcW w:w="1296" w:type="dxa"/>
          </w:tcPr>
          <w:p w14:paraId="14017B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2026-07-03</w:t>
            </w:r>
          </w:p>
        </w:tc>
        <w:tc>
          <w:tcPr>
            <w:tcW w:w="1296" w:type="dxa"/>
          </w:tcPr>
          <w:p w14:paraId="17DE5F2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48F47E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Popietė „Eilėraštis mano širdyje“ skirta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R.Skučaitės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95- gimimo metinėms paminėti</w:t>
            </w:r>
          </w:p>
        </w:tc>
        <w:tc>
          <w:tcPr>
            <w:tcW w:w="2930" w:type="dxa"/>
          </w:tcPr>
          <w:p w14:paraId="66AADA2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Žvingių biblioteka</w:t>
            </w:r>
          </w:p>
        </w:tc>
        <w:tc>
          <w:tcPr>
            <w:tcW w:w="4270" w:type="dxa"/>
          </w:tcPr>
          <w:p w14:paraId="4380DB9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Zofija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Jūros g. 12, Pajūrio sen., Žvingių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mstl.,Šilalės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zofija.seputiene@silalesbiblioteka.lt</w:t>
            </w:r>
          </w:p>
        </w:tc>
      </w:tr>
      <w:tr w:rsidR="004312E2" w:rsidRPr="00653E1B" w14:paraId="180F817E" w14:textId="77777777" w:rsidTr="00653E1B">
        <w:trPr>
          <w:jc w:val="center"/>
        </w:trPr>
        <w:tc>
          <w:tcPr>
            <w:tcW w:w="720" w:type="dxa"/>
          </w:tcPr>
          <w:p w14:paraId="24D8B33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122</w:t>
            </w:r>
          </w:p>
        </w:tc>
        <w:tc>
          <w:tcPr>
            <w:tcW w:w="1296" w:type="dxa"/>
          </w:tcPr>
          <w:p w14:paraId="285F5D9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2026-07-07</w:t>
            </w:r>
          </w:p>
        </w:tc>
        <w:tc>
          <w:tcPr>
            <w:tcW w:w="1296" w:type="dxa"/>
          </w:tcPr>
          <w:p w14:paraId="6D95DD7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295F05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,,Trispalvė kūryba“</w:t>
            </w:r>
          </w:p>
        </w:tc>
        <w:tc>
          <w:tcPr>
            <w:tcW w:w="2930" w:type="dxa"/>
          </w:tcPr>
          <w:p w14:paraId="3D6BEA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7020093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E95BCA" w14:paraId="0D03C66F" w14:textId="77777777" w:rsidTr="00653E1B">
        <w:trPr>
          <w:jc w:val="center"/>
        </w:trPr>
        <w:tc>
          <w:tcPr>
            <w:tcW w:w="720" w:type="dxa"/>
          </w:tcPr>
          <w:p w14:paraId="25E77CE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123</w:t>
            </w:r>
          </w:p>
        </w:tc>
        <w:tc>
          <w:tcPr>
            <w:tcW w:w="1296" w:type="dxa"/>
          </w:tcPr>
          <w:p w14:paraId="3CAF008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2026-07-10-2026-09-10</w:t>
            </w:r>
          </w:p>
        </w:tc>
        <w:tc>
          <w:tcPr>
            <w:tcW w:w="1296" w:type="dxa"/>
          </w:tcPr>
          <w:p w14:paraId="20B53D9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408F3A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„Knyga – kūrybiškos išminties versmė“</w:t>
            </w:r>
          </w:p>
        </w:tc>
        <w:tc>
          <w:tcPr>
            <w:tcW w:w="2930" w:type="dxa"/>
          </w:tcPr>
          <w:p w14:paraId="4677CB5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7CC0D6F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Jolanta Venckienė         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655BFE6C" w14:textId="77777777" w:rsidTr="00653E1B">
        <w:trPr>
          <w:jc w:val="center"/>
        </w:trPr>
        <w:tc>
          <w:tcPr>
            <w:tcW w:w="720" w:type="dxa"/>
          </w:tcPr>
          <w:p w14:paraId="64E037C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124</w:t>
            </w:r>
          </w:p>
        </w:tc>
        <w:tc>
          <w:tcPr>
            <w:tcW w:w="1296" w:type="dxa"/>
          </w:tcPr>
          <w:p w14:paraId="08C9F5D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2026-07-31</w:t>
            </w:r>
          </w:p>
        </w:tc>
        <w:tc>
          <w:tcPr>
            <w:tcW w:w="1296" w:type="dxa"/>
          </w:tcPr>
          <w:p w14:paraId="46E8F353" w14:textId="77777777" w:rsidR="004312E2" w:rsidRPr="00653E1B" w:rsidRDefault="004312E2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4608" w:type="dxa"/>
          </w:tcPr>
          <w:p w14:paraId="71CB962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Virtualus Šilalės miesto gimtadienio žinių iššūkis „Ar pažįsti Šilalę?“, skirtas Šilalės miesto 493 metų gimtadieniui.</w:t>
            </w:r>
          </w:p>
        </w:tc>
        <w:tc>
          <w:tcPr>
            <w:tcW w:w="2930" w:type="dxa"/>
          </w:tcPr>
          <w:p w14:paraId="2A4C890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553174D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E95BCA" w14:paraId="15C6C03E" w14:textId="77777777" w:rsidTr="00653E1B">
        <w:trPr>
          <w:jc w:val="center"/>
        </w:trPr>
        <w:tc>
          <w:tcPr>
            <w:tcW w:w="720" w:type="dxa"/>
          </w:tcPr>
          <w:p w14:paraId="153C566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125</w:t>
            </w:r>
          </w:p>
        </w:tc>
        <w:tc>
          <w:tcPr>
            <w:tcW w:w="1296" w:type="dxa"/>
          </w:tcPr>
          <w:p w14:paraId="46CC10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2026- 08 17 – 09 17</w:t>
            </w:r>
          </w:p>
        </w:tc>
        <w:tc>
          <w:tcPr>
            <w:tcW w:w="1296" w:type="dxa"/>
          </w:tcPr>
          <w:p w14:paraId="1DB133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320152D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Fotografės Gintarės Žaltauskaitės eksperimentinė fotografijų paroda „Būtis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promočiutės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kambaryje“</w:t>
            </w:r>
          </w:p>
        </w:tc>
        <w:tc>
          <w:tcPr>
            <w:tcW w:w="2930" w:type="dxa"/>
          </w:tcPr>
          <w:p w14:paraId="77D3F4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1952BA6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E95BCA" w14:paraId="6FF4CCD2" w14:textId="77777777" w:rsidTr="00653E1B">
        <w:trPr>
          <w:jc w:val="center"/>
        </w:trPr>
        <w:tc>
          <w:tcPr>
            <w:tcW w:w="720" w:type="dxa"/>
          </w:tcPr>
          <w:p w14:paraId="04C9B9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126</w:t>
            </w:r>
          </w:p>
        </w:tc>
        <w:tc>
          <w:tcPr>
            <w:tcW w:w="1296" w:type="dxa"/>
          </w:tcPr>
          <w:p w14:paraId="49DB7F8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2026-08-11</w:t>
            </w:r>
          </w:p>
        </w:tc>
        <w:tc>
          <w:tcPr>
            <w:tcW w:w="1296" w:type="dxa"/>
          </w:tcPr>
          <w:p w14:paraId="04B97F8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19.00</w:t>
            </w:r>
          </w:p>
        </w:tc>
        <w:tc>
          <w:tcPr>
            <w:tcW w:w="4608" w:type="dxa"/>
          </w:tcPr>
          <w:p w14:paraId="5B5ED53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Lauko kino vakaras „Jungiam vasaros filmą“</w:t>
            </w:r>
          </w:p>
        </w:tc>
        <w:tc>
          <w:tcPr>
            <w:tcW w:w="2930" w:type="dxa"/>
          </w:tcPr>
          <w:p w14:paraId="60271B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574AE9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E95BCA" w14:paraId="49668A3A" w14:textId="77777777" w:rsidTr="00653E1B">
        <w:trPr>
          <w:jc w:val="center"/>
        </w:trPr>
        <w:tc>
          <w:tcPr>
            <w:tcW w:w="720" w:type="dxa"/>
          </w:tcPr>
          <w:p w14:paraId="1D628F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127</w:t>
            </w:r>
          </w:p>
        </w:tc>
        <w:tc>
          <w:tcPr>
            <w:tcW w:w="1296" w:type="dxa"/>
          </w:tcPr>
          <w:p w14:paraId="691880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2026-08-12</w:t>
            </w:r>
          </w:p>
        </w:tc>
        <w:tc>
          <w:tcPr>
            <w:tcW w:w="1296" w:type="dxa"/>
          </w:tcPr>
          <w:p w14:paraId="6C1341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9C66D5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,,Žolynų spaudas: Gamtos pėdsakai ant popieriaus‘‘</w:t>
            </w:r>
          </w:p>
        </w:tc>
        <w:tc>
          <w:tcPr>
            <w:tcW w:w="2930" w:type="dxa"/>
          </w:tcPr>
          <w:p w14:paraId="0C5DF9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0C30DB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Danutė Venckuvienė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15 Žvejų g. 15,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danute.venckuviene@silalesbiblioteka.lt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val.</w:t>
            </w:r>
          </w:p>
        </w:tc>
      </w:tr>
      <w:tr w:rsidR="004312E2" w:rsidRPr="00653E1B" w14:paraId="30639FF2" w14:textId="77777777" w:rsidTr="00653E1B">
        <w:trPr>
          <w:jc w:val="center"/>
        </w:trPr>
        <w:tc>
          <w:tcPr>
            <w:tcW w:w="720" w:type="dxa"/>
          </w:tcPr>
          <w:p w14:paraId="7DD1AB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128</w:t>
            </w:r>
          </w:p>
        </w:tc>
        <w:tc>
          <w:tcPr>
            <w:tcW w:w="1296" w:type="dxa"/>
          </w:tcPr>
          <w:p w14:paraId="6FB25A8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2026-08-13</w:t>
            </w:r>
          </w:p>
        </w:tc>
        <w:tc>
          <w:tcPr>
            <w:tcW w:w="1296" w:type="dxa"/>
          </w:tcPr>
          <w:p w14:paraId="28474CC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525830A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„Protėvių pėdomis: Žolinės papročiai ir prasmės“</w:t>
            </w:r>
          </w:p>
        </w:tc>
        <w:tc>
          <w:tcPr>
            <w:tcW w:w="2930" w:type="dxa"/>
          </w:tcPr>
          <w:p w14:paraId="1C4F34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59A6D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Andželika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Gečienė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Gardavos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4,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anzelika.geciene@silalesbiblioteka.lt</w:t>
            </w:r>
          </w:p>
        </w:tc>
      </w:tr>
      <w:tr w:rsidR="004312E2" w:rsidRPr="00E95BCA" w14:paraId="4C56136E" w14:textId="77777777" w:rsidTr="00653E1B">
        <w:trPr>
          <w:jc w:val="center"/>
        </w:trPr>
        <w:tc>
          <w:tcPr>
            <w:tcW w:w="720" w:type="dxa"/>
          </w:tcPr>
          <w:p w14:paraId="78FBE2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129</w:t>
            </w:r>
          </w:p>
        </w:tc>
        <w:tc>
          <w:tcPr>
            <w:tcW w:w="1296" w:type="dxa"/>
          </w:tcPr>
          <w:p w14:paraId="721DDB7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2026- 09 21 – 10 09</w:t>
            </w:r>
          </w:p>
        </w:tc>
        <w:tc>
          <w:tcPr>
            <w:tcW w:w="1296" w:type="dxa"/>
          </w:tcPr>
          <w:p w14:paraId="7E78F3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1200B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Šilalės krašto piliakalnių 3D miniatiūrų paroda.</w:t>
            </w:r>
          </w:p>
        </w:tc>
        <w:tc>
          <w:tcPr>
            <w:tcW w:w="2930" w:type="dxa"/>
          </w:tcPr>
          <w:p w14:paraId="455677D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2140C1C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-Balčiūnienė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E95BCA" w14:paraId="63F5309D" w14:textId="77777777" w:rsidTr="00653E1B">
        <w:trPr>
          <w:jc w:val="center"/>
        </w:trPr>
        <w:tc>
          <w:tcPr>
            <w:tcW w:w="720" w:type="dxa"/>
          </w:tcPr>
          <w:p w14:paraId="1D3448A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130</w:t>
            </w:r>
          </w:p>
        </w:tc>
        <w:tc>
          <w:tcPr>
            <w:tcW w:w="1296" w:type="dxa"/>
          </w:tcPr>
          <w:p w14:paraId="79D381B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2026-09-01-2026-09-30</w:t>
            </w:r>
          </w:p>
        </w:tc>
        <w:tc>
          <w:tcPr>
            <w:tcW w:w="1296" w:type="dxa"/>
          </w:tcPr>
          <w:p w14:paraId="4223FD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79C313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Edukacinis užsiėmimas pirmokams „Knyga – vienas iš kelių pažinti save ir aplinkinį pasaulį“: pirmoji pažintis su biblioteka ir knygutėmis.</w:t>
            </w:r>
          </w:p>
        </w:tc>
        <w:tc>
          <w:tcPr>
            <w:tcW w:w="2930" w:type="dxa"/>
          </w:tcPr>
          <w:p w14:paraId="4BD839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4118800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1665C4AF" w14:textId="77777777" w:rsidTr="00653E1B">
        <w:trPr>
          <w:jc w:val="center"/>
        </w:trPr>
        <w:tc>
          <w:tcPr>
            <w:tcW w:w="720" w:type="dxa"/>
          </w:tcPr>
          <w:p w14:paraId="5056D2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131</w:t>
            </w:r>
          </w:p>
        </w:tc>
        <w:tc>
          <w:tcPr>
            <w:tcW w:w="1296" w:type="dxa"/>
          </w:tcPr>
          <w:p w14:paraId="2DCBB0B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2026.09.04</w:t>
            </w:r>
          </w:p>
        </w:tc>
        <w:tc>
          <w:tcPr>
            <w:tcW w:w="1296" w:type="dxa"/>
          </w:tcPr>
          <w:p w14:paraId="7A475EC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1F0BF3A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„Knyga tau dovanoja išmintį“</w:t>
            </w:r>
          </w:p>
        </w:tc>
        <w:tc>
          <w:tcPr>
            <w:tcW w:w="2930" w:type="dxa"/>
          </w:tcPr>
          <w:p w14:paraId="288E1A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biblioteka</w:t>
            </w:r>
          </w:p>
        </w:tc>
        <w:tc>
          <w:tcPr>
            <w:tcW w:w="4270" w:type="dxa"/>
          </w:tcPr>
          <w:p w14:paraId="6E9648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Nepriklausomybės g. 18, Upynos sen., Upynos mstl.,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28647,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giedre.leskiene@silalesbiblioteka.lt</w:t>
            </w:r>
          </w:p>
        </w:tc>
      </w:tr>
      <w:tr w:rsidR="004312E2" w:rsidRPr="00E95BCA" w14:paraId="75245769" w14:textId="77777777" w:rsidTr="00653E1B">
        <w:trPr>
          <w:jc w:val="center"/>
        </w:trPr>
        <w:tc>
          <w:tcPr>
            <w:tcW w:w="720" w:type="dxa"/>
          </w:tcPr>
          <w:p w14:paraId="593738E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132</w:t>
            </w:r>
          </w:p>
        </w:tc>
        <w:tc>
          <w:tcPr>
            <w:tcW w:w="1296" w:type="dxa"/>
          </w:tcPr>
          <w:p w14:paraId="368DD8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2026-09-08</w:t>
            </w:r>
          </w:p>
        </w:tc>
        <w:tc>
          <w:tcPr>
            <w:tcW w:w="1296" w:type="dxa"/>
          </w:tcPr>
          <w:p w14:paraId="7AAEA2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10.00–12.00</w:t>
            </w:r>
          </w:p>
        </w:tc>
        <w:tc>
          <w:tcPr>
            <w:tcW w:w="4608" w:type="dxa"/>
          </w:tcPr>
          <w:p w14:paraId="1895A95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Praktiniai mokymai „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Gmail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aplinkos optimizavimas kasdieniams darbo procesams“, skirta Tarptautinei raštingumo dienai.</w:t>
            </w:r>
          </w:p>
        </w:tc>
        <w:tc>
          <w:tcPr>
            <w:tcW w:w="2930" w:type="dxa"/>
          </w:tcPr>
          <w:p w14:paraId="408E0CC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248DF60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-Balčiūnienė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E95BCA" w14:paraId="0A2A3A53" w14:textId="77777777" w:rsidTr="00653E1B">
        <w:trPr>
          <w:jc w:val="center"/>
        </w:trPr>
        <w:tc>
          <w:tcPr>
            <w:tcW w:w="720" w:type="dxa"/>
          </w:tcPr>
          <w:p w14:paraId="0E3A546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133</w:t>
            </w:r>
          </w:p>
        </w:tc>
        <w:tc>
          <w:tcPr>
            <w:tcW w:w="1296" w:type="dxa"/>
          </w:tcPr>
          <w:p w14:paraId="6EC5A80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2026-09-10-2026-10-09</w:t>
            </w:r>
          </w:p>
        </w:tc>
        <w:tc>
          <w:tcPr>
            <w:tcW w:w="1296" w:type="dxa"/>
          </w:tcPr>
          <w:p w14:paraId="2FCCB5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5B49409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„Istorijos keliu“, skirta Lietuvos žydų genocido dienai</w:t>
            </w:r>
          </w:p>
        </w:tc>
        <w:tc>
          <w:tcPr>
            <w:tcW w:w="2930" w:type="dxa"/>
          </w:tcPr>
          <w:p w14:paraId="243F5D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2DFAD0D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10B9F3C2" w14:textId="77777777" w:rsidTr="00653E1B">
        <w:trPr>
          <w:jc w:val="center"/>
        </w:trPr>
        <w:tc>
          <w:tcPr>
            <w:tcW w:w="720" w:type="dxa"/>
          </w:tcPr>
          <w:p w14:paraId="110C25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134</w:t>
            </w:r>
          </w:p>
        </w:tc>
        <w:tc>
          <w:tcPr>
            <w:tcW w:w="1296" w:type="dxa"/>
          </w:tcPr>
          <w:p w14:paraId="1A054F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2026-09-10-2026-10-09</w:t>
            </w:r>
          </w:p>
        </w:tc>
        <w:tc>
          <w:tcPr>
            <w:tcW w:w="1296" w:type="dxa"/>
          </w:tcPr>
          <w:p w14:paraId="58B82C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2C9F63F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„Lietuvos takais, takeliais...“, skirta Pasaulinei turizmo dienai</w:t>
            </w:r>
          </w:p>
        </w:tc>
        <w:tc>
          <w:tcPr>
            <w:tcW w:w="2930" w:type="dxa"/>
          </w:tcPr>
          <w:p w14:paraId="79CA26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5B31634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34E7E8F5" w14:textId="77777777" w:rsidTr="00653E1B">
        <w:trPr>
          <w:jc w:val="center"/>
        </w:trPr>
        <w:tc>
          <w:tcPr>
            <w:tcW w:w="720" w:type="dxa"/>
          </w:tcPr>
          <w:p w14:paraId="48C91AF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135</w:t>
            </w:r>
          </w:p>
        </w:tc>
        <w:tc>
          <w:tcPr>
            <w:tcW w:w="1296" w:type="dxa"/>
          </w:tcPr>
          <w:p w14:paraId="661C462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 – 12 mėn.</w:t>
            </w:r>
          </w:p>
        </w:tc>
        <w:tc>
          <w:tcPr>
            <w:tcW w:w="1296" w:type="dxa"/>
          </w:tcPr>
          <w:p w14:paraId="65BB3601" w14:textId="77777777" w:rsidR="004312E2" w:rsidRPr="00653E1B" w:rsidRDefault="004312E2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4608" w:type="dxa"/>
          </w:tcPr>
          <w:p w14:paraId="5A13B24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Nacionalinio intelektinio žaidimo „Auksinis protas“ gyvi turnyrai Šilalėje.</w:t>
            </w:r>
          </w:p>
        </w:tc>
        <w:tc>
          <w:tcPr>
            <w:tcW w:w="2930" w:type="dxa"/>
          </w:tcPr>
          <w:p w14:paraId="40AB5FE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Restoranas „Meldai“</w:t>
            </w:r>
          </w:p>
        </w:tc>
        <w:tc>
          <w:tcPr>
            <w:tcW w:w="4270" w:type="dxa"/>
          </w:tcPr>
          <w:p w14:paraId="098B02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norvilienė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653E1B" w14:paraId="127BB7F7" w14:textId="77777777" w:rsidTr="00653E1B">
        <w:trPr>
          <w:jc w:val="center"/>
        </w:trPr>
        <w:tc>
          <w:tcPr>
            <w:tcW w:w="720" w:type="dxa"/>
          </w:tcPr>
          <w:p w14:paraId="3FE0DA0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136</w:t>
            </w:r>
          </w:p>
        </w:tc>
        <w:tc>
          <w:tcPr>
            <w:tcW w:w="1296" w:type="dxa"/>
          </w:tcPr>
          <w:p w14:paraId="3019A61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2026-09-18</w:t>
            </w:r>
          </w:p>
        </w:tc>
        <w:tc>
          <w:tcPr>
            <w:tcW w:w="1296" w:type="dxa"/>
          </w:tcPr>
          <w:p w14:paraId="6304E4B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4DC73B1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„Sukasi metų ratas“ susitikimas-edukacija su rašytoju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Selemonu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Paltanavičiumi bei knygos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iliustratore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Lina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Valužiene</w:t>
            </w:r>
            <w:proofErr w:type="spellEnd"/>
          </w:p>
        </w:tc>
        <w:tc>
          <w:tcPr>
            <w:tcW w:w="2930" w:type="dxa"/>
          </w:tcPr>
          <w:p w14:paraId="6F31B4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60F7837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Bajorinienė;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+370 615 95 478; vaiku.sk@silalesbiblioteka.lt</w:t>
            </w:r>
          </w:p>
        </w:tc>
      </w:tr>
      <w:tr w:rsidR="004312E2" w:rsidRPr="00653E1B" w14:paraId="00BF3601" w14:textId="77777777" w:rsidTr="00653E1B">
        <w:trPr>
          <w:jc w:val="center"/>
        </w:trPr>
        <w:tc>
          <w:tcPr>
            <w:tcW w:w="720" w:type="dxa"/>
          </w:tcPr>
          <w:p w14:paraId="2F4D2D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137</w:t>
            </w:r>
          </w:p>
        </w:tc>
        <w:tc>
          <w:tcPr>
            <w:tcW w:w="1296" w:type="dxa"/>
          </w:tcPr>
          <w:p w14:paraId="3EDC94D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2026-09-24</w:t>
            </w:r>
          </w:p>
        </w:tc>
        <w:tc>
          <w:tcPr>
            <w:tcW w:w="1296" w:type="dxa"/>
          </w:tcPr>
          <w:p w14:paraId="2F45DE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266882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Pažintinė popietė su biblioteka ir edukacinės – kūrybinės dirbtuvėlės pagal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Lorenz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Pauli,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Kathrin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Schärer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knygą „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Piplioteka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??? Lapė bibliotekoje“</w:t>
            </w:r>
          </w:p>
        </w:tc>
        <w:tc>
          <w:tcPr>
            <w:tcW w:w="2930" w:type="dxa"/>
          </w:tcPr>
          <w:p w14:paraId="125A4D7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2D5A6A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Bajorinienė,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Henrika Jokubauskienė;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+370 615 95 478; vaiku.sk@silalesbiblioteka.lt</w:t>
            </w:r>
          </w:p>
        </w:tc>
      </w:tr>
      <w:tr w:rsidR="004312E2" w:rsidRPr="00653E1B" w14:paraId="2B6A1894" w14:textId="77777777" w:rsidTr="00653E1B">
        <w:trPr>
          <w:jc w:val="center"/>
        </w:trPr>
        <w:tc>
          <w:tcPr>
            <w:tcW w:w="720" w:type="dxa"/>
          </w:tcPr>
          <w:p w14:paraId="428772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138</w:t>
            </w:r>
          </w:p>
        </w:tc>
        <w:tc>
          <w:tcPr>
            <w:tcW w:w="1296" w:type="dxa"/>
          </w:tcPr>
          <w:p w14:paraId="613E4E1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2026-10-01 – 10-31</w:t>
            </w:r>
          </w:p>
        </w:tc>
        <w:tc>
          <w:tcPr>
            <w:tcW w:w="1296" w:type="dxa"/>
          </w:tcPr>
          <w:p w14:paraId="2E46A3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9.00 – 18.00</w:t>
            </w:r>
          </w:p>
        </w:tc>
        <w:tc>
          <w:tcPr>
            <w:tcW w:w="4608" w:type="dxa"/>
          </w:tcPr>
          <w:p w14:paraId="66E8C8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Paroda – interaktyvi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diorama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„Maironio namai – pasauliui“.</w:t>
            </w:r>
          </w:p>
        </w:tc>
        <w:tc>
          <w:tcPr>
            <w:tcW w:w="2930" w:type="dxa"/>
          </w:tcPr>
          <w:p w14:paraId="0B5D5CE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Viešosios bibliotekos Skaitytojų aptarnavimo skyriaus Abonementas</w:t>
            </w:r>
          </w:p>
        </w:tc>
        <w:tc>
          <w:tcPr>
            <w:tcW w:w="4270" w:type="dxa"/>
          </w:tcPr>
          <w:p w14:paraId="17C2E8C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Rūta Vaitkevičienė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(0 449) 74189, (0 449) 74301,;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rūta.vaitkevičienė@silalesbiblioteka.lt</w:t>
            </w:r>
            <w:proofErr w:type="spellEnd"/>
          </w:p>
        </w:tc>
      </w:tr>
      <w:tr w:rsidR="004312E2" w:rsidRPr="00E95BCA" w14:paraId="372C6946" w14:textId="77777777" w:rsidTr="00653E1B">
        <w:trPr>
          <w:jc w:val="center"/>
        </w:trPr>
        <w:tc>
          <w:tcPr>
            <w:tcW w:w="720" w:type="dxa"/>
          </w:tcPr>
          <w:p w14:paraId="203DB5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139</w:t>
            </w:r>
          </w:p>
        </w:tc>
        <w:tc>
          <w:tcPr>
            <w:tcW w:w="1296" w:type="dxa"/>
          </w:tcPr>
          <w:p w14:paraId="7A5FC0D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2026-10-01-2026-10-28</w:t>
            </w:r>
          </w:p>
        </w:tc>
        <w:tc>
          <w:tcPr>
            <w:tcW w:w="1296" w:type="dxa"/>
          </w:tcPr>
          <w:p w14:paraId="467557A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1EB0D5B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„Neribota fantazija“ Šilalės Dariaus ir Girėno progimnazijos 6 kl. mokinių piešinių paroda (mok. I. Venckienė)</w:t>
            </w:r>
          </w:p>
        </w:tc>
        <w:tc>
          <w:tcPr>
            <w:tcW w:w="2930" w:type="dxa"/>
          </w:tcPr>
          <w:p w14:paraId="0103E03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0CBC844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Henrika Jokubauskienė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Bajorinienė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0A154DB8" w14:textId="77777777" w:rsidTr="00653E1B">
        <w:trPr>
          <w:jc w:val="center"/>
        </w:trPr>
        <w:tc>
          <w:tcPr>
            <w:tcW w:w="720" w:type="dxa"/>
          </w:tcPr>
          <w:p w14:paraId="3DCF659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140</w:t>
            </w:r>
          </w:p>
        </w:tc>
        <w:tc>
          <w:tcPr>
            <w:tcW w:w="1296" w:type="dxa"/>
          </w:tcPr>
          <w:p w14:paraId="5879ABE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2026-10-01</w:t>
            </w:r>
          </w:p>
        </w:tc>
        <w:tc>
          <w:tcPr>
            <w:tcW w:w="1296" w:type="dxa"/>
          </w:tcPr>
          <w:p w14:paraId="4EC4600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5EA600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,,Vaistažolių arbatėlė ir kiti močiutės patarimai“</w:t>
            </w:r>
          </w:p>
        </w:tc>
        <w:tc>
          <w:tcPr>
            <w:tcW w:w="2930" w:type="dxa"/>
          </w:tcPr>
          <w:p w14:paraId="2170310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681509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+370 614 09234, stase.pudzemiene@silalesbiblioteka.lt</w:t>
            </w:r>
          </w:p>
        </w:tc>
      </w:tr>
      <w:tr w:rsidR="004312E2" w:rsidRPr="00653E1B" w14:paraId="055D5928" w14:textId="77777777" w:rsidTr="00653E1B">
        <w:trPr>
          <w:jc w:val="center"/>
        </w:trPr>
        <w:tc>
          <w:tcPr>
            <w:tcW w:w="720" w:type="dxa"/>
          </w:tcPr>
          <w:p w14:paraId="6E5334E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141</w:t>
            </w:r>
          </w:p>
        </w:tc>
        <w:tc>
          <w:tcPr>
            <w:tcW w:w="1296" w:type="dxa"/>
          </w:tcPr>
          <w:p w14:paraId="0921707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2026-10-01</w:t>
            </w:r>
          </w:p>
        </w:tc>
        <w:tc>
          <w:tcPr>
            <w:tcW w:w="1296" w:type="dxa"/>
          </w:tcPr>
          <w:p w14:paraId="62E34F8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456EDBE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Rankdarbių parodos pristatymas „Laiko skrynios paslaptys‘‘</w:t>
            </w:r>
          </w:p>
        </w:tc>
        <w:tc>
          <w:tcPr>
            <w:tcW w:w="2930" w:type="dxa"/>
          </w:tcPr>
          <w:p w14:paraId="48F6783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326FC8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Irena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Sugintienė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Varnių  g. 7.,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mstl.,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17920,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irena.sugintiene@silalesbiblioteka.lt</w:t>
            </w:r>
          </w:p>
        </w:tc>
      </w:tr>
      <w:tr w:rsidR="004312E2" w:rsidRPr="00E95BCA" w14:paraId="1D8CA12D" w14:textId="77777777" w:rsidTr="00653E1B">
        <w:trPr>
          <w:jc w:val="center"/>
        </w:trPr>
        <w:tc>
          <w:tcPr>
            <w:tcW w:w="720" w:type="dxa"/>
          </w:tcPr>
          <w:p w14:paraId="69320BB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142</w:t>
            </w:r>
          </w:p>
        </w:tc>
        <w:tc>
          <w:tcPr>
            <w:tcW w:w="1296" w:type="dxa"/>
          </w:tcPr>
          <w:p w14:paraId="3FF8C14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2026-10-01</w:t>
            </w:r>
          </w:p>
        </w:tc>
        <w:tc>
          <w:tcPr>
            <w:tcW w:w="1296" w:type="dxa"/>
          </w:tcPr>
          <w:p w14:paraId="451A96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280EAB6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,,Nuo grūdo iki duonos kepaliuko‘‘</w:t>
            </w:r>
          </w:p>
        </w:tc>
        <w:tc>
          <w:tcPr>
            <w:tcW w:w="2930" w:type="dxa"/>
          </w:tcPr>
          <w:p w14:paraId="55D2D59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45860F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Danutė Venckuvienė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Žvejų g. 15,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danute.venckuviene@silalesbiblioteka.lt</w:t>
            </w:r>
          </w:p>
        </w:tc>
      </w:tr>
      <w:tr w:rsidR="004312E2" w:rsidRPr="00E95BCA" w14:paraId="431316BB" w14:textId="77777777" w:rsidTr="00653E1B">
        <w:trPr>
          <w:jc w:val="center"/>
        </w:trPr>
        <w:tc>
          <w:tcPr>
            <w:tcW w:w="720" w:type="dxa"/>
          </w:tcPr>
          <w:p w14:paraId="370FECB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143</w:t>
            </w:r>
          </w:p>
        </w:tc>
        <w:tc>
          <w:tcPr>
            <w:tcW w:w="1296" w:type="dxa"/>
          </w:tcPr>
          <w:p w14:paraId="78F969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2026-10-02</w:t>
            </w:r>
          </w:p>
        </w:tc>
        <w:tc>
          <w:tcPr>
            <w:tcW w:w="1296" w:type="dxa"/>
          </w:tcPr>
          <w:p w14:paraId="136242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BA1F8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„Kas gera – prisiminkime, kas bloga – tegul išblės“</w:t>
            </w:r>
          </w:p>
        </w:tc>
        <w:tc>
          <w:tcPr>
            <w:tcW w:w="2930" w:type="dxa"/>
          </w:tcPr>
          <w:p w14:paraId="4FB87F7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74001AD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274A72ED" w14:textId="77777777" w:rsidTr="00653E1B">
        <w:trPr>
          <w:jc w:val="center"/>
        </w:trPr>
        <w:tc>
          <w:tcPr>
            <w:tcW w:w="720" w:type="dxa"/>
          </w:tcPr>
          <w:p w14:paraId="4E5BCF6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144</w:t>
            </w:r>
          </w:p>
        </w:tc>
        <w:tc>
          <w:tcPr>
            <w:tcW w:w="1296" w:type="dxa"/>
          </w:tcPr>
          <w:p w14:paraId="332FDF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2026-10-07</w:t>
            </w:r>
          </w:p>
        </w:tc>
        <w:tc>
          <w:tcPr>
            <w:tcW w:w="1296" w:type="dxa"/>
          </w:tcPr>
          <w:p w14:paraId="4E9B705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C3119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,,Gėlių vazonų dekoravimas“</w:t>
            </w:r>
          </w:p>
        </w:tc>
        <w:tc>
          <w:tcPr>
            <w:tcW w:w="2930" w:type="dxa"/>
          </w:tcPr>
          <w:p w14:paraId="42AD808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5277F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Salomėja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Aurilienė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Trako g. 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19168,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salomeja.auriliene@silalesbiblioteka.lt</w:t>
            </w:r>
          </w:p>
        </w:tc>
      </w:tr>
      <w:tr w:rsidR="004312E2" w:rsidRPr="00E95BCA" w14:paraId="08E824F9" w14:textId="77777777" w:rsidTr="00653E1B">
        <w:trPr>
          <w:jc w:val="center"/>
        </w:trPr>
        <w:tc>
          <w:tcPr>
            <w:tcW w:w="720" w:type="dxa"/>
          </w:tcPr>
          <w:p w14:paraId="6E27C7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145</w:t>
            </w:r>
          </w:p>
        </w:tc>
        <w:tc>
          <w:tcPr>
            <w:tcW w:w="1296" w:type="dxa"/>
          </w:tcPr>
          <w:p w14:paraId="0719F4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2026-10-09-2026-11-26</w:t>
            </w:r>
          </w:p>
        </w:tc>
        <w:tc>
          <w:tcPr>
            <w:tcW w:w="1296" w:type="dxa"/>
          </w:tcPr>
          <w:p w14:paraId="09CFD3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4E451B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”Viršvalandžiai pakalnučių metuose“, skirta J. Ivanauskaitės 65 gimimo metinėms</w:t>
            </w:r>
          </w:p>
        </w:tc>
        <w:tc>
          <w:tcPr>
            <w:tcW w:w="2930" w:type="dxa"/>
          </w:tcPr>
          <w:p w14:paraId="46209F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6CA4CA0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0698B938" w14:textId="77777777" w:rsidTr="00653E1B">
        <w:trPr>
          <w:jc w:val="center"/>
        </w:trPr>
        <w:tc>
          <w:tcPr>
            <w:tcW w:w="720" w:type="dxa"/>
          </w:tcPr>
          <w:p w14:paraId="4CDF2C9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146</w:t>
            </w:r>
          </w:p>
        </w:tc>
        <w:tc>
          <w:tcPr>
            <w:tcW w:w="1296" w:type="dxa"/>
          </w:tcPr>
          <w:p w14:paraId="28BF59C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2026-10-09-2026-10-28</w:t>
            </w:r>
          </w:p>
        </w:tc>
        <w:tc>
          <w:tcPr>
            <w:tcW w:w="1296" w:type="dxa"/>
          </w:tcPr>
          <w:p w14:paraId="4FE4F45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1D7EE3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„Faktai ir šypsenos“, skirta A. Čekuolio 95 gimimo metinėms</w:t>
            </w:r>
          </w:p>
        </w:tc>
        <w:tc>
          <w:tcPr>
            <w:tcW w:w="2930" w:type="dxa"/>
          </w:tcPr>
          <w:p w14:paraId="27E033A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5F2AC37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0E7EF71F" w14:textId="77777777" w:rsidTr="00653E1B">
        <w:trPr>
          <w:jc w:val="center"/>
        </w:trPr>
        <w:tc>
          <w:tcPr>
            <w:tcW w:w="720" w:type="dxa"/>
          </w:tcPr>
          <w:p w14:paraId="2C0653C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147</w:t>
            </w:r>
          </w:p>
        </w:tc>
        <w:tc>
          <w:tcPr>
            <w:tcW w:w="1296" w:type="dxa"/>
          </w:tcPr>
          <w:p w14:paraId="09C939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2026-10-14</w:t>
            </w:r>
          </w:p>
        </w:tc>
        <w:tc>
          <w:tcPr>
            <w:tcW w:w="1296" w:type="dxa"/>
          </w:tcPr>
          <w:p w14:paraId="07C05F9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7A1FEE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„Knygų kelias: skaitytojas - knyga -  biblioteka“ geriausių šių metų skaitytojų apdovanojimų šventė su rašytoju Virgiu Šidlausku</w:t>
            </w:r>
          </w:p>
        </w:tc>
        <w:tc>
          <w:tcPr>
            <w:tcW w:w="2930" w:type="dxa"/>
          </w:tcPr>
          <w:p w14:paraId="360FC17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157D99B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Ona Bajorinienė, Henrika Jokubauskienė;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+370 615 95 478; vaiku.sk@silalesbiblioteka.lt</w:t>
            </w:r>
          </w:p>
        </w:tc>
      </w:tr>
      <w:tr w:rsidR="004312E2" w:rsidRPr="00E95BCA" w14:paraId="460A63CE" w14:textId="77777777" w:rsidTr="00653E1B">
        <w:trPr>
          <w:jc w:val="center"/>
        </w:trPr>
        <w:tc>
          <w:tcPr>
            <w:tcW w:w="720" w:type="dxa"/>
          </w:tcPr>
          <w:p w14:paraId="37DB1A7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148</w:t>
            </w:r>
          </w:p>
        </w:tc>
        <w:tc>
          <w:tcPr>
            <w:tcW w:w="1296" w:type="dxa"/>
          </w:tcPr>
          <w:p w14:paraId="6B93BF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2026-10-15</w:t>
            </w:r>
          </w:p>
        </w:tc>
        <w:tc>
          <w:tcPr>
            <w:tcW w:w="1296" w:type="dxa"/>
          </w:tcPr>
          <w:p w14:paraId="1E2DCF6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5E7B789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„Kasdienės  kūrybos žiedai“</w:t>
            </w:r>
          </w:p>
        </w:tc>
        <w:tc>
          <w:tcPr>
            <w:tcW w:w="2930" w:type="dxa"/>
          </w:tcPr>
          <w:p w14:paraId="41CF0E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3F5BF67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465D4F99" w14:textId="77777777" w:rsidTr="00653E1B">
        <w:trPr>
          <w:jc w:val="center"/>
        </w:trPr>
        <w:tc>
          <w:tcPr>
            <w:tcW w:w="720" w:type="dxa"/>
          </w:tcPr>
          <w:p w14:paraId="17A3C15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149</w:t>
            </w:r>
          </w:p>
        </w:tc>
        <w:tc>
          <w:tcPr>
            <w:tcW w:w="1296" w:type="dxa"/>
          </w:tcPr>
          <w:p w14:paraId="003DB3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2026-10-15</w:t>
            </w:r>
          </w:p>
        </w:tc>
        <w:tc>
          <w:tcPr>
            <w:tcW w:w="1296" w:type="dxa"/>
          </w:tcPr>
          <w:p w14:paraId="5A08D2E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1F8FC1D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"Dūžtančios formos", Aldonos Ruseckaitės knygos pristatymas</w:t>
            </w:r>
          </w:p>
        </w:tc>
        <w:tc>
          <w:tcPr>
            <w:tcW w:w="2930" w:type="dxa"/>
          </w:tcPr>
          <w:p w14:paraId="690BEF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09EC394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E95BCA" w14:paraId="08C19DB2" w14:textId="77777777" w:rsidTr="00653E1B">
        <w:trPr>
          <w:jc w:val="center"/>
        </w:trPr>
        <w:tc>
          <w:tcPr>
            <w:tcW w:w="720" w:type="dxa"/>
          </w:tcPr>
          <w:p w14:paraId="04C38A6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150</w:t>
            </w:r>
          </w:p>
        </w:tc>
        <w:tc>
          <w:tcPr>
            <w:tcW w:w="1296" w:type="dxa"/>
          </w:tcPr>
          <w:p w14:paraId="5CA0975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2026-10-21</w:t>
            </w:r>
          </w:p>
        </w:tc>
        <w:tc>
          <w:tcPr>
            <w:tcW w:w="1296" w:type="dxa"/>
          </w:tcPr>
          <w:p w14:paraId="17DB826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14.30</w:t>
            </w:r>
          </w:p>
        </w:tc>
        <w:tc>
          <w:tcPr>
            <w:tcW w:w="4608" w:type="dxa"/>
          </w:tcPr>
          <w:p w14:paraId="5B25BA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„Obuolio diena“. Skirta Pasaulinei obuolio dienai.</w:t>
            </w:r>
          </w:p>
        </w:tc>
        <w:tc>
          <w:tcPr>
            <w:tcW w:w="2930" w:type="dxa"/>
          </w:tcPr>
          <w:p w14:paraId="517FE67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32B9461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E95BCA" w14:paraId="74DF147B" w14:textId="77777777" w:rsidTr="00653E1B">
        <w:trPr>
          <w:jc w:val="center"/>
        </w:trPr>
        <w:tc>
          <w:tcPr>
            <w:tcW w:w="720" w:type="dxa"/>
          </w:tcPr>
          <w:p w14:paraId="06CB6CE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151</w:t>
            </w:r>
          </w:p>
        </w:tc>
        <w:tc>
          <w:tcPr>
            <w:tcW w:w="1296" w:type="dxa"/>
          </w:tcPr>
          <w:p w14:paraId="451D154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2026-10-22</w:t>
            </w:r>
          </w:p>
        </w:tc>
        <w:tc>
          <w:tcPr>
            <w:tcW w:w="1296" w:type="dxa"/>
          </w:tcPr>
          <w:p w14:paraId="07C65C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13.00–15.00</w:t>
            </w:r>
          </w:p>
        </w:tc>
        <w:tc>
          <w:tcPr>
            <w:tcW w:w="4608" w:type="dxa"/>
          </w:tcPr>
          <w:p w14:paraId="5FDE137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Praktiniai mokymai „Skaitmeninė knygos reklama: sukurk savo versiją su išmaniomis priemonėmis“, skirta Pasaulinei informacinių technologijų plėtros dienai.</w:t>
            </w:r>
          </w:p>
        </w:tc>
        <w:tc>
          <w:tcPr>
            <w:tcW w:w="2930" w:type="dxa"/>
          </w:tcPr>
          <w:p w14:paraId="659CB1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4753CC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Aistė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Monkienė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E95BCA" w14:paraId="6C5B1A5B" w14:textId="77777777" w:rsidTr="00653E1B">
        <w:trPr>
          <w:jc w:val="center"/>
        </w:trPr>
        <w:tc>
          <w:tcPr>
            <w:tcW w:w="720" w:type="dxa"/>
          </w:tcPr>
          <w:p w14:paraId="2D21AF8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152</w:t>
            </w:r>
          </w:p>
        </w:tc>
        <w:tc>
          <w:tcPr>
            <w:tcW w:w="1296" w:type="dxa"/>
          </w:tcPr>
          <w:p w14:paraId="0057261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2026-10-23-2026-11-23</w:t>
            </w:r>
          </w:p>
        </w:tc>
        <w:tc>
          <w:tcPr>
            <w:tcW w:w="1296" w:type="dxa"/>
          </w:tcPr>
          <w:p w14:paraId="2A5DBA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8D2CC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„Jei nereikėtų skubėti!“ dokumentų paroda, skirta poetės, dramaturgės Ramutės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Skučaitės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95-osioms gimimo metinėms paminėti</w:t>
            </w:r>
          </w:p>
        </w:tc>
        <w:tc>
          <w:tcPr>
            <w:tcW w:w="2930" w:type="dxa"/>
          </w:tcPr>
          <w:p w14:paraId="7A03823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73A7184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Bajorinienė,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Henrika Jokubauskienė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35CA8C1E" w14:textId="77777777" w:rsidTr="00653E1B">
        <w:trPr>
          <w:jc w:val="center"/>
        </w:trPr>
        <w:tc>
          <w:tcPr>
            <w:tcW w:w="720" w:type="dxa"/>
          </w:tcPr>
          <w:p w14:paraId="7E0F08A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153</w:t>
            </w:r>
          </w:p>
        </w:tc>
        <w:tc>
          <w:tcPr>
            <w:tcW w:w="1296" w:type="dxa"/>
          </w:tcPr>
          <w:p w14:paraId="21CC92D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2026.10.28</w:t>
            </w:r>
          </w:p>
        </w:tc>
        <w:tc>
          <w:tcPr>
            <w:tcW w:w="1296" w:type="dxa"/>
          </w:tcPr>
          <w:p w14:paraId="402917C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0382A59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„Mažiau yra daugiau“, Paskaita, skirta Vėlinėms, kapų puošimo tendencijos</w:t>
            </w:r>
          </w:p>
        </w:tc>
        <w:tc>
          <w:tcPr>
            <w:tcW w:w="2930" w:type="dxa"/>
          </w:tcPr>
          <w:p w14:paraId="4618038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biblioteka</w:t>
            </w:r>
          </w:p>
        </w:tc>
        <w:tc>
          <w:tcPr>
            <w:tcW w:w="4270" w:type="dxa"/>
          </w:tcPr>
          <w:p w14:paraId="224B175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Nepriklausomybės g. 18, Upynos sen., Upynos mstl.,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28647,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giedre.leskiene@silalesbiblioteka.lt</w:t>
            </w:r>
          </w:p>
        </w:tc>
      </w:tr>
      <w:tr w:rsidR="004312E2" w:rsidRPr="00E95BCA" w14:paraId="2125D5C6" w14:textId="77777777" w:rsidTr="00653E1B">
        <w:trPr>
          <w:jc w:val="center"/>
        </w:trPr>
        <w:tc>
          <w:tcPr>
            <w:tcW w:w="720" w:type="dxa"/>
          </w:tcPr>
          <w:p w14:paraId="366E20E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154</w:t>
            </w:r>
          </w:p>
        </w:tc>
        <w:tc>
          <w:tcPr>
            <w:tcW w:w="1296" w:type="dxa"/>
          </w:tcPr>
          <w:p w14:paraId="39F04A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2026-11-05-2026-11-30</w:t>
            </w:r>
          </w:p>
        </w:tc>
        <w:tc>
          <w:tcPr>
            <w:tcW w:w="1296" w:type="dxa"/>
          </w:tcPr>
          <w:p w14:paraId="526AE13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94FE5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„Rudens spalvų kelionė“ Šilalės meno mokyklos mokinių piešinių paroda (mok. S. Dargienė)</w:t>
            </w:r>
          </w:p>
        </w:tc>
        <w:tc>
          <w:tcPr>
            <w:tcW w:w="2930" w:type="dxa"/>
          </w:tcPr>
          <w:p w14:paraId="392677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13B851C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Bajorinienė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3EC57954" w14:textId="77777777" w:rsidTr="00653E1B">
        <w:trPr>
          <w:jc w:val="center"/>
        </w:trPr>
        <w:tc>
          <w:tcPr>
            <w:tcW w:w="720" w:type="dxa"/>
          </w:tcPr>
          <w:p w14:paraId="4386D34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155</w:t>
            </w:r>
          </w:p>
        </w:tc>
        <w:tc>
          <w:tcPr>
            <w:tcW w:w="1296" w:type="dxa"/>
          </w:tcPr>
          <w:p w14:paraId="266486D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2026-11-06</w:t>
            </w:r>
          </w:p>
        </w:tc>
        <w:tc>
          <w:tcPr>
            <w:tcW w:w="1296" w:type="dxa"/>
          </w:tcPr>
          <w:p w14:paraId="7996A2F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22F730B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Dokumentinio filmo peržiūra ir aptarimas „Prezidento vienatvė“</w:t>
            </w:r>
          </w:p>
        </w:tc>
        <w:tc>
          <w:tcPr>
            <w:tcW w:w="2930" w:type="dxa"/>
          </w:tcPr>
          <w:p w14:paraId="00153C9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49C251B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E95BCA" w14:paraId="5CDFBA80" w14:textId="77777777" w:rsidTr="00653E1B">
        <w:trPr>
          <w:jc w:val="center"/>
        </w:trPr>
        <w:tc>
          <w:tcPr>
            <w:tcW w:w="720" w:type="dxa"/>
          </w:tcPr>
          <w:p w14:paraId="38CC543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156</w:t>
            </w:r>
          </w:p>
        </w:tc>
        <w:tc>
          <w:tcPr>
            <w:tcW w:w="1296" w:type="dxa"/>
          </w:tcPr>
          <w:p w14:paraId="11C6E35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2026-11-06</w:t>
            </w:r>
          </w:p>
        </w:tc>
        <w:tc>
          <w:tcPr>
            <w:tcW w:w="1296" w:type="dxa"/>
          </w:tcPr>
          <w:p w14:paraId="160C97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7C178F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„Draugystės su gyvūnais laboratorija“</w:t>
            </w:r>
          </w:p>
        </w:tc>
        <w:tc>
          <w:tcPr>
            <w:tcW w:w="2930" w:type="dxa"/>
          </w:tcPr>
          <w:p w14:paraId="2EFA037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Tenenių biblioteka</w:t>
            </w:r>
          </w:p>
        </w:tc>
        <w:tc>
          <w:tcPr>
            <w:tcW w:w="4270" w:type="dxa"/>
          </w:tcPr>
          <w:p w14:paraId="4864C4D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Riverė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 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Nepriklausomybės g. 39, Tenenių sen., Tenenių mstl.,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agne.rivere@silalesbiblioteka.lt</w:t>
            </w:r>
          </w:p>
        </w:tc>
      </w:tr>
      <w:tr w:rsidR="004312E2" w:rsidRPr="00E95BCA" w14:paraId="3FF7865D" w14:textId="77777777" w:rsidTr="00653E1B">
        <w:trPr>
          <w:jc w:val="center"/>
        </w:trPr>
        <w:tc>
          <w:tcPr>
            <w:tcW w:w="720" w:type="dxa"/>
          </w:tcPr>
          <w:p w14:paraId="0E02B7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157</w:t>
            </w:r>
          </w:p>
        </w:tc>
        <w:tc>
          <w:tcPr>
            <w:tcW w:w="1296" w:type="dxa"/>
          </w:tcPr>
          <w:p w14:paraId="193D5B5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2026-11-06</w:t>
            </w:r>
          </w:p>
        </w:tc>
        <w:tc>
          <w:tcPr>
            <w:tcW w:w="1296" w:type="dxa"/>
          </w:tcPr>
          <w:p w14:paraId="61E69FF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6794259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„Paslaptingasis Šiaurės vėjas“</w:t>
            </w:r>
          </w:p>
        </w:tc>
        <w:tc>
          <w:tcPr>
            <w:tcW w:w="2930" w:type="dxa"/>
          </w:tcPr>
          <w:p w14:paraId="39720D2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Tenenių biblioteka</w:t>
            </w:r>
          </w:p>
        </w:tc>
        <w:tc>
          <w:tcPr>
            <w:tcW w:w="4270" w:type="dxa"/>
          </w:tcPr>
          <w:p w14:paraId="676F9D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Riverė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 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Nepriklausomybės g. 39, Tenenių sen., Tenenių mstl.,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agne.rivere@silalesbiblioteka.lt</w:t>
            </w:r>
          </w:p>
        </w:tc>
      </w:tr>
      <w:tr w:rsidR="004312E2" w:rsidRPr="00E95BCA" w14:paraId="7B50DE9E" w14:textId="77777777" w:rsidTr="00653E1B">
        <w:trPr>
          <w:jc w:val="center"/>
        </w:trPr>
        <w:tc>
          <w:tcPr>
            <w:tcW w:w="720" w:type="dxa"/>
          </w:tcPr>
          <w:p w14:paraId="15EA6BD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158</w:t>
            </w:r>
          </w:p>
        </w:tc>
        <w:tc>
          <w:tcPr>
            <w:tcW w:w="1296" w:type="dxa"/>
          </w:tcPr>
          <w:p w14:paraId="5D38BB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2026-11-11</w:t>
            </w:r>
          </w:p>
        </w:tc>
        <w:tc>
          <w:tcPr>
            <w:tcW w:w="1296" w:type="dxa"/>
          </w:tcPr>
          <w:p w14:paraId="646EA8A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9.00 ir 19.00</w:t>
            </w:r>
          </w:p>
        </w:tc>
        <w:tc>
          <w:tcPr>
            <w:tcW w:w="4608" w:type="dxa"/>
          </w:tcPr>
          <w:p w14:paraId="044961E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„Auštant“ ir „Sutemų valanda“, skirta Šiaurės šalių literatūros savaitei“</w:t>
            </w:r>
          </w:p>
        </w:tc>
        <w:tc>
          <w:tcPr>
            <w:tcW w:w="2930" w:type="dxa"/>
          </w:tcPr>
          <w:p w14:paraId="0E3D436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5F4F2BD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653E1B" w14:paraId="27C38F04" w14:textId="77777777" w:rsidTr="00653E1B">
        <w:trPr>
          <w:jc w:val="center"/>
        </w:trPr>
        <w:tc>
          <w:tcPr>
            <w:tcW w:w="720" w:type="dxa"/>
          </w:tcPr>
          <w:p w14:paraId="6879509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159</w:t>
            </w:r>
          </w:p>
        </w:tc>
        <w:tc>
          <w:tcPr>
            <w:tcW w:w="1296" w:type="dxa"/>
          </w:tcPr>
          <w:p w14:paraId="111611D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2026-11-17</w:t>
            </w:r>
          </w:p>
        </w:tc>
        <w:tc>
          <w:tcPr>
            <w:tcW w:w="1296" w:type="dxa"/>
          </w:tcPr>
          <w:p w14:paraId="16B8370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34240F6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Sensoriniai skaitymai su 2-3 metų vaikais „Pasidalytas meškutės gerumas“</w:t>
            </w:r>
          </w:p>
        </w:tc>
        <w:tc>
          <w:tcPr>
            <w:tcW w:w="2930" w:type="dxa"/>
          </w:tcPr>
          <w:p w14:paraId="666F2ED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5265D5A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Bajorinienė, 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+370 615 95 478; vaiku.sk@silalesbiblioteka.lt</w:t>
            </w:r>
          </w:p>
        </w:tc>
      </w:tr>
      <w:tr w:rsidR="004312E2" w:rsidRPr="00E95BCA" w14:paraId="33A23BCE" w14:textId="77777777" w:rsidTr="00653E1B">
        <w:trPr>
          <w:jc w:val="center"/>
        </w:trPr>
        <w:tc>
          <w:tcPr>
            <w:tcW w:w="720" w:type="dxa"/>
          </w:tcPr>
          <w:p w14:paraId="14524A4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160</w:t>
            </w:r>
          </w:p>
        </w:tc>
        <w:tc>
          <w:tcPr>
            <w:tcW w:w="1296" w:type="dxa"/>
          </w:tcPr>
          <w:p w14:paraId="33F80D4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2026-11-17</w:t>
            </w:r>
          </w:p>
        </w:tc>
        <w:tc>
          <w:tcPr>
            <w:tcW w:w="1296" w:type="dxa"/>
          </w:tcPr>
          <w:p w14:paraId="4E2289A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13.00–14.00</w:t>
            </w:r>
          </w:p>
        </w:tc>
        <w:tc>
          <w:tcPr>
            <w:tcW w:w="4608" w:type="dxa"/>
          </w:tcPr>
          <w:p w14:paraId="1E07A7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Festivalio „Nepatogus kinas“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bendrakūrystės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projekto NK-DOKU filmo „Nulaužti neapykantą“ peržiūra ir aptarimas, skirta Tarptautinei tolerancijos dienai.</w:t>
            </w:r>
          </w:p>
        </w:tc>
        <w:tc>
          <w:tcPr>
            <w:tcW w:w="2930" w:type="dxa"/>
          </w:tcPr>
          <w:p w14:paraId="26A75A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7D57FD6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-Balčiūnienė,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653E1B" w14:paraId="31040CB1" w14:textId="77777777" w:rsidTr="00653E1B">
        <w:trPr>
          <w:jc w:val="center"/>
        </w:trPr>
        <w:tc>
          <w:tcPr>
            <w:tcW w:w="720" w:type="dxa"/>
          </w:tcPr>
          <w:p w14:paraId="71DD156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161</w:t>
            </w:r>
          </w:p>
        </w:tc>
        <w:tc>
          <w:tcPr>
            <w:tcW w:w="1296" w:type="dxa"/>
          </w:tcPr>
          <w:p w14:paraId="498A891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2026-11-18</w:t>
            </w:r>
          </w:p>
        </w:tc>
        <w:tc>
          <w:tcPr>
            <w:tcW w:w="1296" w:type="dxa"/>
          </w:tcPr>
          <w:p w14:paraId="62B97F8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015E784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,,Žiemos pasaka languose“ Karpinių ir langų dekoravimo jais popietė.</w:t>
            </w:r>
          </w:p>
        </w:tc>
        <w:tc>
          <w:tcPr>
            <w:tcW w:w="2930" w:type="dxa"/>
          </w:tcPr>
          <w:p w14:paraId="2037DBA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9F397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210F6C68" w14:textId="77777777" w:rsidTr="00653E1B">
        <w:trPr>
          <w:jc w:val="center"/>
        </w:trPr>
        <w:tc>
          <w:tcPr>
            <w:tcW w:w="720" w:type="dxa"/>
          </w:tcPr>
          <w:p w14:paraId="0367C25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162</w:t>
            </w:r>
          </w:p>
        </w:tc>
        <w:tc>
          <w:tcPr>
            <w:tcW w:w="1296" w:type="dxa"/>
          </w:tcPr>
          <w:p w14:paraId="3E96A81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2026-11-18</w:t>
            </w:r>
          </w:p>
        </w:tc>
        <w:tc>
          <w:tcPr>
            <w:tcW w:w="1296" w:type="dxa"/>
          </w:tcPr>
          <w:p w14:paraId="34BAF9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03F3E0F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,,Žiemos pasaka languose“</w:t>
            </w:r>
          </w:p>
        </w:tc>
        <w:tc>
          <w:tcPr>
            <w:tcW w:w="2930" w:type="dxa"/>
          </w:tcPr>
          <w:p w14:paraId="3E0B5C1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54D8ED2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Tvenkinio g. 4, Laukuvos sen., Laukuvos mstl.,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E95BCA" w14:paraId="05B16F03" w14:textId="77777777" w:rsidTr="00653E1B">
        <w:trPr>
          <w:jc w:val="center"/>
        </w:trPr>
        <w:tc>
          <w:tcPr>
            <w:tcW w:w="720" w:type="dxa"/>
          </w:tcPr>
          <w:p w14:paraId="67BE86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163</w:t>
            </w:r>
          </w:p>
        </w:tc>
        <w:tc>
          <w:tcPr>
            <w:tcW w:w="1296" w:type="dxa"/>
          </w:tcPr>
          <w:p w14:paraId="134763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2026-11-18</w:t>
            </w:r>
          </w:p>
        </w:tc>
        <w:tc>
          <w:tcPr>
            <w:tcW w:w="1296" w:type="dxa"/>
          </w:tcPr>
          <w:p w14:paraId="34D197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67A9FA2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„Dvidešimt vakarų“, Ivetos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Skurvydienės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knygos pristatymas</w:t>
            </w:r>
          </w:p>
        </w:tc>
        <w:tc>
          <w:tcPr>
            <w:tcW w:w="2930" w:type="dxa"/>
          </w:tcPr>
          <w:p w14:paraId="7EEE525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17D9482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47E145A1" w14:textId="77777777" w:rsidTr="00653E1B">
        <w:trPr>
          <w:jc w:val="center"/>
        </w:trPr>
        <w:tc>
          <w:tcPr>
            <w:tcW w:w="720" w:type="dxa"/>
          </w:tcPr>
          <w:p w14:paraId="02FC89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164</w:t>
            </w:r>
          </w:p>
        </w:tc>
        <w:tc>
          <w:tcPr>
            <w:tcW w:w="1296" w:type="dxa"/>
          </w:tcPr>
          <w:p w14:paraId="2D23869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2026-11-23</w:t>
            </w:r>
          </w:p>
        </w:tc>
        <w:tc>
          <w:tcPr>
            <w:tcW w:w="1296" w:type="dxa"/>
          </w:tcPr>
          <w:p w14:paraId="46EEAC1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4D4CD4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,,Žiba Advento žvakutės“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Adventinių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vainikų gaminimo edukacija.</w:t>
            </w:r>
          </w:p>
        </w:tc>
        <w:tc>
          <w:tcPr>
            <w:tcW w:w="2930" w:type="dxa"/>
          </w:tcPr>
          <w:p w14:paraId="177D82C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50E12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048A896D" w14:textId="77777777" w:rsidTr="00653E1B">
        <w:trPr>
          <w:jc w:val="center"/>
        </w:trPr>
        <w:tc>
          <w:tcPr>
            <w:tcW w:w="720" w:type="dxa"/>
          </w:tcPr>
          <w:p w14:paraId="2838FEA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165</w:t>
            </w:r>
          </w:p>
        </w:tc>
        <w:tc>
          <w:tcPr>
            <w:tcW w:w="1296" w:type="dxa"/>
          </w:tcPr>
          <w:p w14:paraId="2D8E9D0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2026-11-23</w:t>
            </w:r>
          </w:p>
        </w:tc>
        <w:tc>
          <w:tcPr>
            <w:tcW w:w="1296" w:type="dxa"/>
          </w:tcPr>
          <w:p w14:paraId="532B8E4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48FF21F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,,Žiba Advento žvakutės“</w:t>
            </w:r>
          </w:p>
        </w:tc>
        <w:tc>
          <w:tcPr>
            <w:tcW w:w="2930" w:type="dxa"/>
          </w:tcPr>
          <w:p w14:paraId="7EC72CE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3A12F69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Tvenkinio g. 4, Laukuvos sen., Laukuvos mstl.,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366A395D" w14:textId="77777777" w:rsidTr="00653E1B">
        <w:trPr>
          <w:jc w:val="center"/>
        </w:trPr>
        <w:tc>
          <w:tcPr>
            <w:tcW w:w="720" w:type="dxa"/>
          </w:tcPr>
          <w:p w14:paraId="51C6BF2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166</w:t>
            </w:r>
          </w:p>
        </w:tc>
        <w:tc>
          <w:tcPr>
            <w:tcW w:w="1296" w:type="dxa"/>
          </w:tcPr>
          <w:p w14:paraId="50A07A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2026-11-23</w:t>
            </w:r>
          </w:p>
        </w:tc>
        <w:tc>
          <w:tcPr>
            <w:tcW w:w="1296" w:type="dxa"/>
          </w:tcPr>
          <w:p w14:paraId="3781108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6D64C19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,,Gražiausias ir sakraliausias Advento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vainikas - sukurtas savo rankomis“</w:t>
            </w:r>
          </w:p>
        </w:tc>
        <w:tc>
          <w:tcPr>
            <w:tcW w:w="2930" w:type="dxa"/>
          </w:tcPr>
          <w:p w14:paraId="4D64C6C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E2AAE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Asta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Gestautienė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Rungio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2,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asta.gestautiene@silalesbiblioteka.lt</w:t>
            </w:r>
          </w:p>
        </w:tc>
      </w:tr>
      <w:tr w:rsidR="004312E2" w:rsidRPr="00653E1B" w14:paraId="1DF4F5A1" w14:textId="77777777" w:rsidTr="00653E1B">
        <w:trPr>
          <w:jc w:val="center"/>
        </w:trPr>
        <w:tc>
          <w:tcPr>
            <w:tcW w:w="720" w:type="dxa"/>
          </w:tcPr>
          <w:p w14:paraId="242786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167</w:t>
            </w:r>
          </w:p>
        </w:tc>
        <w:tc>
          <w:tcPr>
            <w:tcW w:w="1296" w:type="dxa"/>
          </w:tcPr>
          <w:p w14:paraId="1B56C49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2026-11-25</w:t>
            </w:r>
          </w:p>
        </w:tc>
        <w:tc>
          <w:tcPr>
            <w:tcW w:w="1296" w:type="dxa"/>
          </w:tcPr>
          <w:p w14:paraId="6AC1495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1427A9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Kūrybinės dirbtuvės ,,Adventas –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ikikalėdinis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laikotarpis.“</w:t>
            </w:r>
          </w:p>
        </w:tc>
        <w:tc>
          <w:tcPr>
            <w:tcW w:w="2930" w:type="dxa"/>
          </w:tcPr>
          <w:p w14:paraId="509ADEF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6068579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Lina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Liekienė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, Akmenos g. 4,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lina.liekiene@silalesbiblioteka.lt</w:t>
            </w:r>
          </w:p>
        </w:tc>
      </w:tr>
      <w:tr w:rsidR="004312E2" w:rsidRPr="00653E1B" w14:paraId="4D87C7FE" w14:textId="77777777" w:rsidTr="00653E1B">
        <w:trPr>
          <w:jc w:val="center"/>
        </w:trPr>
        <w:tc>
          <w:tcPr>
            <w:tcW w:w="720" w:type="dxa"/>
          </w:tcPr>
          <w:p w14:paraId="597FD6B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168</w:t>
            </w:r>
          </w:p>
        </w:tc>
        <w:tc>
          <w:tcPr>
            <w:tcW w:w="1296" w:type="dxa"/>
          </w:tcPr>
          <w:p w14:paraId="185BF66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2026-11-29</w:t>
            </w:r>
          </w:p>
        </w:tc>
        <w:tc>
          <w:tcPr>
            <w:tcW w:w="1296" w:type="dxa"/>
          </w:tcPr>
          <w:p w14:paraId="1B09A1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5B7D911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„Žiemos pasakos belaukiant“</w:t>
            </w:r>
          </w:p>
        </w:tc>
        <w:tc>
          <w:tcPr>
            <w:tcW w:w="2930" w:type="dxa"/>
          </w:tcPr>
          <w:p w14:paraId="7B33E6D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Kvėdarnos biblioteka</w:t>
            </w:r>
          </w:p>
        </w:tc>
        <w:tc>
          <w:tcPr>
            <w:tcW w:w="4270" w:type="dxa"/>
          </w:tcPr>
          <w:p w14:paraId="112B848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Judita Vainorienė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Žalioji g. 7, Kvėdarnos sen., Kvėdarnos mstl.,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19627,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judita.vainoriene@silalesbiblioteka.lt</w:t>
            </w:r>
          </w:p>
        </w:tc>
      </w:tr>
      <w:tr w:rsidR="004312E2" w:rsidRPr="00E95BCA" w14:paraId="6F7365D9" w14:textId="77777777" w:rsidTr="00653E1B">
        <w:trPr>
          <w:jc w:val="center"/>
        </w:trPr>
        <w:tc>
          <w:tcPr>
            <w:tcW w:w="720" w:type="dxa"/>
          </w:tcPr>
          <w:p w14:paraId="6D1047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169</w:t>
            </w:r>
          </w:p>
        </w:tc>
        <w:tc>
          <w:tcPr>
            <w:tcW w:w="1296" w:type="dxa"/>
          </w:tcPr>
          <w:p w14:paraId="249E2B0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2026-11-30-2027-01-06</w:t>
            </w:r>
          </w:p>
        </w:tc>
        <w:tc>
          <w:tcPr>
            <w:tcW w:w="1296" w:type="dxa"/>
          </w:tcPr>
          <w:p w14:paraId="62E4A87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7920CF8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„Šventės virsmas laiko tėkmėje“, skirta Šv. Kūčių ir Šv. Kalėdų šventėms</w:t>
            </w:r>
          </w:p>
        </w:tc>
        <w:tc>
          <w:tcPr>
            <w:tcW w:w="2930" w:type="dxa"/>
          </w:tcPr>
          <w:p w14:paraId="7AC63B2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21D7D0D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 ,Vilma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414A67EE" w14:textId="77777777" w:rsidTr="00653E1B">
        <w:trPr>
          <w:jc w:val="center"/>
        </w:trPr>
        <w:tc>
          <w:tcPr>
            <w:tcW w:w="720" w:type="dxa"/>
          </w:tcPr>
          <w:p w14:paraId="39173A4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170</w:t>
            </w:r>
          </w:p>
        </w:tc>
        <w:tc>
          <w:tcPr>
            <w:tcW w:w="1296" w:type="dxa"/>
          </w:tcPr>
          <w:p w14:paraId="4B24A19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2026-12-01</w:t>
            </w:r>
          </w:p>
        </w:tc>
        <w:tc>
          <w:tcPr>
            <w:tcW w:w="1296" w:type="dxa"/>
          </w:tcPr>
          <w:p w14:paraId="575732B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47412D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„Širdies pasaka tau“,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rytmetys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skirtas Adventui</w:t>
            </w:r>
          </w:p>
        </w:tc>
        <w:tc>
          <w:tcPr>
            <w:tcW w:w="2930" w:type="dxa"/>
          </w:tcPr>
          <w:p w14:paraId="2A74FF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656A7D0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Bajorinienė;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+370 615 95 478; vaiku.sk@silalesbiblioteka.lt</w:t>
            </w:r>
          </w:p>
        </w:tc>
      </w:tr>
      <w:tr w:rsidR="004312E2" w:rsidRPr="00E95BCA" w14:paraId="1D775EFB" w14:textId="77777777" w:rsidTr="00653E1B">
        <w:trPr>
          <w:jc w:val="center"/>
        </w:trPr>
        <w:tc>
          <w:tcPr>
            <w:tcW w:w="720" w:type="dxa"/>
          </w:tcPr>
          <w:p w14:paraId="5E81E3C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171</w:t>
            </w:r>
          </w:p>
        </w:tc>
        <w:tc>
          <w:tcPr>
            <w:tcW w:w="1296" w:type="dxa"/>
          </w:tcPr>
          <w:p w14:paraId="380B829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2026-12-01</w:t>
            </w:r>
          </w:p>
        </w:tc>
        <w:tc>
          <w:tcPr>
            <w:tcW w:w="1296" w:type="dxa"/>
          </w:tcPr>
          <w:p w14:paraId="2C9C962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0E39D0E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„Žiemos spalvos ir nykštukų dirbtuvės“, skirta Advento pradžiai paminėti.</w:t>
            </w:r>
          </w:p>
        </w:tc>
        <w:tc>
          <w:tcPr>
            <w:tcW w:w="2930" w:type="dxa"/>
          </w:tcPr>
          <w:p w14:paraId="5B0F18B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Tenenių biblioteka</w:t>
            </w:r>
          </w:p>
        </w:tc>
        <w:tc>
          <w:tcPr>
            <w:tcW w:w="4270" w:type="dxa"/>
          </w:tcPr>
          <w:p w14:paraId="6D34CB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Riverė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 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Nepriklausomybės g. 39, Tenenių sen., Tenenių mstl., Šilalės r.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agne.rivere@silalesbiblioteka.lt</w:t>
            </w:r>
          </w:p>
        </w:tc>
      </w:tr>
      <w:tr w:rsidR="004312E2" w:rsidRPr="00E95BCA" w14:paraId="28921A00" w14:textId="77777777" w:rsidTr="00653E1B">
        <w:trPr>
          <w:jc w:val="center"/>
        </w:trPr>
        <w:tc>
          <w:tcPr>
            <w:tcW w:w="720" w:type="dxa"/>
          </w:tcPr>
          <w:p w14:paraId="07838B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172</w:t>
            </w:r>
          </w:p>
        </w:tc>
        <w:tc>
          <w:tcPr>
            <w:tcW w:w="1296" w:type="dxa"/>
          </w:tcPr>
          <w:p w14:paraId="5C90DED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2026-12-03</w:t>
            </w:r>
          </w:p>
        </w:tc>
        <w:tc>
          <w:tcPr>
            <w:tcW w:w="1296" w:type="dxa"/>
          </w:tcPr>
          <w:p w14:paraId="3CC24DF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05354DA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„Ramybės tėkmėje“, vakaras skirtas Adventui</w:t>
            </w:r>
          </w:p>
        </w:tc>
        <w:tc>
          <w:tcPr>
            <w:tcW w:w="2930" w:type="dxa"/>
          </w:tcPr>
          <w:p w14:paraId="68F1BCF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1CEC19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</w:t>
            </w:r>
          </w:p>
        </w:tc>
      </w:tr>
      <w:tr w:rsidR="004312E2" w:rsidRPr="00E95BCA" w14:paraId="22394CE8" w14:textId="77777777" w:rsidTr="00653E1B">
        <w:trPr>
          <w:jc w:val="center"/>
        </w:trPr>
        <w:tc>
          <w:tcPr>
            <w:tcW w:w="720" w:type="dxa"/>
          </w:tcPr>
          <w:p w14:paraId="07FC32B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173</w:t>
            </w:r>
          </w:p>
        </w:tc>
        <w:tc>
          <w:tcPr>
            <w:tcW w:w="1296" w:type="dxa"/>
          </w:tcPr>
          <w:p w14:paraId="713354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2026-12-04-2027-01-05</w:t>
            </w:r>
          </w:p>
        </w:tc>
        <w:tc>
          <w:tcPr>
            <w:tcW w:w="1296" w:type="dxa"/>
          </w:tcPr>
          <w:p w14:paraId="592E42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5EB2BB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„Žiema žiemužė...“ Šilalės meno mokyklos mokinių kūrybinių darbų paroda (mok. L. Rupšytė)</w:t>
            </w:r>
          </w:p>
        </w:tc>
        <w:tc>
          <w:tcPr>
            <w:tcW w:w="2930" w:type="dxa"/>
          </w:tcPr>
          <w:p w14:paraId="09BDA55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4B7D552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Henrika Jokubauskienė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Bajorinienė,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844974302; Mob.+3706862046719; abonementas.silale@gmail.com</w:t>
            </w:r>
          </w:p>
        </w:tc>
      </w:tr>
      <w:tr w:rsidR="004312E2" w:rsidRPr="00653E1B" w14:paraId="63DCB8CA" w14:textId="77777777" w:rsidTr="00653E1B">
        <w:trPr>
          <w:jc w:val="center"/>
        </w:trPr>
        <w:tc>
          <w:tcPr>
            <w:tcW w:w="720" w:type="dxa"/>
          </w:tcPr>
          <w:p w14:paraId="0B4824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174</w:t>
            </w:r>
          </w:p>
        </w:tc>
        <w:tc>
          <w:tcPr>
            <w:tcW w:w="1296" w:type="dxa"/>
          </w:tcPr>
          <w:p w14:paraId="69AEAE2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2026-12-07</w:t>
            </w:r>
          </w:p>
        </w:tc>
        <w:tc>
          <w:tcPr>
            <w:tcW w:w="1296" w:type="dxa"/>
          </w:tcPr>
          <w:p w14:paraId="6D5CF1B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21B15BD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,,Pasidalinkime Kūčių vakarienės ruošimo patirtimi“</w:t>
            </w:r>
          </w:p>
        </w:tc>
        <w:tc>
          <w:tcPr>
            <w:tcW w:w="2930" w:type="dxa"/>
          </w:tcPr>
          <w:p w14:paraId="2C1BF0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6EF42A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Asta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Gestautienė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Rungio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2,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asta.gestautiene@silalesbiblioteka.lt</w:t>
            </w:r>
          </w:p>
        </w:tc>
      </w:tr>
      <w:tr w:rsidR="004312E2" w:rsidRPr="00653E1B" w14:paraId="53EE40AC" w14:textId="77777777" w:rsidTr="00653E1B">
        <w:trPr>
          <w:jc w:val="center"/>
        </w:trPr>
        <w:tc>
          <w:tcPr>
            <w:tcW w:w="720" w:type="dxa"/>
          </w:tcPr>
          <w:p w14:paraId="25A9F9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175</w:t>
            </w:r>
          </w:p>
        </w:tc>
        <w:tc>
          <w:tcPr>
            <w:tcW w:w="1296" w:type="dxa"/>
          </w:tcPr>
          <w:p w14:paraId="04C5F42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2026-12-07</w:t>
            </w:r>
          </w:p>
        </w:tc>
        <w:tc>
          <w:tcPr>
            <w:tcW w:w="1296" w:type="dxa"/>
          </w:tcPr>
          <w:p w14:paraId="393414E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1E126CC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„Mano mažasis Kalėdų pasaulis“, skirta Šv. Kalėdų proga.</w:t>
            </w:r>
          </w:p>
        </w:tc>
        <w:tc>
          <w:tcPr>
            <w:tcW w:w="2930" w:type="dxa"/>
          </w:tcPr>
          <w:p w14:paraId="43E41B7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Bijotų biblioteka</w:t>
            </w:r>
          </w:p>
        </w:tc>
        <w:tc>
          <w:tcPr>
            <w:tcW w:w="4270" w:type="dxa"/>
          </w:tcPr>
          <w:p w14:paraId="20FE39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Martinkienė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Muziejaus g. 10A, Bijotų sen., Bijotų k., Šilalės r. sav. 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17813,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agne.macijauskaite@silalesbiblioteka.lt</w:t>
            </w:r>
          </w:p>
        </w:tc>
      </w:tr>
      <w:tr w:rsidR="004312E2" w:rsidRPr="00E95BCA" w14:paraId="3E5315F0" w14:textId="77777777" w:rsidTr="00653E1B">
        <w:trPr>
          <w:jc w:val="center"/>
        </w:trPr>
        <w:tc>
          <w:tcPr>
            <w:tcW w:w="720" w:type="dxa"/>
          </w:tcPr>
          <w:p w14:paraId="7633EF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176</w:t>
            </w:r>
          </w:p>
        </w:tc>
        <w:tc>
          <w:tcPr>
            <w:tcW w:w="1296" w:type="dxa"/>
          </w:tcPr>
          <w:p w14:paraId="416AC83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2026-12-09</w:t>
            </w:r>
          </w:p>
        </w:tc>
        <w:tc>
          <w:tcPr>
            <w:tcW w:w="1296" w:type="dxa"/>
          </w:tcPr>
          <w:p w14:paraId="388FDB6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11.00–12.00</w:t>
            </w:r>
          </w:p>
        </w:tc>
        <w:tc>
          <w:tcPr>
            <w:tcW w:w="4608" w:type="dxa"/>
          </w:tcPr>
          <w:p w14:paraId="01E07D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Edukacija-praktinis stalo žaidimo „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Antikoruptika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“ turnyras, skirtas Tarptautinei antikorupcijos dienai.</w:t>
            </w:r>
          </w:p>
        </w:tc>
        <w:tc>
          <w:tcPr>
            <w:tcW w:w="2930" w:type="dxa"/>
          </w:tcPr>
          <w:p w14:paraId="1C366A8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6EA1555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-Balčiūnienė, Aistė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Monkienė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J. Basanavičiaus 15, Šilalė; tel.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nr.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844974303; rima.norviliene@silalesbiblioteka.lt</w:t>
            </w:r>
          </w:p>
        </w:tc>
      </w:tr>
      <w:tr w:rsidR="004312E2" w:rsidRPr="00653E1B" w14:paraId="5FFBC74F" w14:textId="77777777" w:rsidTr="00653E1B">
        <w:trPr>
          <w:jc w:val="center"/>
        </w:trPr>
        <w:tc>
          <w:tcPr>
            <w:tcW w:w="720" w:type="dxa"/>
          </w:tcPr>
          <w:p w14:paraId="147D68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177</w:t>
            </w:r>
          </w:p>
        </w:tc>
        <w:tc>
          <w:tcPr>
            <w:tcW w:w="1296" w:type="dxa"/>
          </w:tcPr>
          <w:p w14:paraId="2A1C58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2026-12-10</w:t>
            </w:r>
          </w:p>
        </w:tc>
        <w:tc>
          <w:tcPr>
            <w:tcW w:w="1296" w:type="dxa"/>
          </w:tcPr>
          <w:p w14:paraId="1C864D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6752D3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„Advento vainiko paslaptys“</w:t>
            </w:r>
          </w:p>
        </w:tc>
        <w:tc>
          <w:tcPr>
            <w:tcW w:w="2930" w:type="dxa"/>
          </w:tcPr>
          <w:p w14:paraId="6F93882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Žvingių biblioteka</w:t>
            </w:r>
          </w:p>
        </w:tc>
        <w:tc>
          <w:tcPr>
            <w:tcW w:w="4270" w:type="dxa"/>
          </w:tcPr>
          <w:p w14:paraId="09DC357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Zofija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Jūros g. 12, Pajūrio sen., Žvingių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mstl.,Šilalės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zofija.seputiene@silalesbiblioteka.lt</w:t>
            </w:r>
          </w:p>
        </w:tc>
      </w:tr>
      <w:tr w:rsidR="004312E2" w:rsidRPr="00653E1B" w14:paraId="62610459" w14:textId="77777777" w:rsidTr="00653E1B">
        <w:trPr>
          <w:jc w:val="center"/>
        </w:trPr>
        <w:tc>
          <w:tcPr>
            <w:tcW w:w="720" w:type="dxa"/>
          </w:tcPr>
          <w:p w14:paraId="5919FA9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178</w:t>
            </w:r>
          </w:p>
        </w:tc>
        <w:tc>
          <w:tcPr>
            <w:tcW w:w="1296" w:type="dxa"/>
          </w:tcPr>
          <w:p w14:paraId="54AE507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2026-12-10</w:t>
            </w:r>
          </w:p>
        </w:tc>
        <w:tc>
          <w:tcPr>
            <w:tcW w:w="1296" w:type="dxa"/>
          </w:tcPr>
          <w:p w14:paraId="3E528DA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14.30</w:t>
            </w:r>
          </w:p>
        </w:tc>
        <w:tc>
          <w:tcPr>
            <w:tcW w:w="4608" w:type="dxa"/>
          </w:tcPr>
          <w:p w14:paraId="0010E2A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„Šventinę nuotaiką kurkime kartu“</w:t>
            </w:r>
          </w:p>
        </w:tc>
        <w:tc>
          <w:tcPr>
            <w:tcW w:w="2930" w:type="dxa"/>
          </w:tcPr>
          <w:p w14:paraId="22D4409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3BDC5F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Irena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Sugintienė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Varnių  g. 7.,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mstl.,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17920,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irena.sugintiene@silalesbiblioteka.lt</w:t>
            </w:r>
          </w:p>
        </w:tc>
      </w:tr>
      <w:tr w:rsidR="004312E2" w:rsidRPr="00E95BCA" w14:paraId="785F96AA" w14:textId="77777777" w:rsidTr="00653E1B">
        <w:trPr>
          <w:jc w:val="center"/>
        </w:trPr>
        <w:tc>
          <w:tcPr>
            <w:tcW w:w="720" w:type="dxa"/>
          </w:tcPr>
          <w:p w14:paraId="3EF0C6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179</w:t>
            </w:r>
          </w:p>
        </w:tc>
        <w:tc>
          <w:tcPr>
            <w:tcW w:w="1296" w:type="dxa"/>
          </w:tcPr>
          <w:p w14:paraId="35F002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2026-12-10</w:t>
            </w:r>
          </w:p>
        </w:tc>
        <w:tc>
          <w:tcPr>
            <w:tcW w:w="1296" w:type="dxa"/>
          </w:tcPr>
          <w:p w14:paraId="53ADB9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18.00</w:t>
            </w:r>
          </w:p>
        </w:tc>
        <w:tc>
          <w:tcPr>
            <w:tcW w:w="4608" w:type="dxa"/>
          </w:tcPr>
          <w:p w14:paraId="4ABD0C8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„Nuo pirmosios advento žvakės ligi  Kūčių stalo“</w:t>
            </w:r>
          </w:p>
        </w:tc>
        <w:tc>
          <w:tcPr>
            <w:tcW w:w="2930" w:type="dxa"/>
          </w:tcPr>
          <w:p w14:paraId="5195FC2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01F6E9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E95BCA" w14:paraId="0C29B586" w14:textId="77777777" w:rsidTr="00653E1B">
        <w:trPr>
          <w:jc w:val="center"/>
        </w:trPr>
        <w:tc>
          <w:tcPr>
            <w:tcW w:w="720" w:type="dxa"/>
          </w:tcPr>
          <w:p w14:paraId="0623E41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180</w:t>
            </w:r>
          </w:p>
        </w:tc>
        <w:tc>
          <w:tcPr>
            <w:tcW w:w="1296" w:type="dxa"/>
          </w:tcPr>
          <w:p w14:paraId="29F2C36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2026-12-14</w:t>
            </w:r>
          </w:p>
        </w:tc>
        <w:tc>
          <w:tcPr>
            <w:tcW w:w="1296" w:type="dxa"/>
          </w:tcPr>
          <w:p w14:paraId="613E962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12.00</w:t>
            </w:r>
          </w:p>
        </w:tc>
        <w:tc>
          <w:tcPr>
            <w:tcW w:w="4608" w:type="dxa"/>
          </w:tcPr>
          <w:p w14:paraId="3913A3F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,,Kalėdos žvakių šviesoje''</w:t>
            </w:r>
          </w:p>
        </w:tc>
        <w:tc>
          <w:tcPr>
            <w:tcW w:w="2930" w:type="dxa"/>
          </w:tcPr>
          <w:p w14:paraId="4187463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7D9D07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Albina Girdvainienė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Palangos g. 1,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albina.girdvainiene@silalesbiblioteka.lt</w:t>
            </w:r>
          </w:p>
        </w:tc>
      </w:tr>
      <w:tr w:rsidR="004312E2" w:rsidRPr="00E95BCA" w14:paraId="75C21729" w14:textId="77777777" w:rsidTr="00653E1B">
        <w:trPr>
          <w:jc w:val="center"/>
        </w:trPr>
        <w:tc>
          <w:tcPr>
            <w:tcW w:w="720" w:type="dxa"/>
          </w:tcPr>
          <w:p w14:paraId="37259D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181</w:t>
            </w:r>
          </w:p>
        </w:tc>
        <w:tc>
          <w:tcPr>
            <w:tcW w:w="1296" w:type="dxa"/>
          </w:tcPr>
          <w:p w14:paraId="3919720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2026-12-15</w:t>
            </w:r>
          </w:p>
        </w:tc>
        <w:tc>
          <w:tcPr>
            <w:tcW w:w="1296" w:type="dxa"/>
          </w:tcPr>
          <w:p w14:paraId="203847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2A1D60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 „Senovinių kalėdinių puošmenų gamyba“,</w:t>
            </w:r>
          </w:p>
        </w:tc>
        <w:tc>
          <w:tcPr>
            <w:tcW w:w="2930" w:type="dxa"/>
          </w:tcPr>
          <w:p w14:paraId="440D34B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49AC659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72929C13" w14:textId="77777777" w:rsidTr="00653E1B">
        <w:trPr>
          <w:jc w:val="center"/>
        </w:trPr>
        <w:tc>
          <w:tcPr>
            <w:tcW w:w="720" w:type="dxa"/>
          </w:tcPr>
          <w:p w14:paraId="31FF80C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182</w:t>
            </w:r>
          </w:p>
        </w:tc>
        <w:tc>
          <w:tcPr>
            <w:tcW w:w="1296" w:type="dxa"/>
          </w:tcPr>
          <w:p w14:paraId="31FBEF9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2026-12-16</w:t>
            </w:r>
          </w:p>
        </w:tc>
        <w:tc>
          <w:tcPr>
            <w:tcW w:w="1296" w:type="dxa"/>
          </w:tcPr>
          <w:p w14:paraId="29234E8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4A8815E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„Advento vainiko šviesa ir šiluma“.</w:t>
            </w:r>
          </w:p>
        </w:tc>
        <w:tc>
          <w:tcPr>
            <w:tcW w:w="2930" w:type="dxa"/>
          </w:tcPr>
          <w:p w14:paraId="61BD846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3E8E42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Kūtymų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11,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+370 614 09175,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rasa.seputiene@silalesbiblioteka.lt</w:t>
            </w:r>
          </w:p>
        </w:tc>
      </w:tr>
      <w:tr w:rsidR="004312E2" w:rsidRPr="00653E1B" w14:paraId="19CE7CFF" w14:textId="77777777" w:rsidTr="00653E1B">
        <w:trPr>
          <w:jc w:val="center"/>
        </w:trPr>
        <w:tc>
          <w:tcPr>
            <w:tcW w:w="720" w:type="dxa"/>
          </w:tcPr>
          <w:p w14:paraId="7D7A7AC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183</w:t>
            </w:r>
          </w:p>
        </w:tc>
        <w:tc>
          <w:tcPr>
            <w:tcW w:w="1296" w:type="dxa"/>
          </w:tcPr>
          <w:p w14:paraId="5EC480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2026-12-17</w:t>
            </w:r>
          </w:p>
        </w:tc>
        <w:tc>
          <w:tcPr>
            <w:tcW w:w="1296" w:type="dxa"/>
          </w:tcPr>
          <w:p w14:paraId="337EC91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21F5FAE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„Žiemos fantazija karpiniuose“.</w:t>
            </w:r>
          </w:p>
        </w:tc>
        <w:tc>
          <w:tcPr>
            <w:tcW w:w="2930" w:type="dxa"/>
          </w:tcPr>
          <w:p w14:paraId="74A777E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57B0197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653E1B" w14:paraId="0571E71B" w14:textId="77777777" w:rsidTr="00653E1B">
        <w:trPr>
          <w:jc w:val="center"/>
        </w:trPr>
        <w:tc>
          <w:tcPr>
            <w:tcW w:w="720" w:type="dxa"/>
          </w:tcPr>
          <w:p w14:paraId="219DF90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184</w:t>
            </w:r>
          </w:p>
        </w:tc>
        <w:tc>
          <w:tcPr>
            <w:tcW w:w="1296" w:type="dxa"/>
          </w:tcPr>
          <w:p w14:paraId="4467A32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2026-12-17</w:t>
            </w:r>
          </w:p>
        </w:tc>
        <w:tc>
          <w:tcPr>
            <w:tcW w:w="1296" w:type="dxa"/>
          </w:tcPr>
          <w:p w14:paraId="56EB546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1D10EA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„Kalėdų šviesoje pakalbėkim“</w:t>
            </w:r>
          </w:p>
        </w:tc>
        <w:tc>
          <w:tcPr>
            <w:tcW w:w="2930" w:type="dxa"/>
          </w:tcPr>
          <w:p w14:paraId="2CF0B6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29A04B3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E95BCA" w14:paraId="5DA158AD" w14:textId="77777777" w:rsidTr="00653E1B">
        <w:trPr>
          <w:jc w:val="center"/>
        </w:trPr>
        <w:tc>
          <w:tcPr>
            <w:tcW w:w="720" w:type="dxa"/>
          </w:tcPr>
          <w:p w14:paraId="7DBBA8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185</w:t>
            </w:r>
          </w:p>
        </w:tc>
        <w:tc>
          <w:tcPr>
            <w:tcW w:w="1296" w:type="dxa"/>
          </w:tcPr>
          <w:p w14:paraId="234706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2026-12-17</w:t>
            </w:r>
          </w:p>
        </w:tc>
        <w:tc>
          <w:tcPr>
            <w:tcW w:w="1296" w:type="dxa"/>
          </w:tcPr>
          <w:p w14:paraId="76DBDF8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14.30</w:t>
            </w:r>
          </w:p>
        </w:tc>
        <w:tc>
          <w:tcPr>
            <w:tcW w:w="4608" w:type="dxa"/>
          </w:tcPr>
          <w:p w14:paraId="6C1B12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„Šv. Kalėdų laukimas“: pašnekesiai, pamąstymai apie senąsias protėvių tradicijas, prietarus ir papročius.</w:t>
            </w:r>
          </w:p>
        </w:tc>
        <w:tc>
          <w:tcPr>
            <w:tcW w:w="2930" w:type="dxa"/>
          </w:tcPr>
          <w:p w14:paraId="65A9B3D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3A655CA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r.Tel.+37061817924,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E95BCA" w14:paraId="354A1A5E" w14:textId="77777777" w:rsidTr="00653E1B">
        <w:trPr>
          <w:jc w:val="center"/>
        </w:trPr>
        <w:tc>
          <w:tcPr>
            <w:tcW w:w="720" w:type="dxa"/>
          </w:tcPr>
          <w:p w14:paraId="11D3BA0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186</w:t>
            </w:r>
          </w:p>
        </w:tc>
        <w:tc>
          <w:tcPr>
            <w:tcW w:w="1296" w:type="dxa"/>
          </w:tcPr>
          <w:p w14:paraId="0294FF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2026-12-18</w:t>
            </w:r>
          </w:p>
        </w:tc>
        <w:tc>
          <w:tcPr>
            <w:tcW w:w="1296" w:type="dxa"/>
          </w:tcPr>
          <w:p w14:paraId="291F8FD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ADE087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,,Kalėdos pražysta gerumu‘‘</w:t>
            </w:r>
          </w:p>
        </w:tc>
        <w:tc>
          <w:tcPr>
            <w:tcW w:w="2930" w:type="dxa"/>
          </w:tcPr>
          <w:p w14:paraId="72F7BA8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4BB020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Danutė Venckuvienė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Žvejų g. 15,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danute.venckuviene@silalesbiblioteka.lt</w:t>
            </w:r>
          </w:p>
        </w:tc>
      </w:tr>
      <w:tr w:rsidR="004312E2" w:rsidRPr="00653E1B" w14:paraId="32C919A1" w14:textId="77777777" w:rsidTr="00653E1B">
        <w:trPr>
          <w:jc w:val="center"/>
        </w:trPr>
        <w:tc>
          <w:tcPr>
            <w:tcW w:w="720" w:type="dxa"/>
          </w:tcPr>
          <w:p w14:paraId="76E24EB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187</w:t>
            </w:r>
          </w:p>
        </w:tc>
        <w:tc>
          <w:tcPr>
            <w:tcW w:w="1296" w:type="dxa"/>
          </w:tcPr>
          <w:p w14:paraId="62F339D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2026-12-20</w:t>
            </w:r>
          </w:p>
        </w:tc>
        <w:tc>
          <w:tcPr>
            <w:tcW w:w="1296" w:type="dxa"/>
          </w:tcPr>
          <w:p w14:paraId="27FDF7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5514294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„Kalėdų stebuklas: svečiuose Kalėdų senelis“</w:t>
            </w:r>
          </w:p>
        </w:tc>
        <w:tc>
          <w:tcPr>
            <w:tcW w:w="2930" w:type="dxa"/>
          </w:tcPr>
          <w:p w14:paraId="01814D5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587F9D7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Kūtymų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11,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Tel. +370 614 09175,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rasa.seputiene@silalesbiblioteka.lt</w:t>
            </w:r>
          </w:p>
        </w:tc>
      </w:tr>
    </w:tbl>
    <w:p w14:paraId="67E8FF4A" w14:textId="77777777" w:rsidR="00AF6A8F" w:rsidRPr="00653E1B" w:rsidRDefault="00AF6A8F">
      <w:pPr>
        <w:rPr>
          <w:rFonts w:ascii="Times New Roman" w:hAnsi="Times New Roman" w:cs="Times New Roman"/>
          <w:lang w:val="lt-LT"/>
        </w:rPr>
      </w:pPr>
    </w:p>
    <w:sectPr w:rsidR="00AF6A8F" w:rsidRPr="00653E1B" w:rsidSect="00653E1B">
      <w:pgSz w:w="15840" w:h="12240" w:orient="landscape"/>
      <w:pgMar w:top="720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588845">
    <w:abstractNumId w:val="8"/>
  </w:num>
  <w:num w:numId="2" w16cid:durableId="1858228590">
    <w:abstractNumId w:val="6"/>
  </w:num>
  <w:num w:numId="3" w16cid:durableId="294987344">
    <w:abstractNumId w:val="5"/>
  </w:num>
  <w:num w:numId="4" w16cid:durableId="1194683945">
    <w:abstractNumId w:val="4"/>
  </w:num>
  <w:num w:numId="5" w16cid:durableId="267005615">
    <w:abstractNumId w:val="7"/>
  </w:num>
  <w:num w:numId="6" w16cid:durableId="705253791">
    <w:abstractNumId w:val="3"/>
  </w:num>
  <w:num w:numId="7" w16cid:durableId="809901160">
    <w:abstractNumId w:val="2"/>
  </w:num>
  <w:num w:numId="8" w16cid:durableId="63383497">
    <w:abstractNumId w:val="1"/>
  </w:num>
  <w:num w:numId="9" w16cid:durableId="488517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12E2"/>
    <w:rsid w:val="00653E1B"/>
    <w:rsid w:val="0068310D"/>
    <w:rsid w:val="00711418"/>
    <w:rsid w:val="00AA1D8D"/>
    <w:rsid w:val="00AF6A8F"/>
    <w:rsid w:val="00B47730"/>
    <w:rsid w:val="00CB0664"/>
    <w:rsid w:val="00E95B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D3752F"/>
  <w14:defaultImageDpi w14:val="300"/>
  <w15:docId w15:val="{68CAB246-FA7A-4A0E-8D83-3727578B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69B8CD-719E-4D86-88DE-452DEF24F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31011</Words>
  <Characters>17677</Characters>
  <Application>Microsoft Office Word</Application>
  <DocSecurity>0</DocSecurity>
  <Lines>147</Lines>
  <Paragraphs>97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Simutike Simutike</cp:lastModifiedBy>
  <cp:revision>2</cp:revision>
  <dcterms:created xsi:type="dcterms:W3CDTF">2025-12-23T09:26:00Z</dcterms:created>
  <dcterms:modified xsi:type="dcterms:W3CDTF">2025-12-23T09:26:00Z</dcterms:modified>
  <cp:category/>
</cp:coreProperties>
</file>